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Layout w:type="fixed"/>
        <w:tblLook w:val="04A0" w:firstRow="1" w:lastRow="0" w:firstColumn="1" w:lastColumn="0" w:noHBand="0" w:noVBand="1"/>
      </w:tblPr>
      <w:tblGrid>
        <w:gridCol w:w="5040"/>
        <w:gridCol w:w="5040"/>
      </w:tblGrid>
      <w:tr w:rsidR="00AD3EB2" w14:paraId="772DC731" w14:textId="77777777">
        <w:tc>
          <w:tcPr>
            <w:tcW w:w="5040" w:type="dxa"/>
          </w:tcPr>
          <w:p w14:paraId="76C6F4B7" w14:textId="74C6E170" w:rsidR="00AD3EB2" w:rsidRDefault="001C056F" w:rsidP="00E01F43">
            <w:pPr>
              <w:pStyle w:val="NormaleWeb"/>
            </w:pPr>
            <w:r>
              <w:rPr>
                <w:noProof/>
              </w:rPr>
              <w:drawing>
                <wp:inline distT="0" distB="0" distL="0" distR="0" wp14:anchorId="09A529DD" wp14:editId="2043B3C4">
                  <wp:extent cx="2567940" cy="2230486"/>
                  <wp:effectExtent l="0" t="0" r="381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75822" cy="2237332"/>
                          </a:xfrm>
                          <a:prstGeom prst="rect">
                            <a:avLst/>
                          </a:prstGeom>
                          <a:noFill/>
                          <a:ln>
                            <a:noFill/>
                          </a:ln>
                        </pic:spPr>
                      </pic:pic>
                    </a:graphicData>
                  </a:graphic>
                </wp:inline>
              </w:drawing>
            </w:r>
          </w:p>
        </w:tc>
        <w:tc>
          <w:tcPr>
            <w:tcW w:w="5040" w:type="dxa"/>
          </w:tcPr>
          <w:p w14:paraId="49A6F69C" w14:textId="77777777" w:rsidR="00B7432B" w:rsidRDefault="00B7432B">
            <w:pPr>
              <w:jc w:val="right"/>
            </w:pPr>
          </w:p>
          <w:p w14:paraId="254F8854" w14:textId="77777777" w:rsidR="00AD3EB2" w:rsidRDefault="00000000">
            <w:pPr>
              <w:jc w:val="right"/>
            </w:pPr>
            <w:r>
              <w:rPr>
                <w:noProof/>
              </w:rPr>
              <w:drawing>
                <wp:inline distT="0" distB="0" distL="0" distR="0" wp14:anchorId="60542DAF" wp14:editId="1869775B">
                  <wp:extent cx="1567721" cy="1082040"/>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WhatsApp 2025-06-16 ore 21.07.18_3dc44364.jpg"/>
                          <pic:cNvPicPr/>
                        </pic:nvPicPr>
                        <pic:blipFill>
                          <a:blip r:embed="rId7"/>
                          <a:stretch>
                            <a:fillRect/>
                          </a:stretch>
                        </pic:blipFill>
                        <pic:spPr>
                          <a:xfrm>
                            <a:off x="0" y="0"/>
                            <a:ext cx="1573595" cy="1086094"/>
                          </a:xfrm>
                          <a:prstGeom prst="rect">
                            <a:avLst/>
                          </a:prstGeom>
                        </pic:spPr>
                      </pic:pic>
                    </a:graphicData>
                  </a:graphic>
                </wp:inline>
              </w:drawing>
            </w:r>
          </w:p>
        </w:tc>
      </w:tr>
    </w:tbl>
    <w:p w14:paraId="323FAA59" w14:textId="428EBE8F" w:rsidR="001C18D1" w:rsidRPr="00D158BC" w:rsidRDefault="001C18D1" w:rsidP="00E01F43">
      <w:pPr>
        <w:pStyle w:val="FirstParagraph"/>
        <w:jc w:val="center"/>
        <w:rPr>
          <w:rFonts w:asciiTheme="majorHAnsi" w:eastAsiaTheme="majorEastAsia" w:hAnsiTheme="majorHAnsi" w:cstheme="majorBidi"/>
          <w:b/>
          <w:bCs/>
          <w:sz w:val="28"/>
          <w:szCs w:val="28"/>
        </w:rPr>
      </w:pPr>
      <w:bookmarkStart w:id="0" w:name="_Hlk203049118"/>
      <w:r w:rsidRPr="00D158BC">
        <w:rPr>
          <w:rFonts w:asciiTheme="majorHAnsi" w:eastAsiaTheme="majorEastAsia" w:hAnsiTheme="majorHAnsi" w:cstheme="majorBidi"/>
          <w:b/>
          <w:bCs/>
          <w:sz w:val="28"/>
          <w:szCs w:val="28"/>
        </w:rPr>
        <w:t xml:space="preserve">Progetto di </w:t>
      </w:r>
      <w:proofErr w:type="spellStart"/>
      <w:r w:rsidRPr="00D158BC">
        <w:rPr>
          <w:rFonts w:asciiTheme="majorHAnsi" w:eastAsiaTheme="majorEastAsia" w:hAnsiTheme="majorHAnsi" w:cstheme="majorBidi"/>
          <w:b/>
          <w:bCs/>
          <w:sz w:val="28"/>
          <w:szCs w:val="28"/>
        </w:rPr>
        <w:t>Solidarietà</w:t>
      </w:r>
      <w:proofErr w:type="spellEnd"/>
    </w:p>
    <w:p w14:paraId="4F76E26F" w14:textId="77777777" w:rsidR="001C18D1" w:rsidRPr="00B508D1" w:rsidRDefault="001C18D1" w:rsidP="001C18D1">
      <w:pPr>
        <w:pStyle w:val="Corpotesto"/>
        <w:jc w:val="center"/>
        <w:rPr>
          <w:rFonts w:asciiTheme="majorHAnsi" w:eastAsiaTheme="majorEastAsia" w:hAnsiTheme="majorHAnsi" w:cstheme="majorBidi"/>
          <w:b/>
          <w:bCs/>
          <w:sz w:val="28"/>
          <w:szCs w:val="28"/>
        </w:rPr>
      </w:pPr>
      <w:r w:rsidRPr="002F1A57">
        <w:rPr>
          <w:rFonts w:asciiTheme="majorHAnsi" w:eastAsiaTheme="majorEastAsia" w:hAnsiTheme="majorHAnsi" w:cstheme="majorBidi"/>
          <w:b/>
          <w:bCs/>
          <w:sz w:val="28"/>
          <w:szCs w:val="28"/>
        </w:rPr>
        <w:t>"Mai</w:t>
      </w:r>
      <w:r w:rsidR="00BB160A" w:rsidRPr="002F1A57">
        <w:rPr>
          <w:rFonts w:asciiTheme="majorHAnsi" w:eastAsiaTheme="majorEastAsia" w:hAnsiTheme="majorHAnsi" w:cstheme="majorBidi"/>
          <w:b/>
          <w:bCs/>
          <w:sz w:val="28"/>
          <w:szCs w:val="28"/>
        </w:rPr>
        <w:t xml:space="preserve"> </w:t>
      </w:r>
      <w:proofErr w:type="spellStart"/>
      <w:r w:rsidR="00BB160A" w:rsidRPr="002F1A57">
        <w:rPr>
          <w:rFonts w:asciiTheme="majorHAnsi" w:eastAsiaTheme="majorEastAsia" w:hAnsiTheme="majorHAnsi" w:cstheme="majorBidi"/>
          <w:b/>
          <w:bCs/>
          <w:sz w:val="28"/>
          <w:szCs w:val="28"/>
        </w:rPr>
        <w:t>più</w:t>
      </w:r>
      <w:proofErr w:type="spellEnd"/>
      <w:r w:rsidRPr="002F1A57">
        <w:rPr>
          <w:rFonts w:asciiTheme="majorHAnsi" w:eastAsiaTheme="majorEastAsia" w:hAnsiTheme="majorHAnsi" w:cstheme="majorBidi"/>
          <w:b/>
          <w:bCs/>
          <w:sz w:val="28"/>
          <w:szCs w:val="28"/>
        </w:rPr>
        <w:t xml:space="preserve"> soli” – Il Calore di </w:t>
      </w:r>
      <w:proofErr w:type="spellStart"/>
      <w:r w:rsidRPr="002F1A57">
        <w:rPr>
          <w:rFonts w:asciiTheme="majorHAnsi" w:eastAsiaTheme="majorEastAsia" w:hAnsiTheme="majorHAnsi" w:cstheme="majorBidi"/>
          <w:b/>
          <w:bCs/>
          <w:sz w:val="28"/>
          <w:szCs w:val="28"/>
        </w:rPr>
        <w:t>una</w:t>
      </w:r>
      <w:proofErr w:type="spellEnd"/>
      <w:r w:rsidRPr="002F1A57">
        <w:rPr>
          <w:rFonts w:asciiTheme="majorHAnsi" w:eastAsiaTheme="majorEastAsia" w:hAnsiTheme="majorHAnsi" w:cstheme="majorBidi"/>
          <w:b/>
          <w:bCs/>
          <w:sz w:val="28"/>
          <w:szCs w:val="28"/>
        </w:rPr>
        <w:t xml:space="preserve"> </w:t>
      </w:r>
      <w:proofErr w:type="spellStart"/>
      <w:r w:rsidRPr="002F1A57">
        <w:rPr>
          <w:rFonts w:asciiTheme="majorHAnsi" w:eastAsiaTheme="majorEastAsia" w:hAnsiTheme="majorHAnsi" w:cstheme="majorBidi"/>
          <w:b/>
          <w:bCs/>
          <w:sz w:val="28"/>
          <w:szCs w:val="28"/>
        </w:rPr>
        <w:t>Comunità</w:t>
      </w:r>
      <w:proofErr w:type="spellEnd"/>
      <w:r w:rsidRPr="002F1A57">
        <w:rPr>
          <w:rFonts w:asciiTheme="majorHAnsi" w:eastAsiaTheme="majorEastAsia" w:hAnsiTheme="majorHAnsi" w:cstheme="majorBidi"/>
          <w:b/>
          <w:bCs/>
          <w:sz w:val="28"/>
          <w:szCs w:val="28"/>
        </w:rPr>
        <w:t xml:space="preserve"> </w:t>
      </w:r>
      <w:proofErr w:type="spellStart"/>
      <w:r w:rsidRPr="002F1A57">
        <w:rPr>
          <w:rFonts w:asciiTheme="majorHAnsi" w:eastAsiaTheme="majorEastAsia" w:hAnsiTheme="majorHAnsi" w:cstheme="majorBidi"/>
          <w:b/>
          <w:bCs/>
          <w:sz w:val="28"/>
          <w:szCs w:val="28"/>
        </w:rPr>
        <w:t>che</w:t>
      </w:r>
      <w:proofErr w:type="spellEnd"/>
      <w:r w:rsidRPr="002F1A57">
        <w:rPr>
          <w:rFonts w:asciiTheme="majorHAnsi" w:eastAsiaTheme="majorEastAsia" w:hAnsiTheme="majorHAnsi" w:cstheme="majorBidi"/>
          <w:b/>
          <w:bCs/>
          <w:sz w:val="28"/>
          <w:szCs w:val="28"/>
        </w:rPr>
        <w:t xml:space="preserve"> </w:t>
      </w:r>
      <w:proofErr w:type="spellStart"/>
      <w:r w:rsidRPr="002F1A57">
        <w:rPr>
          <w:rFonts w:asciiTheme="majorHAnsi" w:eastAsiaTheme="majorEastAsia" w:hAnsiTheme="majorHAnsi" w:cstheme="majorBidi"/>
          <w:b/>
          <w:bCs/>
          <w:sz w:val="28"/>
          <w:szCs w:val="28"/>
        </w:rPr>
        <w:t>Abbraccia</w:t>
      </w:r>
      <w:proofErr w:type="spellEnd"/>
    </w:p>
    <w:bookmarkEnd w:id="0"/>
    <w:p w14:paraId="1ED9AED1" w14:textId="77777777" w:rsidR="00023209" w:rsidRDefault="00000000" w:rsidP="001C18D1">
      <w:pPr>
        <w:jc w:val="center"/>
      </w:pPr>
      <w:r>
        <w:rPr>
          <w:rFonts w:asciiTheme="majorHAnsi" w:eastAsiaTheme="majorEastAsia" w:hAnsiTheme="majorHAnsi" w:cstheme="majorBidi"/>
          <w:sz w:val="24"/>
          <w:szCs w:val="24"/>
        </w:rPr>
        <w:pict w14:anchorId="21149D4D">
          <v:rect id="_x0000_i1025" style="width:0;height:1.5pt" o:hralign="center" o:hrstd="t" o:hr="t"/>
        </w:pict>
      </w:r>
    </w:p>
    <w:p w14:paraId="20145062" w14:textId="77777777" w:rsidR="00023209" w:rsidRDefault="00000000" w:rsidP="00D21598">
      <w:pPr>
        <w:pStyle w:val="NormaleWeb"/>
        <w:spacing w:before="0" w:beforeAutospacing="0" w:after="0" w:afterAutospacing="0"/>
        <w:jc w:val="both"/>
        <w:rPr>
          <w:rFonts w:asciiTheme="majorHAnsi" w:eastAsiaTheme="majorEastAsia" w:hAnsiTheme="majorHAnsi" w:cstheme="majorBidi"/>
          <w:lang w:val="en-US" w:eastAsia="en-US"/>
        </w:rPr>
      </w:pPr>
      <w:r>
        <w:br/>
      </w:r>
      <w:r w:rsidR="00894719" w:rsidRPr="007B473C">
        <w:rPr>
          <w:rFonts w:asciiTheme="majorHAnsi" w:eastAsiaTheme="majorEastAsia" w:hAnsiTheme="majorHAnsi" w:cstheme="majorBidi"/>
          <w:lang w:val="en-US" w:eastAsia="en-US"/>
        </w:rPr>
        <w:t xml:space="preserve">La </w:t>
      </w:r>
      <w:proofErr w:type="spellStart"/>
      <w:r w:rsidR="00894719" w:rsidRPr="007B473C">
        <w:rPr>
          <w:rFonts w:asciiTheme="majorHAnsi" w:eastAsiaTheme="majorEastAsia" w:hAnsiTheme="majorHAnsi" w:cstheme="majorBidi"/>
          <w:lang w:val="en-US" w:eastAsia="en-US"/>
        </w:rPr>
        <w:t>sezione</w:t>
      </w:r>
      <w:proofErr w:type="spellEnd"/>
      <w:r w:rsidR="00894719" w:rsidRPr="007B473C">
        <w:rPr>
          <w:rFonts w:asciiTheme="majorHAnsi" w:eastAsiaTheme="majorEastAsia" w:hAnsiTheme="majorHAnsi" w:cstheme="majorBidi"/>
          <w:lang w:val="en-US" w:eastAsia="en-US"/>
        </w:rPr>
        <w:t xml:space="preserve"> AUSER </w:t>
      </w:r>
      <w:r w:rsidR="000C23B9">
        <w:rPr>
          <w:rFonts w:asciiTheme="majorHAnsi" w:eastAsiaTheme="majorEastAsia" w:hAnsiTheme="majorHAnsi" w:cstheme="majorBidi"/>
          <w:lang w:val="en-US" w:eastAsia="en-US"/>
        </w:rPr>
        <w:t xml:space="preserve">APS </w:t>
      </w:r>
      <w:r w:rsidR="00894719" w:rsidRPr="007B473C">
        <w:rPr>
          <w:rFonts w:asciiTheme="majorHAnsi" w:eastAsiaTheme="majorEastAsia" w:hAnsiTheme="majorHAnsi" w:cstheme="majorBidi"/>
          <w:lang w:val="en-US" w:eastAsia="en-US"/>
        </w:rPr>
        <w:t xml:space="preserve">di Arona in </w:t>
      </w:r>
      <w:proofErr w:type="spellStart"/>
      <w:r w:rsidR="00894719" w:rsidRPr="007B473C">
        <w:rPr>
          <w:rFonts w:asciiTheme="majorHAnsi" w:eastAsiaTheme="majorEastAsia" w:hAnsiTheme="majorHAnsi" w:cstheme="majorBidi"/>
          <w:lang w:val="en-US" w:eastAsia="en-US"/>
        </w:rPr>
        <w:t>collaborazione</w:t>
      </w:r>
      <w:proofErr w:type="spellEnd"/>
      <w:r w:rsidR="00894719" w:rsidRPr="007B473C">
        <w:rPr>
          <w:rFonts w:asciiTheme="majorHAnsi" w:eastAsiaTheme="majorEastAsia" w:hAnsiTheme="majorHAnsi" w:cstheme="majorBidi"/>
          <w:lang w:val="en-US" w:eastAsia="en-US"/>
        </w:rPr>
        <w:t xml:space="preserve"> con Extra </w:t>
      </w:r>
      <w:proofErr w:type="spellStart"/>
      <w:r w:rsidR="00D21598">
        <w:rPr>
          <w:rFonts w:asciiTheme="majorHAnsi" w:eastAsiaTheme="majorEastAsia" w:hAnsiTheme="majorHAnsi" w:cstheme="majorBidi"/>
          <w:lang w:val="en-US" w:eastAsia="en-US"/>
        </w:rPr>
        <w:t>vuole</w:t>
      </w:r>
      <w:proofErr w:type="spellEnd"/>
      <w:r w:rsidR="00894719" w:rsidRPr="007B473C">
        <w:rPr>
          <w:rFonts w:asciiTheme="majorHAnsi" w:eastAsiaTheme="majorEastAsia" w:hAnsiTheme="majorHAnsi" w:cstheme="majorBidi"/>
          <w:lang w:val="en-US" w:eastAsia="en-US"/>
        </w:rPr>
        <w:t xml:space="preserve"> </w:t>
      </w:r>
      <w:proofErr w:type="spellStart"/>
      <w:r w:rsidR="00894719" w:rsidRPr="007B473C">
        <w:rPr>
          <w:rFonts w:asciiTheme="majorHAnsi" w:eastAsiaTheme="majorEastAsia" w:hAnsiTheme="majorHAnsi" w:cstheme="majorBidi"/>
          <w:lang w:val="en-US" w:eastAsia="en-US"/>
        </w:rPr>
        <w:t>affiancare</w:t>
      </w:r>
      <w:proofErr w:type="spellEnd"/>
      <w:r w:rsidR="00894719" w:rsidRPr="007B473C">
        <w:rPr>
          <w:rFonts w:asciiTheme="majorHAnsi" w:eastAsiaTheme="majorEastAsia" w:hAnsiTheme="majorHAnsi" w:cstheme="majorBidi"/>
          <w:lang w:val="en-US" w:eastAsia="en-US"/>
        </w:rPr>
        <w:t xml:space="preserve"> </w:t>
      </w:r>
      <w:proofErr w:type="spellStart"/>
      <w:r w:rsidR="00894719" w:rsidRPr="007B473C">
        <w:rPr>
          <w:rFonts w:asciiTheme="majorHAnsi" w:eastAsiaTheme="majorEastAsia" w:hAnsiTheme="majorHAnsi" w:cstheme="majorBidi"/>
          <w:lang w:val="en-US" w:eastAsia="en-US"/>
        </w:rPr>
        <w:t>all'abituale</w:t>
      </w:r>
      <w:proofErr w:type="spellEnd"/>
      <w:r w:rsidR="00894719" w:rsidRPr="007B473C">
        <w:rPr>
          <w:rFonts w:asciiTheme="majorHAnsi" w:eastAsiaTheme="majorEastAsia" w:hAnsiTheme="majorHAnsi" w:cstheme="majorBidi"/>
          <w:lang w:val="en-US" w:eastAsia="en-US"/>
        </w:rPr>
        <w:t xml:space="preserve"> </w:t>
      </w:r>
      <w:proofErr w:type="spellStart"/>
      <w:r w:rsidR="00894719" w:rsidRPr="007B473C">
        <w:rPr>
          <w:rFonts w:asciiTheme="majorHAnsi" w:eastAsiaTheme="majorEastAsia" w:hAnsiTheme="majorHAnsi" w:cstheme="majorBidi"/>
          <w:lang w:val="en-US" w:eastAsia="en-US"/>
        </w:rPr>
        <w:t>servizio</w:t>
      </w:r>
      <w:proofErr w:type="spellEnd"/>
      <w:r w:rsidR="00894719" w:rsidRPr="007B473C">
        <w:rPr>
          <w:rFonts w:asciiTheme="majorHAnsi" w:eastAsiaTheme="majorEastAsia" w:hAnsiTheme="majorHAnsi" w:cstheme="majorBidi"/>
          <w:lang w:val="en-US" w:eastAsia="en-US"/>
        </w:rPr>
        <w:t xml:space="preserve"> di </w:t>
      </w:r>
      <w:proofErr w:type="spellStart"/>
      <w:r w:rsidR="00894719" w:rsidRPr="007B473C">
        <w:rPr>
          <w:rFonts w:asciiTheme="majorHAnsi" w:eastAsiaTheme="majorEastAsia" w:hAnsiTheme="majorHAnsi" w:cstheme="majorBidi"/>
          <w:lang w:val="en-US" w:eastAsia="en-US"/>
        </w:rPr>
        <w:t>trasporto</w:t>
      </w:r>
      <w:proofErr w:type="spellEnd"/>
      <w:r w:rsidR="00894719" w:rsidRPr="007B473C">
        <w:rPr>
          <w:rFonts w:asciiTheme="majorHAnsi" w:eastAsiaTheme="majorEastAsia" w:hAnsiTheme="majorHAnsi" w:cstheme="majorBidi"/>
          <w:lang w:val="en-US" w:eastAsia="en-US"/>
        </w:rPr>
        <w:t xml:space="preserve"> per </w:t>
      </w:r>
      <w:proofErr w:type="spellStart"/>
      <w:r w:rsidR="00894719" w:rsidRPr="007B473C">
        <w:rPr>
          <w:rFonts w:asciiTheme="majorHAnsi" w:eastAsiaTheme="majorEastAsia" w:hAnsiTheme="majorHAnsi" w:cstheme="majorBidi"/>
          <w:lang w:val="en-US" w:eastAsia="en-US"/>
        </w:rPr>
        <w:t>i</w:t>
      </w:r>
      <w:proofErr w:type="spellEnd"/>
      <w:r w:rsidR="00894719" w:rsidRPr="007B473C">
        <w:rPr>
          <w:rFonts w:asciiTheme="majorHAnsi" w:eastAsiaTheme="majorEastAsia" w:hAnsiTheme="majorHAnsi" w:cstheme="majorBidi"/>
          <w:lang w:val="en-US" w:eastAsia="en-US"/>
        </w:rPr>
        <w:t xml:space="preserve"> </w:t>
      </w:r>
      <w:proofErr w:type="spellStart"/>
      <w:r w:rsidR="00894719" w:rsidRPr="007B473C">
        <w:rPr>
          <w:rFonts w:asciiTheme="majorHAnsi" w:eastAsiaTheme="majorEastAsia" w:hAnsiTheme="majorHAnsi" w:cstheme="majorBidi"/>
          <w:lang w:val="en-US" w:eastAsia="en-US"/>
        </w:rPr>
        <w:t>più</w:t>
      </w:r>
      <w:proofErr w:type="spellEnd"/>
      <w:r w:rsidR="00894719" w:rsidRPr="007B473C">
        <w:rPr>
          <w:rFonts w:asciiTheme="majorHAnsi" w:eastAsiaTheme="majorEastAsia" w:hAnsiTheme="majorHAnsi" w:cstheme="majorBidi"/>
          <w:lang w:val="en-US" w:eastAsia="en-US"/>
        </w:rPr>
        <w:t xml:space="preserve"> </w:t>
      </w:r>
      <w:proofErr w:type="spellStart"/>
      <w:r w:rsidR="00894719" w:rsidRPr="007B473C">
        <w:rPr>
          <w:rFonts w:asciiTheme="majorHAnsi" w:eastAsiaTheme="majorEastAsia" w:hAnsiTheme="majorHAnsi" w:cstheme="majorBidi"/>
          <w:lang w:val="en-US" w:eastAsia="en-US"/>
        </w:rPr>
        <w:t>fragili</w:t>
      </w:r>
      <w:proofErr w:type="spellEnd"/>
      <w:r w:rsidR="00894719" w:rsidRPr="007B473C">
        <w:rPr>
          <w:rFonts w:asciiTheme="majorHAnsi" w:eastAsiaTheme="majorEastAsia" w:hAnsiTheme="majorHAnsi" w:cstheme="majorBidi"/>
          <w:lang w:val="en-US" w:eastAsia="en-US"/>
        </w:rPr>
        <w:t xml:space="preserve"> (anziani, </w:t>
      </w:r>
      <w:proofErr w:type="spellStart"/>
      <w:r w:rsidR="00894719" w:rsidRPr="007B473C">
        <w:rPr>
          <w:rFonts w:asciiTheme="majorHAnsi" w:eastAsiaTheme="majorEastAsia" w:hAnsiTheme="majorHAnsi" w:cstheme="majorBidi"/>
          <w:lang w:val="en-US" w:eastAsia="en-US"/>
        </w:rPr>
        <w:t>diversamente</w:t>
      </w:r>
      <w:proofErr w:type="spellEnd"/>
      <w:r w:rsidR="00894719" w:rsidRPr="007B473C">
        <w:rPr>
          <w:rFonts w:asciiTheme="majorHAnsi" w:eastAsiaTheme="majorEastAsia" w:hAnsiTheme="majorHAnsi" w:cstheme="majorBidi"/>
          <w:lang w:val="en-US" w:eastAsia="en-US"/>
        </w:rPr>
        <w:t xml:space="preserve"> </w:t>
      </w:r>
      <w:proofErr w:type="spellStart"/>
      <w:r w:rsidR="00894719" w:rsidRPr="007B473C">
        <w:rPr>
          <w:rFonts w:asciiTheme="majorHAnsi" w:eastAsiaTheme="majorEastAsia" w:hAnsiTheme="majorHAnsi" w:cstheme="majorBidi"/>
          <w:lang w:val="en-US" w:eastAsia="en-US"/>
        </w:rPr>
        <w:t>abili</w:t>
      </w:r>
      <w:proofErr w:type="spellEnd"/>
      <w:r w:rsidR="00894719" w:rsidRPr="007B473C">
        <w:rPr>
          <w:rFonts w:asciiTheme="majorHAnsi" w:eastAsiaTheme="majorEastAsia" w:hAnsiTheme="majorHAnsi" w:cstheme="majorBidi"/>
          <w:lang w:val="en-US" w:eastAsia="en-US"/>
        </w:rPr>
        <w:t xml:space="preserve">, </w:t>
      </w:r>
      <w:proofErr w:type="spellStart"/>
      <w:r w:rsidR="00894719" w:rsidRPr="007B473C">
        <w:rPr>
          <w:rFonts w:asciiTheme="majorHAnsi" w:eastAsiaTheme="majorEastAsia" w:hAnsiTheme="majorHAnsi" w:cstheme="majorBidi"/>
          <w:lang w:val="en-US" w:eastAsia="en-US"/>
        </w:rPr>
        <w:t>malati</w:t>
      </w:r>
      <w:proofErr w:type="spellEnd"/>
      <w:r w:rsidR="00894719" w:rsidRPr="007B473C">
        <w:rPr>
          <w:rFonts w:asciiTheme="majorHAnsi" w:eastAsiaTheme="majorEastAsia" w:hAnsiTheme="majorHAnsi" w:cstheme="majorBidi"/>
          <w:lang w:val="en-US" w:eastAsia="en-US"/>
        </w:rPr>
        <w:t xml:space="preserve">, etc.) </w:t>
      </w:r>
      <w:proofErr w:type="spellStart"/>
      <w:r w:rsidR="00894719" w:rsidRPr="007B473C">
        <w:rPr>
          <w:rFonts w:asciiTheme="majorHAnsi" w:eastAsiaTheme="majorEastAsia" w:hAnsiTheme="majorHAnsi" w:cstheme="majorBidi"/>
          <w:lang w:val="en-US" w:eastAsia="en-US"/>
        </w:rPr>
        <w:t>altre</w:t>
      </w:r>
      <w:proofErr w:type="spellEnd"/>
      <w:r w:rsidR="00894719" w:rsidRPr="007B473C">
        <w:rPr>
          <w:rFonts w:asciiTheme="majorHAnsi" w:eastAsiaTheme="majorEastAsia" w:hAnsiTheme="majorHAnsi" w:cstheme="majorBidi"/>
          <w:lang w:val="en-US" w:eastAsia="en-US"/>
        </w:rPr>
        <w:t xml:space="preserve"> </w:t>
      </w:r>
      <w:proofErr w:type="spellStart"/>
      <w:r w:rsidR="00894719" w:rsidRPr="007B473C">
        <w:rPr>
          <w:rFonts w:asciiTheme="majorHAnsi" w:eastAsiaTheme="majorEastAsia" w:hAnsiTheme="majorHAnsi" w:cstheme="majorBidi"/>
          <w:lang w:val="en-US" w:eastAsia="en-US"/>
        </w:rPr>
        <w:t>attività</w:t>
      </w:r>
      <w:proofErr w:type="spellEnd"/>
      <w:r w:rsidR="00894719" w:rsidRPr="007B473C">
        <w:rPr>
          <w:rFonts w:asciiTheme="majorHAnsi" w:eastAsiaTheme="majorEastAsia" w:hAnsiTheme="majorHAnsi" w:cstheme="majorBidi"/>
          <w:lang w:val="en-US" w:eastAsia="en-US"/>
        </w:rPr>
        <w:t xml:space="preserve"> a </w:t>
      </w:r>
      <w:proofErr w:type="spellStart"/>
      <w:r w:rsidR="00894719" w:rsidRPr="007B473C">
        <w:rPr>
          <w:rFonts w:asciiTheme="majorHAnsi" w:eastAsiaTheme="majorEastAsia" w:hAnsiTheme="majorHAnsi" w:cstheme="majorBidi"/>
          <w:lang w:val="en-US" w:eastAsia="en-US"/>
        </w:rPr>
        <w:t>favore</w:t>
      </w:r>
      <w:proofErr w:type="spellEnd"/>
      <w:r w:rsidR="00894719" w:rsidRPr="007B473C">
        <w:rPr>
          <w:rFonts w:asciiTheme="majorHAnsi" w:eastAsiaTheme="majorEastAsia" w:hAnsiTheme="majorHAnsi" w:cstheme="majorBidi"/>
          <w:lang w:val="en-US" w:eastAsia="en-US"/>
        </w:rPr>
        <w:t xml:space="preserve"> di </w:t>
      </w:r>
      <w:proofErr w:type="spellStart"/>
      <w:r w:rsidR="00894719" w:rsidRPr="007B473C">
        <w:rPr>
          <w:rFonts w:asciiTheme="majorHAnsi" w:eastAsiaTheme="majorEastAsia" w:hAnsiTheme="majorHAnsi" w:cstheme="majorBidi"/>
          <w:lang w:val="en-US" w:eastAsia="en-US"/>
        </w:rPr>
        <w:t>queste</w:t>
      </w:r>
      <w:proofErr w:type="spellEnd"/>
      <w:r w:rsidR="00894719" w:rsidRPr="007B473C">
        <w:rPr>
          <w:rFonts w:asciiTheme="majorHAnsi" w:eastAsiaTheme="majorEastAsia" w:hAnsiTheme="majorHAnsi" w:cstheme="majorBidi"/>
          <w:lang w:val="en-US" w:eastAsia="en-US"/>
        </w:rPr>
        <w:t xml:space="preserve"> </w:t>
      </w:r>
      <w:proofErr w:type="spellStart"/>
      <w:r w:rsidR="00894719" w:rsidRPr="007B473C">
        <w:rPr>
          <w:rFonts w:asciiTheme="majorHAnsi" w:eastAsiaTheme="majorEastAsia" w:hAnsiTheme="majorHAnsi" w:cstheme="majorBidi"/>
          <w:lang w:val="en-US" w:eastAsia="en-US"/>
        </w:rPr>
        <w:t>categorie</w:t>
      </w:r>
      <w:proofErr w:type="spellEnd"/>
      <w:r w:rsidR="00894719" w:rsidRPr="007B473C">
        <w:rPr>
          <w:rFonts w:asciiTheme="majorHAnsi" w:eastAsiaTheme="majorEastAsia" w:hAnsiTheme="majorHAnsi" w:cstheme="majorBidi"/>
          <w:lang w:val="en-US" w:eastAsia="en-US"/>
        </w:rPr>
        <w:t xml:space="preserve">. Le </w:t>
      </w:r>
      <w:proofErr w:type="spellStart"/>
      <w:r w:rsidR="00894719" w:rsidRPr="007B473C">
        <w:rPr>
          <w:rFonts w:asciiTheme="majorHAnsi" w:eastAsiaTheme="majorEastAsia" w:hAnsiTheme="majorHAnsi" w:cstheme="majorBidi"/>
          <w:lang w:val="en-US" w:eastAsia="en-US"/>
        </w:rPr>
        <w:t>nuove</w:t>
      </w:r>
      <w:proofErr w:type="spellEnd"/>
      <w:r w:rsidR="00894719" w:rsidRPr="007B473C">
        <w:rPr>
          <w:rFonts w:asciiTheme="majorHAnsi" w:eastAsiaTheme="majorEastAsia" w:hAnsiTheme="majorHAnsi" w:cstheme="majorBidi"/>
          <w:lang w:val="en-US" w:eastAsia="en-US"/>
        </w:rPr>
        <w:t xml:space="preserve"> </w:t>
      </w:r>
      <w:proofErr w:type="spellStart"/>
      <w:r w:rsidR="00894719" w:rsidRPr="007B473C">
        <w:rPr>
          <w:rFonts w:asciiTheme="majorHAnsi" w:eastAsiaTheme="majorEastAsia" w:hAnsiTheme="majorHAnsi" w:cstheme="majorBidi"/>
          <w:lang w:val="en-US" w:eastAsia="en-US"/>
        </w:rPr>
        <w:t>iniziative</w:t>
      </w:r>
      <w:proofErr w:type="spellEnd"/>
      <w:r w:rsidR="00894719" w:rsidRPr="007B473C">
        <w:rPr>
          <w:rFonts w:asciiTheme="majorHAnsi" w:eastAsiaTheme="majorEastAsia" w:hAnsiTheme="majorHAnsi" w:cstheme="majorBidi"/>
          <w:lang w:val="en-US" w:eastAsia="en-US"/>
        </w:rPr>
        <w:t xml:space="preserve"> </w:t>
      </w:r>
      <w:proofErr w:type="spellStart"/>
      <w:r w:rsidR="00894719" w:rsidRPr="007B473C">
        <w:rPr>
          <w:rFonts w:asciiTheme="majorHAnsi" w:eastAsiaTheme="majorEastAsia" w:hAnsiTheme="majorHAnsi" w:cstheme="majorBidi"/>
          <w:lang w:val="en-US" w:eastAsia="en-US"/>
        </w:rPr>
        <w:t>rispondono</w:t>
      </w:r>
      <w:proofErr w:type="spellEnd"/>
      <w:r w:rsidR="00894719" w:rsidRPr="007B473C">
        <w:rPr>
          <w:rFonts w:asciiTheme="majorHAnsi" w:eastAsiaTheme="majorEastAsia" w:hAnsiTheme="majorHAnsi" w:cstheme="majorBidi"/>
          <w:lang w:val="en-US" w:eastAsia="en-US"/>
        </w:rPr>
        <w:t xml:space="preserve"> </w:t>
      </w:r>
      <w:proofErr w:type="spellStart"/>
      <w:r w:rsidR="00894719" w:rsidRPr="007B473C">
        <w:rPr>
          <w:rFonts w:asciiTheme="majorHAnsi" w:eastAsiaTheme="majorEastAsia" w:hAnsiTheme="majorHAnsi" w:cstheme="majorBidi"/>
          <w:lang w:val="en-US" w:eastAsia="en-US"/>
        </w:rPr>
        <w:t>alla</w:t>
      </w:r>
      <w:proofErr w:type="spellEnd"/>
      <w:r w:rsidR="00894719" w:rsidRPr="007B473C">
        <w:rPr>
          <w:rFonts w:asciiTheme="majorHAnsi" w:eastAsiaTheme="majorEastAsia" w:hAnsiTheme="majorHAnsi" w:cstheme="majorBidi"/>
          <w:lang w:val="en-US" w:eastAsia="en-US"/>
        </w:rPr>
        <w:t xml:space="preserve"> </w:t>
      </w:r>
      <w:proofErr w:type="spellStart"/>
      <w:r w:rsidR="00894719" w:rsidRPr="007B473C">
        <w:rPr>
          <w:rFonts w:asciiTheme="majorHAnsi" w:eastAsiaTheme="majorEastAsia" w:hAnsiTheme="majorHAnsi" w:cstheme="majorBidi"/>
          <w:lang w:val="en-US" w:eastAsia="en-US"/>
        </w:rPr>
        <w:t>crescente</w:t>
      </w:r>
      <w:proofErr w:type="spellEnd"/>
      <w:r w:rsidR="00894719" w:rsidRPr="007B473C">
        <w:rPr>
          <w:rFonts w:asciiTheme="majorHAnsi" w:eastAsiaTheme="majorEastAsia" w:hAnsiTheme="majorHAnsi" w:cstheme="majorBidi"/>
          <w:lang w:val="en-US" w:eastAsia="en-US"/>
        </w:rPr>
        <w:t xml:space="preserve"> </w:t>
      </w:r>
      <w:proofErr w:type="spellStart"/>
      <w:r w:rsidR="00894719" w:rsidRPr="007B473C">
        <w:rPr>
          <w:rFonts w:asciiTheme="majorHAnsi" w:eastAsiaTheme="majorEastAsia" w:hAnsiTheme="majorHAnsi" w:cstheme="majorBidi"/>
          <w:lang w:val="en-US" w:eastAsia="en-US"/>
        </w:rPr>
        <w:t>richiesta</w:t>
      </w:r>
      <w:proofErr w:type="spellEnd"/>
      <w:r w:rsidR="00894719" w:rsidRPr="007B473C">
        <w:rPr>
          <w:rFonts w:asciiTheme="majorHAnsi" w:eastAsiaTheme="majorEastAsia" w:hAnsiTheme="majorHAnsi" w:cstheme="majorBidi"/>
          <w:lang w:val="en-US" w:eastAsia="en-US"/>
        </w:rPr>
        <w:t xml:space="preserve"> di </w:t>
      </w:r>
      <w:proofErr w:type="spellStart"/>
      <w:r w:rsidR="00894719" w:rsidRPr="007B473C">
        <w:rPr>
          <w:rFonts w:asciiTheme="majorHAnsi" w:eastAsiaTheme="majorEastAsia" w:hAnsiTheme="majorHAnsi" w:cstheme="majorBidi"/>
          <w:lang w:val="en-US" w:eastAsia="en-US"/>
        </w:rPr>
        <w:t>supporto</w:t>
      </w:r>
      <w:proofErr w:type="spellEnd"/>
      <w:r w:rsidR="00BF6E3D" w:rsidRPr="007B473C">
        <w:rPr>
          <w:rFonts w:asciiTheme="majorHAnsi" w:eastAsiaTheme="majorEastAsia" w:hAnsiTheme="majorHAnsi" w:cstheme="majorBidi"/>
          <w:lang w:val="en-US" w:eastAsia="en-US"/>
        </w:rPr>
        <w:t xml:space="preserve"> e </w:t>
      </w:r>
      <w:proofErr w:type="spellStart"/>
      <w:r w:rsidR="00BF6E3D" w:rsidRPr="007B473C">
        <w:rPr>
          <w:rFonts w:asciiTheme="majorHAnsi" w:eastAsiaTheme="majorEastAsia" w:hAnsiTheme="majorHAnsi" w:cstheme="majorBidi"/>
          <w:lang w:val="en-US" w:eastAsia="en-US"/>
        </w:rPr>
        <w:t>sostegno</w:t>
      </w:r>
      <w:proofErr w:type="spellEnd"/>
      <w:r w:rsidR="00BF6E3D" w:rsidRPr="007B473C">
        <w:rPr>
          <w:rFonts w:asciiTheme="majorHAnsi" w:eastAsiaTheme="majorEastAsia" w:hAnsiTheme="majorHAnsi" w:cstheme="majorBidi"/>
          <w:lang w:val="en-US" w:eastAsia="en-US"/>
        </w:rPr>
        <w:t xml:space="preserve">, </w:t>
      </w:r>
      <w:proofErr w:type="spellStart"/>
      <w:r w:rsidR="00BF6E3D" w:rsidRPr="007B473C">
        <w:rPr>
          <w:rFonts w:asciiTheme="majorHAnsi" w:eastAsiaTheme="majorEastAsia" w:hAnsiTheme="majorHAnsi" w:cstheme="majorBidi"/>
          <w:lang w:val="en-US" w:eastAsia="en-US"/>
        </w:rPr>
        <w:t>anche</w:t>
      </w:r>
      <w:proofErr w:type="spellEnd"/>
      <w:r w:rsidR="00BF6E3D" w:rsidRPr="007B473C">
        <w:rPr>
          <w:rFonts w:asciiTheme="majorHAnsi" w:eastAsiaTheme="majorEastAsia" w:hAnsiTheme="majorHAnsi" w:cstheme="majorBidi"/>
          <w:lang w:val="en-US" w:eastAsia="en-US"/>
        </w:rPr>
        <w:t xml:space="preserve"> </w:t>
      </w:r>
      <w:proofErr w:type="spellStart"/>
      <w:r w:rsidR="00BF6E3D" w:rsidRPr="007B473C">
        <w:rPr>
          <w:rFonts w:asciiTheme="majorHAnsi" w:eastAsiaTheme="majorEastAsia" w:hAnsiTheme="majorHAnsi" w:cstheme="majorBidi"/>
          <w:lang w:val="en-US" w:eastAsia="en-US"/>
        </w:rPr>
        <w:t>finanziario</w:t>
      </w:r>
      <w:proofErr w:type="spellEnd"/>
      <w:r w:rsidR="00BF6E3D" w:rsidRPr="007B473C">
        <w:rPr>
          <w:rFonts w:asciiTheme="majorHAnsi" w:eastAsiaTheme="majorEastAsia" w:hAnsiTheme="majorHAnsi" w:cstheme="majorBidi"/>
          <w:lang w:val="en-US" w:eastAsia="en-US"/>
        </w:rPr>
        <w:t xml:space="preserve">, di </w:t>
      </w:r>
      <w:proofErr w:type="spellStart"/>
      <w:r w:rsidR="00BF6E3D" w:rsidRPr="007B473C">
        <w:rPr>
          <w:rFonts w:asciiTheme="majorHAnsi" w:eastAsiaTheme="majorEastAsia" w:hAnsiTheme="majorHAnsi" w:cstheme="majorBidi"/>
          <w:lang w:val="en-US" w:eastAsia="en-US"/>
        </w:rPr>
        <w:t>molte</w:t>
      </w:r>
      <w:proofErr w:type="spellEnd"/>
      <w:r w:rsidR="00BF6E3D" w:rsidRPr="007B473C">
        <w:rPr>
          <w:rFonts w:asciiTheme="majorHAnsi" w:eastAsiaTheme="majorEastAsia" w:hAnsiTheme="majorHAnsi" w:cstheme="majorBidi"/>
          <w:lang w:val="en-US" w:eastAsia="en-US"/>
        </w:rPr>
        <w:t xml:space="preserve"> </w:t>
      </w:r>
      <w:proofErr w:type="spellStart"/>
      <w:r w:rsidR="00BF6E3D" w:rsidRPr="007B473C">
        <w:rPr>
          <w:rFonts w:asciiTheme="majorHAnsi" w:eastAsiaTheme="majorEastAsia" w:hAnsiTheme="majorHAnsi" w:cstheme="majorBidi"/>
          <w:lang w:val="en-US" w:eastAsia="en-US"/>
        </w:rPr>
        <w:t>famiglie</w:t>
      </w:r>
      <w:proofErr w:type="spellEnd"/>
      <w:r w:rsidR="00BF6E3D" w:rsidRPr="007B473C">
        <w:rPr>
          <w:rFonts w:asciiTheme="majorHAnsi" w:eastAsiaTheme="majorEastAsia" w:hAnsiTheme="majorHAnsi" w:cstheme="majorBidi"/>
          <w:lang w:val="en-US" w:eastAsia="en-US"/>
        </w:rPr>
        <w:t xml:space="preserve"> </w:t>
      </w:r>
      <w:proofErr w:type="spellStart"/>
      <w:r w:rsidR="00BF6E3D" w:rsidRPr="007B473C">
        <w:rPr>
          <w:rFonts w:asciiTheme="majorHAnsi" w:eastAsiaTheme="majorEastAsia" w:hAnsiTheme="majorHAnsi" w:cstheme="majorBidi"/>
          <w:lang w:val="en-US" w:eastAsia="en-US"/>
        </w:rPr>
        <w:t>che</w:t>
      </w:r>
      <w:proofErr w:type="spellEnd"/>
      <w:r w:rsidR="00BF6E3D" w:rsidRPr="007B473C">
        <w:rPr>
          <w:rFonts w:asciiTheme="majorHAnsi" w:eastAsiaTheme="majorEastAsia" w:hAnsiTheme="majorHAnsi" w:cstheme="majorBidi"/>
          <w:lang w:val="en-US" w:eastAsia="en-US"/>
        </w:rPr>
        <w:t xml:space="preserve"> </w:t>
      </w:r>
      <w:proofErr w:type="spellStart"/>
      <w:r w:rsidR="00BF6E3D" w:rsidRPr="007B473C">
        <w:rPr>
          <w:rFonts w:asciiTheme="majorHAnsi" w:eastAsiaTheme="majorEastAsia" w:hAnsiTheme="majorHAnsi" w:cstheme="majorBidi"/>
          <w:lang w:val="en-US" w:eastAsia="en-US"/>
        </w:rPr>
        <w:t>vivono</w:t>
      </w:r>
      <w:proofErr w:type="spellEnd"/>
      <w:r w:rsidR="00BF6E3D" w:rsidRPr="007B473C">
        <w:rPr>
          <w:rFonts w:asciiTheme="majorHAnsi" w:eastAsiaTheme="majorEastAsia" w:hAnsiTheme="majorHAnsi" w:cstheme="majorBidi"/>
          <w:lang w:val="en-US" w:eastAsia="en-US"/>
        </w:rPr>
        <w:t xml:space="preserve"> in </w:t>
      </w:r>
      <w:proofErr w:type="spellStart"/>
      <w:r w:rsidR="00BF6E3D" w:rsidRPr="007B473C">
        <w:rPr>
          <w:rFonts w:asciiTheme="majorHAnsi" w:eastAsiaTheme="majorEastAsia" w:hAnsiTheme="majorHAnsi" w:cstheme="majorBidi"/>
          <w:lang w:val="en-US" w:eastAsia="en-US"/>
        </w:rPr>
        <w:t>povertà</w:t>
      </w:r>
      <w:proofErr w:type="spellEnd"/>
      <w:r w:rsidR="00894719" w:rsidRPr="007B473C">
        <w:rPr>
          <w:rFonts w:asciiTheme="majorHAnsi" w:eastAsiaTheme="majorEastAsia" w:hAnsiTheme="majorHAnsi" w:cstheme="majorBidi"/>
          <w:lang w:val="en-US" w:eastAsia="en-US"/>
        </w:rPr>
        <w:t xml:space="preserve"> e </w:t>
      </w:r>
      <w:proofErr w:type="spellStart"/>
      <w:r w:rsidR="00894719" w:rsidRPr="007B473C">
        <w:rPr>
          <w:rFonts w:asciiTheme="majorHAnsi" w:eastAsiaTheme="majorEastAsia" w:hAnsiTheme="majorHAnsi" w:cstheme="majorBidi"/>
          <w:lang w:val="en-US" w:eastAsia="en-US"/>
        </w:rPr>
        <w:t>all'interesse</w:t>
      </w:r>
      <w:proofErr w:type="spellEnd"/>
      <w:r w:rsidR="00894719" w:rsidRPr="007B473C">
        <w:rPr>
          <w:rFonts w:asciiTheme="majorHAnsi" w:eastAsiaTheme="majorEastAsia" w:hAnsiTheme="majorHAnsi" w:cstheme="majorBidi"/>
          <w:lang w:val="en-US" w:eastAsia="en-US"/>
        </w:rPr>
        <w:t xml:space="preserve"> di </w:t>
      </w:r>
      <w:proofErr w:type="spellStart"/>
      <w:r w:rsidR="00894719" w:rsidRPr="007B473C">
        <w:rPr>
          <w:rFonts w:asciiTheme="majorHAnsi" w:eastAsiaTheme="majorEastAsia" w:hAnsiTheme="majorHAnsi" w:cstheme="majorBidi"/>
          <w:lang w:val="en-US" w:eastAsia="en-US"/>
        </w:rPr>
        <w:t>alcuni</w:t>
      </w:r>
      <w:proofErr w:type="spellEnd"/>
      <w:r w:rsidR="00894719" w:rsidRPr="007B473C">
        <w:rPr>
          <w:rFonts w:asciiTheme="majorHAnsi" w:eastAsiaTheme="majorEastAsia" w:hAnsiTheme="majorHAnsi" w:cstheme="majorBidi"/>
          <w:lang w:val="en-US" w:eastAsia="en-US"/>
        </w:rPr>
        <w:t xml:space="preserve"> </w:t>
      </w:r>
      <w:proofErr w:type="spellStart"/>
      <w:r w:rsidR="00894719" w:rsidRPr="007B473C">
        <w:rPr>
          <w:rFonts w:asciiTheme="majorHAnsi" w:eastAsiaTheme="majorEastAsia" w:hAnsiTheme="majorHAnsi" w:cstheme="majorBidi"/>
          <w:lang w:val="en-US" w:eastAsia="en-US"/>
        </w:rPr>
        <w:t>cittadini</w:t>
      </w:r>
      <w:proofErr w:type="spellEnd"/>
      <w:r w:rsidR="00894719" w:rsidRPr="007B473C">
        <w:rPr>
          <w:rFonts w:asciiTheme="majorHAnsi" w:eastAsiaTheme="majorEastAsia" w:hAnsiTheme="majorHAnsi" w:cstheme="majorBidi"/>
          <w:lang w:val="en-US" w:eastAsia="en-US"/>
        </w:rPr>
        <w:t xml:space="preserve"> </w:t>
      </w:r>
      <w:proofErr w:type="spellStart"/>
      <w:r w:rsidR="00894719" w:rsidRPr="007B473C">
        <w:rPr>
          <w:rFonts w:asciiTheme="majorHAnsi" w:eastAsiaTheme="majorEastAsia" w:hAnsiTheme="majorHAnsi" w:cstheme="majorBidi"/>
          <w:lang w:val="en-US" w:eastAsia="en-US"/>
        </w:rPr>
        <w:t>nel</w:t>
      </w:r>
      <w:proofErr w:type="spellEnd"/>
      <w:r w:rsidR="00894719" w:rsidRPr="007B473C">
        <w:rPr>
          <w:rFonts w:asciiTheme="majorHAnsi" w:eastAsiaTheme="majorEastAsia" w:hAnsiTheme="majorHAnsi" w:cstheme="majorBidi"/>
          <w:lang w:val="en-US" w:eastAsia="en-US"/>
        </w:rPr>
        <w:t xml:space="preserve"> </w:t>
      </w:r>
      <w:proofErr w:type="spellStart"/>
      <w:r w:rsidR="00894719" w:rsidRPr="007B473C">
        <w:rPr>
          <w:rFonts w:asciiTheme="majorHAnsi" w:eastAsiaTheme="majorEastAsia" w:hAnsiTheme="majorHAnsi" w:cstheme="majorBidi"/>
          <w:lang w:val="en-US" w:eastAsia="en-US"/>
        </w:rPr>
        <w:t>partecipare</w:t>
      </w:r>
      <w:proofErr w:type="spellEnd"/>
      <w:r w:rsidR="00894719" w:rsidRPr="007B473C">
        <w:rPr>
          <w:rFonts w:asciiTheme="majorHAnsi" w:eastAsiaTheme="majorEastAsia" w:hAnsiTheme="majorHAnsi" w:cstheme="majorBidi"/>
          <w:lang w:val="en-US" w:eastAsia="en-US"/>
        </w:rPr>
        <w:t xml:space="preserve"> </w:t>
      </w:r>
      <w:proofErr w:type="spellStart"/>
      <w:r w:rsidR="00894719" w:rsidRPr="007B473C">
        <w:rPr>
          <w:rFonts w:asciiTheme="majorHAnsi" w:eastAsiaTheme="majorEastAsia" w:hAnsiTheme="majorHAnsi" w:cstheme="majorBidi"/>
          <w:lang w:val="en-US" w:eastAsia="en-US"/>
        </w:rPr>
        <w:t>attivamente</w:t>
      </w:r>
      <w:proofErr w:type="spellEnd"/>
      <w:r w:rsidR="00894719" w:rsidRPr="007B473C">
        <w:rPr>
          <w:rFonts w:asciiTheme="majorHAnsi" w:eastAsiaTheme="majorEastAsia" w:hAnsiTheme="majorHAnsi" w:cstheme="majorBidi"/>
          <w:lang w:val="en-US" w:eastAsia="en-US"/>
        </w:rPr>
        <w:t xml:space="preserve"> al </w:t>
      </w:r>
      <w:proofErr w:type="spellStart"/>
      <w:r w:rsidR="00894719" w:rsidRPr="007B473C">
        <w:rPr>
          <w:rFonts w:asciiTheme="majorHAnsi" w:eastAsiaTheme="majorEastAsia" w:hAnsiTheme="majorHAnsi" w:cstheme="majorBidi"/>
          <w:lang w:val="en-US" w:eastAsia="en-US"/>
        </w:rPr>
        <w:t>volontariato</w:t>
      </w:r>
      <w:proofErr w:type="spellEnd"/>
      <w:r w:rsidR="00D21598">
        <w:rPr>
          <w:rFonts w:asciiTheme="majorHAnsi" w:eastAsiaTheme="majorEastAsia" w:hAnsiTheme="majorHAnsi" w:cstheme="majorBidi"/>
          <w:lang w:val="en-US" w:eastAsia="en-US"/>
        </w:rPr>
        <w:t>.</w:t>
      </w:r>
    </w:p>
    <w:p w14:paraId="465C8BE1" w14:textId="77777777" w:rsidR="00D21598" w:rsidRDefault="00D21598" w:rsidP="00D21598">
      <w:pPr>
        <w:pStyle w:val="NormaleWeb"/>
        <w:spacing w:before="0" w:beforeAutospacing="0" w:after="0" w:afterAutospacing="0"/>
        <w:jc w:val="both"/>
        <w:rPr>
          <w:rFonts w:asciiTheme="majorHAnsi" w:eastAsiaTheme="majorEastAsia" w:hAnsiTheme="majorHAnsi" w:cstheme="majorBidi"/>
          <w:lang w:val="en-US" w:eastAsia="en-US"/>
        </w:rPr>
      </w:pPr>
    </w:p>
    <w:p w14:paraId="676F0D21" w14:textId="77777777" w:rsidR="008E73C3" w:rsidRPr="001C18D1" w:rsidRDefault="008E73C3" w:rsidP="00250081">
      <w:pPr>
        <w:pStyle w:val="NormaleWeb"/>
        <w:shd w:val="clear" w:color="auto" w:fill="FFFFFF"/>
        <w:spacing w:before="0" w:beforeAutospacing="0" w:after="120" w:afterAutospacing="0"/>
        <w:rPr>
          <w:rFonts w:asciiTheme="majorHAnsi" w:eastAsiaTheme="majorEastAsia" w:hAnsiTheme="majorHAnsi" w:cstheme="majorBidi"/>
          <w:u w:val="single"/>
          <w:lang w:val="en-US" w:eastAsia="en-US"/>
        </w:rPr>
      </w:pPr>
      <w:r w:rsidRPr="001C18D1">
        <w:rPr>
          <w:rFonts w:asciiTheme="majorHAnsi" w:eastAsiaTheme="majorEastAsia" w:hAnsiTheme="majorHAnsi" w:cstheme="majorBidi"/>
          <w:u w:val="single"/>
          <w:lang w:val="en-US" w:eastAsia="en-US"/>
        </w:rPr>
        <w:t xml:space="preserve">Con </w:t>
      </w:r>
      <w:proofErr w:type="spellStart"/>
      <w:r w:rsidRPr="001C18D1">
        <w:rPr>
          <w:rFonts w:asciiTheme="majorHAnsi" w:eastAsiaTheme="majorEastAsia" w:hAnsiTheme="majorHAnsi" w:cstheme="majorBidi"/>
          <w:u w:val="single"/>
          <w:lang w:val="en-US" w:eastAsia="en-US"/>
        </w:rPr>
        <w:t>questo</w:t>
      </w:r>
      <w:proofErr w:type="spellEnd"/>
      <w:r w:rsidRPr="001C18D1">
        <w:rPr>
          <w:rFonts w:asciiTheme="majorHAnsi" w:eastAsiaTheme="majorEastAsia" w:hAnsiTheme="majorHAnsi" w:cstheme="majorBidi"/>
          <w:u w:val="single"/>
          <w:lang w:val="en-US" w:eastAsia="en-US"/>
        </w:rPr>
        <w:t xml:space="preserve"> </w:t>
      </w:r>
      <w:proofErr w:type="spellStart"/>
      <w:r w:rsidRPr="001C18D1">
        <w:rPr>
          <w:rFonts w:asciiTheme="majorHAnsi" w:eastAsiaTheme="majorEastAsia" w:hAnsiTheme="majorHAnsi" w:cstheme="majorBidi"/>
          <w:u w:val="single"/>
          <w:lang w:val="en-US" w:eastAsia="en-US"/>
        </w:rPr>
        <w:t>progetto</w:t>
      </w:r>
      <w:proofErr w:type="spellEnd"/>
      <w:r w:rsidRPr="001C18D1">
        <w:rPr>
          <w:rFonts w:asciiTheme="majorHAnsi" w:eastAsiaTheme="majorEastAsia" w:hAnsiTheme="majorHAnsi" w:cstheme="majorBidi"/>
          <w:u w:val="single"/>
          <w:lang w:val="en-US" w:eastAsia="en-US"/>
        </w:rPr>
        <w:t xml:space="preserve"> </w:t>
      </w:r>
      <w:proofErr w:type="spellStart"/>
      <w:r w:rsidRPr="001C18D1">
        <w:rPr>
          <w:rFonts w:asciiTheme="majorHAnsi" w:eastAsiaTheme="majorEastAsia" w:hAnsiTheme="majorHAnsi" w:cstheme="majorBidi"/>
          <w:u w:val="single"/>
          <w:lang w:val="en-US" w:eastAsia="en-US"/>
        </w:rPr>
        <w:t>proponiamo</w:t>
      </w:r>
      <w:proofErr w:type="spellEnd"/>
      <w:r w:rsidRPr="001C18D1">
        <w:rPr>
          <w:rFonts w:asciiTheme="majorHAnsi" w:eastAsiaTheme="majorEastAsia" w:hAnsiTheme="majorHAnsi" w:cstheme="majorBidi"/>
          <w:u w:val="single"/>
          <w:lang w:val="en-US" w:eastAsia="en-US"/>
        </w:rPr>
        <w:t xml:space="preserve"> di:</w:t>
      </w:r>
    </w:p>
    <w:p w14:paraId="2A579563" w14:textId="77777777" w:rsidR="00BF6E3D" w:rsidRPr="001C18D1" w:rsidRDefault="008E73C3" w:rsidP="008E73C3">
      <w:pPr>
        <w:pStyle w:val="NormaleWeb"/>
        <w:shd w:val="clear" w:color="auto" w:fill="FFFFFF"/>
        <w:spacing w:before="0" w:beforeAutospacing="0"/>
        <w:rPr>
          <w:rFonts w:asciiTheme="majorHAnsi" w:eastAsiaTheme="majorEastAsia" w:hAnsiTheme="majorHAnsi" w:cstheme="majorBidi"/>
          <w:lang w:val="en-US" w:eastAsia="en-US"/>
        </w:rPr>
      </w:pPr>
      <w:r w:rsidRPr="001C18D1">
        <w:rPr>
          <w:rFonts w:asciiTheme="majorHAnsi" w:eastAsiaTheme="majorEastAsia" w:hAnsiTheme="majorHAnsi" w:cstheme="majorBidi"/>
          <w:b/>
          <w:bCs/>
          <w:lang w:val="en-US" w:eastAsia="en-US"/>
        </w:rPr>
        <w:t xml:space="preserve">– </w:t>
      </w:r>
      <w:proofErr w:type="spellStart"/>
      <w:r w:rsidRPr="001C18D1">
        <w:rPr>
          <w:rFonts w:asciiTheme="majorHAnsi" w:eastAsiaTheme="majorEastAsia" w:hAnsiTheme="majorHAnsi" w:cstheme="majorBidi"/>
          <w:b/>
          <w:bCs/>
          <w:lang w:val="en-US" w:eastAsia="en-US"/>
        </w:rPr>
        <w:t>Migliorare</w:t>
      </w:r>
      <w:proofErr w:type="spellEnd"/>
      <w:r w:rsidRPr="001C18D1">
        <w:rPr>
          <w:rFonts w:asciiTheme="majorHAnsi" w:eastAsiaTheme="majorEastAsia" w:hAnsiTheme="majorHAnsi" w:cstheme="majorBidi"/>
          <w:b/>
          <w:bCs/>
          <w:lang w:val="en-US" w:eastAsia="en-US"/>
        </w:rPr>
        <w:t> </w:t>
      </w:r>
      <w:r w:rsidRPr="001C18D1">
        <w:rPr>
          <w:rFonts w:asciiTheme="majorHAnsi" w:eastAsiaTheme="majorEastAsia" w:hAnsiTheme="majorHAnsi" w:cstheme="majorBidi"/>
          <w:lang w:val="en-US" w:eastAsia="en-US"/>
        </w:rPr>
        <w:t xml:space="preserve">la </w:t>
      </w:r>
      <w:proofErr w:type="spellStart"/>
      <w:r w:rsidRPr="001C18D1">
        <w:rPr>
          <w:rFonts w:asciiTheme="majorHAnsi" w:eastAsiaTheme="majorEastAsia" w:hAnsiTheme="majorHAnsi" w:cstheme="majorBidi"/>
          <w:lang w:val="en-US" w:eastAsia="en-US"/>
        </w:rPr>
        <w:t>qualità</w:t>
      </w:r>
      <w:proofErr w:type="spellEnd"/>
      <w:r w:rsidRPr="001C18D1">
        <w:rPr>
          <w:rFonts w:asciiTheme="majorHAnsi" w:eastAsiaTheme="majorEastAsia" w:hAnsiTheme="majorHAnsi" w:cstheme="majorBidi"/>
          <w:lang w:val="en-US" w:eastAsia="en-US"/>
        </w:rPr>
        <w:t xml:space="preserve"> </w:t>
      </w:r>
      <w:proofErr w:type="spellStart"/>
      <w:r w:rsidRPr="001C18D1">
        <w:rPr>
          <w:rFonts w:asciiTheme="majorHAnsi" w:eastAsiaTheme="majorEastAsia" w:hAnsiTheme="majorHAnsi" w:cstheme="majorBidi"/>
          <w:lang w:val="en-US" w:eastAsia="en-US"/>
        </w:rPr>
        <w:t>della</w:t>
      </w:r>
      <w:proofErr w:type="spellEnd"/>
      <w:r w:rsidRPr="001C18D1">
        <w:rPr>
          <w:rFonts w:asciiTheme="majorHAnsi" w:eastAsiaTheme="majorEastAsia" w:hAnsiTheme="majorHAnsi" w:cstheme="majorBidi"/>
          <w:lang w:val="en-US" w:eastAsia="en-US"/>
        </w:rPr>
        <w:t xml:space="preserve"> vita;</w:t>
      </w:r>
      <w:r w:rsidRPr="001C18D1">
        <w:rPr>
          <w:rFonts w:asciiTheme="majorHAnsi" w:eastAsiaTheme="majorEastAsia" w:hAnsiTheme="majorHAnsi" w:cstheme="majorBidi"/>
          <w:lang w:val="en-US" w:eastAsia="en-US"/>
        </w:rPr>
        <w:br/>
      </w:r>
      <w:r w:rsidRPr="001C18D1">
        <w:rPr>
          <w:rFonts w:asciiTheme="majorHAnsi" w:eastAsiaTheme="majorEastAsia" w:hAnsiTheme="majorHAnsi" w:cstheme="majorBidi"/>
          <w:b/>
          <w:bCs/>
          <w:lang w:val="en-US" w:eastAsia="en-US"/>
        </w:rPr>
        <w:t xml:space="preserve">– </w:t>
      </w:r>
      <w:proofErr w:type="spellStart"/>
      <w:r w:rsidRPr="001C18D1">
        <w:rPr>
          <w:rFonts w:asciiTheme="majorHAnsi" w:eastAsiaTheme="majorEastAsia" w:hAnsiTheme="majorHAnsi" w:cstheme="majorBidi"/>
          <w:b/>
          <w:bCs/>
          <w:lang w:val="en-US" w:eastAsia="en-US"/>
        </w:rPr>
        <w:t>Contrastare</w:t>
      </w:r>
      <w:proofErr w:type="spellEnd"/>
      <w:r w:rsidRPr="001C18D1">
        <w:rPr>
          <w:rFonts w:asciiTheme="majorHAnsi" w:eastAsiaTheme="majorEastAsia" w:hAnsiTheme="majorHAnsi" w:cstheme="majorBidi"/>
          <w:b/>
          <w:bCs/>
          <w:lang w:val="en-US" w:eastAsia="en-US"/>
        </w:rPr>
        <w:t> </w:t>
      </w:r>
      <w:r w:rsidRPr="001C18D1">
        <w:rPr>
          <w:rFonts w:asciiTheme="majorHAnsi" w:eastAsiaTheme="majorEastAsia" w:hAnsiTheme="majorHAnsi" w:cstheme="majorBidi"/>
          <w:lang w:val="en-US" w:eastAsia="en-US"/>
        </w:rPr>
        <w:t xml:space="preserve">ogni forma di </w:t>
      </w:r>
      <w:proofErr w:type="spellStart"/>
      <w:r w:rsidRPr="001C18D1">
        <w:rPr>
          <w:rFonts w:asciiTheme="majorHAnsi" w:eastAsiaTheme="majorEastAsia" w:hAnsiTheme="majorHAnsi" w:cstheme="majorBidi"/>
          <w:lang w:val="en-US" w:eastAsia="en-US"/>
        </w:rPr>
        <w:t>esclusione</w:t>
      </w:r>
      <w:proofErr w:type="spellEnd"/>
      <w:r w:rsidRPr="001C18D1">
        <w:rPr>
          <w:rFonts w:asciiTheme="majorHAnsi" w:eastAsiaTheme="majorEastAsia" w:hAnsiTheme="majorHAnsi" w:cstheme="majorBidi"/>
          <w:lang w:val="en-US" w:eastAsia="en-US"/>
        </w:rPr>
        <w:t xml:space="preserve"> e </w:t>
      </w:r>
      <w:proofErr w:type="spellStart"/>
      <w:r w:rsidRPr="001C18D1">
        <w:rPr>
          <w:rFonts w:asciiTheme="majorHAnsi" w:eastAsiaTheme="majorEastAsia" w:hAnsiTheme="majorHAnsi" w:cstheme="majorBidi"/>
          <w:lang w:val="en-US" w:eastAsia="en-US"/>
        </w:rPr>
        <w:t>discriminazione</w:t>
      </w:r>
      <w:proofErr w:type="spellEnd"/>
      <w:r w:rsidRPr="001C18D1">
        <w:rPr>
          <w:rFonts w:asciiTheme="majorHAnsi" w:eastAsiaTheme="majorEastAsia" w:hAnsiTheme="majorHAnsi" w:cstheme="majorBidi"/>
          <w:lang w:val="en-US" w:eastAsia="en-US"/>
        </w:rPr>
        <w:t xml:space="preserve"> </w:t>
      </w:r>
      <w:proofErr w:type="spellStart"/>
      <w:r w:rsidRPr="001C18D1">
        <w:rPr>
          <w:rFonts w:asciiTheme="majorHAnsi" w:eastAsiaTheme="majorEastAsia" w:hAnsiTheme="majorHAnsi" w:cstheme="majorBidi"/>
          <w:lang w:val="en-US" w:eastAsia="en-US"/>
        </w:rPr>
        <w:t>sociale</w:t>
      </w:r>
      <w:proofErr w:type="spellEnd"/>
      <w:r w:rsidRPr="001C18D1">
        <w:rPr>
          <w:rFonts w:asciiTheme="majorHAnsi" w:eastAsiaTheme="majorEastAsia" w:hAnsiTheme="majorHAnsi" w:cstheme="majorBidi"/>
          <w:lang w:val="en-US" w:eastAsia="en-US"/>
        </w:rPr>
        <w:t>;</w:t>
      </w:r>
      <w:r w:rsidRPr="001C18D1">
        <w:rPr>
          <w:rFonts w:asciiTheme="majorHAnsi" w:eastAsiaTheme="majorEastAsia" w:hAnsiTheme="majorHAnsi" w:cstheme="majorBidi"/>
          <w:lang w:val="en-US" w:eastAsia="en-US"/>
        </w:rPr>
        <w:br/>
      </w:r>
      <w:r w:rsidRPr="001C18D1">
        <w:rPr>
          <w:rFonts w:asciiTheme="majorHAnsi" w:eastAsiaTheme="majorEastAsia" w:hAnsiTheme="majorHAnsi" w:cstheme="majorBidi"/>
          <w:b/>
          <w:bCs/>
          <w:lang w:val="en-US" w:eastAsia="en-US"/>
        </w:rPr>
        <w:t xml:space="preserve">– </w:t>
      </w:r>
      <w:proofErr w:type="spellStart"/>
      <w:r w:rsidRPr="001C18D1">
        <w:rPr>
          <w:rFonts w:asciiTheme="majorHAnsi" w:eastAsiaTheme="majorEastAsia" w:hAnsiTheme="majorHAnsi" w:cstheme="majorBidi"/>
          <w:b/>
          <w:bCs/>
          <w:lang w:val="en-US" w:eastAsia="en-US"/>
        </w:rPr>
        <w:t>Sostenere</w:t>
      </w:r>
      <w:proofErr w:type="spellEnd"/>
      <w:r w:rsidRPr="001C18D1">
        <w:rPr>
          <w:rFonts w:asciiTheme="majorHAnsi" w:eastAsiaTheme="majorEastAsia" w:hAnsiTheme="majorHAnsi" w:cstheme="majorBidi"/>
          <w:b/>
          <w:bCs/>
          <w:lang w:val="en-US" w:eastAsia="en-US"/>
        </w:rPr>
        <w:t> </w:t>
      </w:r>
      <w:r w:rsidRPr="001C18D1">
        <w:rPr>
          <w:rFonts w:asciiTheme="majorHAnsi" w:eastAsiaTheme="majorEastAsia" w:hAnsiTheme="majorHAnsi" w:cstheme="majorBidi"/>
          <w:lang w:val="en-US" w:eastAsia="en-US"/>
        </w:rPr>
        <w:t xml:space="preserve">le </w:t>
      </w:r>
      <w:proofErr w:type="spellStart"/>
      <w:r w:rsidRPr="001C18D1">
        <w:rPr>
          <w:rFonts w:asciiTheme="majorHAnsi" w:eastAsiaTheme="majorEastAsia" w:hAnsiTheme="majorHAnsi" w:cstheme="majorBidi"/>
          <w:lang w:val="en-US" w:eastAsia="en-US"/>
        </w:rPr>
        <w:t>fragilità</w:t>
      </w:r>
      <w:proofErr w:type="spellEnd"/>
      <w:r w:rsidRPr="001C18D1">
        <w:rPr>
          <w:rFonts w:asciiTheme="majorHAnsi" w:eastAsiaTheme="majorEastAsia" w:hAnsiTheme="majorHAnsi" w:cstheme="majorBidi"/>
          <w:lang w:val="en-US" w:eastAsia="en-US"/>
        </w:rPr>
        <w:t>;</w:t>
      </w:r>
      <w:r w:rsidRPr="001C18D1">
        <w:rPr>
          <w:rFonts w:asciiTheme="majorHAnsi" w:eastAsiaTheme="majorEastAsia" w:hAnsiTheme="majorHAnsi" w:cstheme="majorBidi"/>
          <w:lang w:val="en-US" w:eastAsia="en-US"/>
        </w:rPr>
        <w:br/>
      </w:r>
      <w:r w:rsidRPr="001C18D1">
        <w:rPr>
          <w:rFonts w:asciiTheme="majorHAnsi" w:eastAsiaTheme="majorEastAsia" w:hAnsiTheme="majorHAnsi" w:cstheme="majorBidi"/>
          <w:b/>
          <w:bCs/>
          <w:lang w:val="en-US" w:eastAsia="en-US"/>
        </w:rPr>
        <w:t xml:space="preserve">– </w:t>
      </w:r>
      <w:proofErr w:type="spellStart"/>
      <w:r w:rsidRPr="001C18D1">
        <w:rPr>
          <w:rFonts w:asciiTheme="majorHAnsi" w:eastAsiaTheme="majorEastAsia" w:hAnsiTheme="majorHAnsi" w:cstheme="majorBidi"/>
          <w:b/>
          <w:bCs/>
          <w:lang w:val="en-US" w:eastAsia="en-US"/>
        </w:rPr>
        <w:t>Diffondere</w:t>
      </w:r>
      <w:proofErr w:type="spellEnd"/>
      <w:r w:rsidRPr="001C18D1">
        <w:rPr>
          <w:rFonts w:asciiTheme="majorHAnsi" w:eastAsiaTheme="majorEastAsia" w:hAnsiTheme="majorHAnsi" w:cstheme="majorBidi"/>
          <w:b/>
          <w:bCs/>
          <w:lang w:val="en-US" w:eastAsia="en-US"/>
        </w:rPr>
        <w:t> </w:t>
      </w:r>
      <w:r w:rsidRPr="001C18D1">
        <w:rPr>
          <w:rFonts w:asciiTheme="majorHAnsi" w:eastAsiaTheme="majorEastAsia" w:hAnsiTheme="majorHAnsi" w:cstheme="majorBidi"/>
          <w:lang w:val="en-US" w:eastAsia="en-US"/>
        </w:rPr>
        <w:t xml:space="preserve">la </w:t>
      </w:r>
      <w:proofErr w:type="spellStart"/>
      <w:r w:rsidRPr="001C18D1">
        <w:rPr>
          <w:rFonts w:asciiTheme="majorHAnsi" w:eastAsiaTheme="majorEastAsia" w:hAnsiTheme="majorHAnsi" w:cstheme="majorBidi"/>
          <w:lang w:val="en-US" w:eastAsia="en-US"/>
        </w:rPr>
        <w:t>cultura</w:t>
      </w:r>
      <w:proofErr w:type="spellEnd"/>
      <w:r w:rsidRPr="001C18D1">
        <w:rPr>
          <w:rFonts w:asciiTheme="majorHAnsi" w:eastAsiaTheme="majorEastAsia" w:hAnsiTheme="majorHAnsi" w:cstheme="majorBidi"/>
          <w:lang w:val="en-US" w:eastAsia="en-US"/>
        </w:rPr>
        <w:t xml:space="preserve"> e la </w:t>
      </w:r>
      <w:proofErr w:type="spellStart"/>
      <w:r w:rsidRPr="001C18D1">
        <w:rPr>
          <w:rFonts w:asciiTheme="majorHAnsi" w:eastAsiaTheme="majorEastAsia" w:hAnsiTheme="majorHAnsi" w:cstheme="majorBidi"/>
          <w:lang w:val="en-US" w:eastAsia="en-US"/>
        </w:rPr>
        <w:t>pratica</w:t>
      </w:r>
      <w:proofErr w:type="spellEnd"/>
      <w:r w:rsidRPr="001C18D1">
        <w:rPr>
          <w:rFonts w:asciiTheme="majorHAnsi" w:eastAsiaTheme="majorEastAsia" w:hAnsiTheme="majorHAnsi" w:cstheme="majorBidi"/>
          <w:lang w:val="en-US" w:eastAsia="en-US"/>
        </w:rPr>
        <w:t xml:space="preserve"> </w:t>
      </w:r>
      <w:proofErr w:type="spellStart"/>
      <w:r w:rsidRPr="001C18D1">
        <w:rPr>
          <w:rFonts w:asciiTheme="majorHAnsi" w:eastAsiaTheme="majorEastAsia" w:hAnsiTheme="majorHAnsi" w:cstheme="majorBidi"/>
          <w:lang w:val="en-US" w:eastAsia="en-US"/>
        </w:rPr>
        <w:t>della</w:t>
      </w:r>
      <w:proofErr w:type="spellEnd"/>
      <w:r w:rsidRPr="001C18D1">
        <w:rPr>
          <w:rFonts w:asciiTheme="majorHAnsi" w:eastAsiaTheme="majorEastAsia" w:hAnsiTheme="majorHAnsi" w:cstheme="majorBidi"/>
          <w:lang w:val="en-US" w:eastAsia="en-US"/>
        </w:rPr>
        <w:t> </w:t>
      </w:r>
      <w:proofErr w:type="spellStart"/>
      <w:r w:rsidRPr="00E4447B">
        <w:rPr>
          <w:rFonts w:asciiTheme="majorHAnsi" w:eastAsiaTheme="majorEastAsia" w:hAnsiTheme="majorHAnsi" w:cstheme="majorBidi"/>
          <w:lang w:val="en-US" w:eastAsia="en-US"/>
        </w:rPr>
        <w:t>solidarietà</w:t>
      </w:r>
      <w:proofErr w:type="spellEnd"/>
      <w:r w:rsidRPr="001C18D1">
        <w:rPr>
          <w:rFonts w:asciiTheme="majorHAnsi" w:eastAsiaTheme="majorEastAsia" w:hAnsiTheme="majorHAnsi" w:cstheme="majorBidi"/>
          <w:lang w:val="en-US" w:eastAsia="en-US"/>
        </w:rPr>
        <w:t xml:space="preserve"> e </w:t>
      </w:r>
      <w:proofErr w:type="spellStart"/>
      <w:r w:rsidRPr="001C18D1">
        <w:rPr>
          <w:rFonts w:asciiTheme="majorHAnsi" w:eastAsiaTheme="majorEastAsia" w:hAnsiTheme="majorHAnsi" w:cstheme="majorBidi"/>
          <w:lang w:val="en-US" w:eastAsia="en-US"/>
        </w:rPr>
        <w:t>della</w:t>
      </w:r>
      <w:proofErr w:type="spellEnd"/>
      <w:r w:rsidRPr="001C18D1">
        <w:rPr>
          <w:rFonts w:asciiTheme="majorHAnsi" w:eastAsiaTheme="majorEastAsia" w:hAnsiTheme="majorHAnsi" w:cstheme="majorBidi"/>
          <w:lang w:val="en-US" w:eastAsia="en-US"/>
        </w:rPr>
        <w:t> </w:t>
      </w:r>
      <w:proofErr w:type="spellStart"/>
      <w:r w:rsidRPr="00E4447B">
        <w:rPr>
          <w:rFonts w:asciiTheme="majorHAnsi" w:eastAsiaTheme="majorEastAsia" w:hAnsiTheme="majorHAnsi" w:cstheme="majorBidi"/>
          <w:lang w:val="en-US" w:eastAsia="en-US"/>
        </w:rPr>
        <w:t>partecipazione</w:t>
      </w:r>
      <w:proofErr w:type="spellEnd"/>
      <w:r w:rsidRPr="00E4447B">
        <w:rPr>
          <w:rFonts w:asciiTheme="majorHAnsi" w:eastAsiaTheme="majorEastAsia" w:hAnsiTheme="majorHAnsi" w:cstheme="majorBidi"/>
          <w:lang w:val="en-US" w:eastAsia="en-US"/>
        </w:rPr>
        <w:t>;</w:t>
      </w:r>
      <w:r w:rsidRPr="00E4447B">
        <w:rPr>
          <w:rFonts w:asciiTheme="majorHAnsi" w:eastAsiaTheme="majorEastAsia" w:hAnsiTheme="majorHAnsi" w:cstheme="majorBidi"/>
          <w:lang w:val="en-US" w:eastAsia="en-US"/>
        </w:rPr>
        <w:br/>
      </w:r>
      <w:r w:rsidRPr="001C18D1">
        <w:rPr>
          <w:rFonts w:asciiTheme="majorHAnsi" w:eastAsiaTheme="majorEastAsia" w:hAnsiTheme="majorHAnsi" w:cstheme="majorBidi"/>
          <w:b/>
          <w:bCs/>
          <w:lang w:val="en-US" w:eastAsia="en-US"/>
        </w:rPr>
        <w:t xml:space="preserve">– </w:t>
      </w:r>
      <w:proofErr w:type="spellStart"/>
      <w:r w:rsidRPr="001C18D1">
        <w:rPr>
          <w:rFonts w:asciiTheme="majorHAnsi" w:eastAsiaTheme="majorEastAsia" w:hAnsiTheme="majorHAnsi" w:cstheme="majorBidi"/>
          <w:b/>
          <w:bCs/>
          <w:lang w:val="en-US" w:eastAsia="en-US"/>
        </w:rPr>
        <w:t>Valorizzare</w:t>
      </w:r>
      <w:proofErr w:type="spellEnd"/>
      <w:r w:rsidRPr="001C18D1">
        <w:rPr>
          <w:rFonts w:asciiTheme="majorHAnsi" w:eastAsiaTheme="majorEastAsia" w:hAnsiTheme="majorHAnsi" w:cstheme="majorBidi"/>
          <w:lang w:val="en-US" w:eastAsia="en-US"/>
        </w:rPr>
        <w:t> </w:t>
      </w:r>
      <w:proofErr w:type="spellStart"/>
      <w:r w:rsidRPr="001C18D1">
        <w:rPr>
          <w:rFonts w:asciiTheme="majorHAnsi" w:eastAsiaTheme="majorEastAsia" w:hAnsiTheme="majorHAnsi" w:cstheme="majorBidi"/>
          <w:lang w:val="en-US" w:eastAsia="en-US"/>
        </w:rPr>
        <w:t>l’esperienza</w:t>
      </w:r>
      <w:proofErr w:type="spellEnd"/>
      <w:r w:rsidRPr="001C18D1">
        <w:rPr>
          <w:rFonts w:asciiTheme="majorHAnsi" w:eastAsiaTheme="majorEastAsia" w:hAnsiTheme="majorHAnsi" w:cstheme="majorBidi"/>
          <w:lang w:val="en-US" w:eastAsia="en-US"/>
        </w:rPr>
        <w:t xml:space="preserve">, le </w:t>
      </w:r>
      <w:proofErr w:type="spellStart"/>
      <w:r w:rsidRPr="001C18D1">
        <w:rPr>
          <w:rFonts w:asciiTheme="majorHAnsi" w:eastAsiaTheme="majorEastAsia" w:hAnsiTheme="majorHAnsi" w:cstheme="majorBidi"/>
          <w:lang w:val="en-US" w:eastAsia="en-US"/>
        </w:rPr>
        <w:t>capacità</w:t>
      </w:r>
      <w:proofErr w:type="spellEnd"/>
      <w:r w:rsidRPr="001C18D1">
        <w:rPr>
          <w:rFonts w:asciiTheme="majorHAnsi" w:eastAsiaTheme="majorEastAsia" w:hAnsiTheme="majorHAnsi" w:cstheme="majorBidi"/>
          <w:lang w:val="en-US" w:eastAsia="en-US"/>
        </w:rPr>
        <w:t xml:space="preserve">, la </w:t>
      </w:r>
      <w:proofErr w:type="spellStart"/>
      <w:r w:rsidRPr="001C18D1">
        <w:rPr>
          <w:rFonts w:asciiTheme="majorHAnsi" w:eastAsiaTheme="majorEastAsia" w:hAnsiTheme="majorHAnsi" w:cstheme="majorBidi"/>
          <w:lang w:val="en-US" w:eastAsia="en-US"/>
        </w:rPr>
        <w:t>creatività</w:t>
      </w:r>
      <w:proofErr w:type="spellEnd"/>
      <w:r w:rsidRPr="001C18D1">
        <w:rPr>
          <w:rFonts w:asciiTheme="majorHAnsi" w:eastAsiaTheme="majorEastAsia" w:hAnsiTheme="majorHAnsi" w:cstheme="majorBidi"/>
          <w:lang w:val="en-US" w:eastAsia="en-US"/>
        </w:rPr>
        <w:t xml:space="preserve"> e le idee </w:t>
      </w:r>
      <w:proofErr w:type="spellStart"/>
      <w:r w:rsidRPr="001C18D1">
        <w:rPr>
          <w:rFonts w:asciiTheme="majorHAnsi" w:eastAsiaTheme="majorEastAsia" w:hAnsiTheme="majorHAnsi" w:cstheme="majorBidi"/>
          <w:lang w:val="en-US" w:eastAsia="en-US"/>
        </w:rPr>
        <w:t>degli</w:t>
      </w:r>
      <w:proofErr w:type="spellEnd"/>
      <w:r w:rsidRPr="001C18D1">
        <w:rPr>
          <w:rFonts w:asciiTheme="majorHAnsi" w:eastAsiaTheme="majorEastAsia" w:hAnsiTheme="majorHAnsi" w:cstheme="majorBidi"/>
          <w:lang w:val="en-US" w:eastAsia="en-US"/>
        </w:rPr>
        <w:t xml:space="preserve"> anziani;</w:t>
      </w:r>
      <w:r w:rsidRPr="001C18D1">
        <w:rPr>
          <w:rFonts w:asciiTheme="majorHAnsi" w:eastAsiaTheme="majorEastAsia" w:hAnsiTheme="majorHAnsi" w:cstheme="majorBidi"/>
          <w:lang w:val="en-US" w:eastAsia="en-US"/>
        </w:rPr>
        <w:br/>
      </w:r>
      <w:r w:rsidRPr="001C18D1">
        <w:rPr>
          <w:rFonts w:asciiTheme="majorHAnsi" w:eastAsiaTheme="majorEastAsia" w:hAnsiTheme="majorHAnsi" w:cstheme="majorBidi"/>
          <w:b/>
          <w:bCs/>
          <w:lang w:val="en-US" w:eastAsia="en-US"/>
        </w:rPr>
        <w:t xml:space="preserve">– </w:t>
      </w:r>
      <w:proofErr w:type="spellStart"/>
      <w:r w:rsidRPr="001C18D1">
        <w:rPr>
          <w:rFonts w:asciiTheme="majorHAnsi" w:eastAsiaTheme="majorEastAsia" w:hAnsiTheme="majorHAnsi" w:cstheme="majorBidi"/>
          <w:b/>
          <w:bCs/>
          <w:lang w:val="en-US" w:eastAsia="en-US"/>
        </w:rPr>
        <w:t>Sviluppare</w:t>
      </w:r>
      <w:proofErr w:type="spellEnd"/>
      <w:r w:rsidRPr="001C18D1">
        <w:rPr>
          <w:rFonts w:asciiTheme="majorHAnsi" w:eastAsiaTheme="majorEastAsia" w:hAnsiTheme="majorHAnsi" w:cstheme="majorBidi"/>
          <w:b/>
          <w:bCs/>
          <w:lang w:val="en-US" w:eastAsia="en-US"/>
        </w:rPr>
        <w:t> </w:t>
      </w:r>
      <w:proofErr w:type="spellStart"/>
      <w:r w:rsidRPr="001C18D1">
        <w:rPr>
          <w:rFonts w:asciiTheme="majorHAnsi" w:eastAsiaTheme="majorEastAsia" w:hAnsiTheme="majorHAnsi" w:cstheme="majorBidi"/>
          <w:lang w:val="en-US" w:eastAsia="en-US"/>
        </w:rPr>
        <w:t>i</w:t>
      </w:r>
      <w:proofErr w:type="spellEnd"/>
      <w:r w:rsidRPr="001C18D1">
        <w:rPr>
          <w:rFonts w:asciiTheme="majorHAnsi" w:eastAsiaTheme="majorEastAsia" w:hAnsiTheme="majorHAnsi" w:cstheme="majorBidi"/>
          <w:lang w:val="en-US" w:eastAsia="en-US"/>
        </w:rPr>
        <w:t xml:space="preserve"> </w:t>
      </w:r>
      <w:proofErr w:type="spellStart"/>
      <w:r w:rsidRPr="001C18D1">
        <w:rPr>
          <w:rFonts w:asciiTheme="majorHAnsi" w:eastAsiaTheme="majorEastAsia" w:hAnsiTheme="majorHAnsi" w:cstheme="majorBidi"/>
          <w:lang w:val="en-US" w:eastAsia="en-US"/>
        </w:rPr>
        <w:t>rapporti</w:t>
      </w:r>
      <w:proofErr w:type="spellEnd"/>
      <w:r w:rsidRPr="001C18D1">
        <w:rPr>
          <w:rFonts w:asciiTheme="majorHAnsi" w:eastAsiaTheme="majorEastAsia" w:hAnsiTheme="majorHAnsi" w:cstheme="majorBidi"/>
          <w:lang w:val="en-US" w:eastAsia="en-US"/>
        </w:rPr>
        <w:t xml:space="preserve"> di </w:t>
      </w:r>
      <w:proofErr w:type="spellStart"/>
      <w:r w:rsidRPr="001C18D1">
        <w:rPr>
          <w:rFonts w:asciiTheme="majorHAnsi" w:eastAsiaTheme="majorEastAsia" w:hAnsiTheme="majorHAnsi" w:cstheme="majorBidi"/>
          <w:lang w:val="en-US" w:eastAsia="en-US"/>
        </w:rPr>
        <w:t>solidarietà</w:t>
      </w:r>
      <w:proofErr w:type="spellEnd"/>
      <w:r w:rsidRPr="001C18D1">
        <w:rPr>
          <w:rFonts w:asciiTheme="majorHAnsi" w:eastAsiaTheme="majorEastAsia" w:hAnsiTheme="majorHAnsi" w:cstheme="majorBidi"/>
          <w:lang w:val="en-US" w:eastAsia="en-US"/>
        </w:rPr>
        <w:t xml:space="preserve"> e </w:t>
      </w:r>
      <w:proofErr w:type="spellStart"/>
      <w:r w:rsidRPr="001C18D1">
        <w:rPr>
          <w:rFonts w:asciiTheme="majorHAnsi" w:eastAsiaTheme="majorEastAsia" w:hAnsiTheme="majorHAnsi" w:cstheme="majorBidi"/>
          <w:lang w:val="en-US" w:eastAsia="en-US"/>
        </w:rPr>
        <w:t>scambio</w:t>
      </w:r>
      <w:proofErr w:type="spellEnd"/>
      <w:r w:rsidRPr="001C18D1">
        <w:rPr>
          <w:rFonts w:asciiTheme="majorHAnsi" w:eastAsiaTheme="majorEastAsia" w:hAnsiTheme="majorHAnsi" w:cstheme="majorBidi"/>
          <w:lang w:val="en-US" w:eastAsia="en-US"/>
        </w:rPr>
        <w:t xml:space="preserve"> con le </w:t>
      </w:r>
      <w:proofErr w:type="spellStart"/>
      <w:r w:rsidRPr="001C18D1">
        <w:rPr>
          <w:rFonts w:asciiTheme="majorHAnsi" w:eastAsiaTheme="majorEastAsia" w:hAnsiTheme="majorHAnsi" w:cstheme="majorBidi"/>
          <w:lang w:val="en-US" w:eastAsia="en-US"/>
        </w:rPr>
        <w:t>generazioni</w:t>
      </w:r>
      <w:proofErr w:type="spellEnd"/>
      <w:r w:rsidRPr="001C18D1">
        <w:rPr>
          <w:rFonts w:asciiTheme="majorHAnsi" w:eastAsiaTheme="majorEastAsia" w:hAnsiTheme="majorHAnsi" w:cstheme="majorBidi"/>
          <w:lang w:val="en-US" w:eastAsia="en-US"/>
        </w:rPr>
        <w:t xml:space="preserve"> </w:t>
      </w:r>
      <w:proofErr w:type="spellStart"/>
      <w:r w:rsidRPr="001C18D1">
        <w:rPr>
          <w:rFonts w:asciiTheme="majorHAnsi" w:eastAsiaTheme="majorEastAsia" w:hAnsiTheme="majorHAnsi" w:cstheme="majorBidi"/>
          <w:lang w:val="en-US" w:eastAsia="en-US"/>
        </w:rPr>
        <w:t>più</w:t>
      </w:r>
      <w:proofErr w:type="spellEnd"/>
      <w:r w:rsidRPr="001C18D1">
        <w:rPr>
          <w:rFonts w:asciiTheme="majorHAnsi" w:eastAsiaTheme="majorEastAsia" w:hAnsiTheme="majorHAnsi" w:cstheme="majorBidi"/>
          <w:lang w:val="en-US" w:eastAsia="en-US"/>
        </w:rPr>
        <w:t xml:space="preserve"> </w:t>
      </w:r>
      <w:proofErr w:type="spellStart"/>
      <w:r w:rsidRPr="001C18D1">
        <w:rPr>
          <w:rFonts w:asciiTheme="majorHAnsi" w:eastAsiaTheme="majorEastAsia" w:hAnsiTheme="majorHAnsi" w:cstheme="majorBidi"/>
          <w:lang w:val="en-US" w:eastAsia="en-US"/>
        </w:rPr>
        <w:t>giovani</w:t>
      </w:r>
      <w:proofErr w:type="spellEnd"/>
      <w:r w:rsidRPr="001C18D1">
        <w:rPr>
          <w:rFonts w:asciiTheme="majorHAnsi" w:eastAsiaTheme="majorEastAsia" w:hAnsiTheme="majorHAnsi" w:cstheme="majorBidi"/>
          <w:lang w:val="en-US" w:eastAsia="en-US"/>
        </w:rPr>
        <w:t>.</w:t>
      </w:r>
    </w:p>
    <w:p w14:paraId="7D0ACE1A" w14:textId="77777777" w:rsidR="00AD3EB2" w:rsidRPr="007B473C" w:rsidRDefault="00000000" w:rsidP="007B473C">
      <w:pPr>
        <w:jc w:val="center"/>
        <w:rPr>
          <w:rFonts w:asciiTheme="majorHAnsi" w:eastAsiaTheme="majorEastAsia" w:hAnsiTheme="majorHAnsi" w:cstheme="majorBidi"/>
          <w:b/>
          <w:bCs/>
          <w:sz w:val="28"/>
          <w:szCs w:val="28"/>
        </w:rPr>
      </w:pPr>
      <w:proofErr w:type="spellStart"/>
      <w:r w:rsidRPr="007B473C">
        <w:rPr>
          <w:rFonts w:asciiTheme="majorHAnsi" w:eastAsiaTheme="majorEastAsia" w:hAnsiTheme="majorHAnsi" w:cstheme="majorBidi"/>
          <w:b/>
          <w:bCs/>
          <w:sz w:val="28"/>
          <w:szCs w:val="28"/>
        </w:rPr>
        <w:t>Obiettivi</w:t>
      </w:r>
      <w:proofErr w:type="spellEnd"/>
      <w:r w:rsidRPr="007B473C">
        <w:rPr>
          <w:rFonts w:asciiTheme="majorHAnsi" w:eastAsiaTheme="majorEastAsia" w:hAnsiTheme="majorHAnsi" w:cstheme="majorBidi"/>
          <w:b/>
          <w:bCs/>
          <w:sz w:val="28"/>
          <w:szCs w:val="28"/>
        </w:rPr>
        <w:t xml:space="preserve"> Generali</w:t>
      </w:r>
    </w:p>
    <w:p w14:paraId="2291C52A" w14:textId="77777777" w:rsidR="00AD3EB2" w:rsidRPr="007B473C" w:rsidRDefault="00000000" w:rsidP="00250081">
      <w:pPr>
        <w:spacing w:after="0"/>
        <w:rPr>
          <w:rFonts w:asciiTheme="majorHAnsi" w:eastAsiaTheme="majorEastAsia" w:hAnsiTheme="majorHAnsi" w:cstheme="majorBidi"/>
          <w:sz w:val="24"/>
          <w:szCs w:val="24"/>
        </w:rPr>
      </w:pPr>
      <w:r w:rsidRPr="007B473C">
        <w:rPr>
          <w:sz w:val="24"/>
          <w:szCs w:val="24"/>
        </w:rPr>
        <w:t xml:space="preserve">• </w:t>
      </w:r>
      <w:proofErr w:type="spellStart"/>
      <w:r w:rsidRPr="007B473C">
        <w:rPr>
          <w:rFonts w:asciiTheme="majorHAnsi" w:eastAsiaTheme="majorEastAsia" w:hAnsiTheme="majorHAnsi" w:cstheme="majorBidi"/>
          <w:sz w:val="24"/>
          <w:szCs w:val="24"/>
        </w:rPr>
        <w:t>Contrasto</w:t>
      </w:r>
      <w:proofErr w:type="spellEnd"/>
      <w:r w:rsidRPr="007B473C">
        <w:rPr>
          <w:rFonts w:asciiTheme="majorHAnsi" w:eastAsiaTheme="majorEastAsia" w:hAnsiTheme="majorHAnsi" w:cstheme="majorBidi"/>
          <w:sz w:val="24"/>
          <w:szCs w:val="24"/>
        </w:rPr>
        <w:t xml:space="preserve"> </w:t>
      </w:r>
      <w:proofErr w:type="spellStart"/>
      <w:r w:rsidRPr="007B473C">
        <w:rPr>
          <w:rFonts w:asciiTheme="majorHAnsi" w:eastAsiaTheme="majorEastAsia" w:hAnsiTheme="majorHAnsi" w:cstheme="majorBidi"/>
          <w:sz w:val="24"/>
          <w:szCs w:val="24"/>
        </w:rPr>
        <w:t>alla</w:t>
      </w:r>
      <w:proofErr w:type="spellEnd"/>
      <w:r w:rsidRPr="007B473C">
        <w:rPr>
          <w:rFonts w:asciiTheme="majorHAnsi" w:eastAsiaTheme="majorEastAsia" w:hAnsiTheme="majorHAnsi" w:cstheme="majorBidi"/>
          <w:sz w:val="24"/>
          <w:szCs w:val="24"/>
        </w:rPr>
        <w:t xml:space="preserve"> </w:t>
      </w:r>
      <w:proofErr w:type="spellStart"/>
      <w:r w:rsidRPr="007B473C">
        <w:rPr>
          <w:rFonts w:asciiTheme="majorHAnsi" w:eastAsiaTheme="majorEastAsia" w:hAnsiTheme="majorHAnsi" w:cstheme="majorBidi"/>
          <w:sz w:val="24"/>
          <w:szCs w:val="24"/>
        </w:rPr>
        <w:t>solitudine</w:t>
      </w:r>
      <w:proofErr w:type="spellEnd"/>
      <w:r w:rsidRPr="007B473C">
        <w:rPr>
          <w:rFonts w:asciiTheme="majorHAnsi" w:eastAsiaTheme="majorEastAsia" w:hAnsiTheme="majorHAnsi" w:cstheme="majorBidi"/>
          <w:sz w:val="24"/>
          <w:szCs w:val="24"/>
        </w:rPr>
        <w:t xml:space="preserve"> e </w:t>
      </w:r>
      <w:proofErr w:type="spellStart"/>
      <w:r w:rsidRPr="007B473C">
        <w:rPr>
          <w:rFonts w:asciiTheme="majorHAnsi" w:eastAsiaTheme="majorEastAsia" w:hAnsiTheme="majorHAnsi" w:cstheme="majorBidi"/>
          <w:sz w:val="24"/>
          <w:szCs w:val="24"/>
        </w:rPr>
        <w:t>all'isolamento</w:t>
      </w:r>
      <w:proofErr w:type="spellEnd"/>
      <w:r w:rsidRPr="007B473C">
        <w:rPr>
          <w:rFonts w:asciiTheme="majorHAnsi" w:eastAsiaTheme="majorEastAsia" w:hAnsiTheme="majorHAnsi" w:cstheme="majorBidi"/>
          <w:sz w:val="24"/>
          <w:szCs w:val="24"/>
        </w:rPr>
        <w:t xml:space="preserve"> </w:t>
      </w:r>
      <w:proofErr w:type="spellStart"/>
      <w:r w:rsidRPr="007B473C">
        <w:rPr>
          <w:rFonts w:asciiTheme="majorHAnsi" w:eastAsiaTheme="majorEastAsia" w:hAnsiTheme="majorHAnsi" w:cstheme="majorBidi"/>
          <w:sz w:val="24"/>
          <w:szCs w:val="24"/>
        </w:rPr>
        <w:t>sociale</w:t>
      </w:r>
      <w:proofErr w:type="spellEnd"/>
      <w:r w:rsidRPr="007B473C">
        <w:rPr>
          <w:rFonts w:asciiTheme="majorHAnsi" w:eastAsiaTheme="majorEastAsia" w:hAnsiTheme="majorHAnsi" w:cstheme="majorBidi"/>
          <w:sz w:val="24"/>
          <w:szCs w:val="24"/>
        </w:rPr>
        <w:t xml:space="preserve">, </w:t>
      </w:r>
      <w:proofErr w:type="spellStart"/>
      <w:r w:rsidRPr="007B473C">
        <w:rPr>
          <w:rFonts w:asciiTheme="majorHAnsi" w:eastAsiaTheme="majorEastAsia" w:hAnsiTheme="majorHAnsi" w:cstheme="majorBidi"/>
          <w:sz w:val="24"/>
          <w:szCs w:val="24"/>
        </w:rPr>
        <w:t>soprattutto</w:t>
      </w:r>
      <w:proofErr w:type="spellEnd"/>
      <w:r w:rsidRPr="007B473C">
        <w:rPr>
          <w:rFonts w:asciiTheme="majorHAnsi" w:eastAsiaTheme="majorEastAsia" w:hAnsiTheme="majorHAnsi" w:cstheme="majorBidi"/>
          <w:sz w:val="24"/>
          <w:szCs w:val="24"/>
        </w:rPr>
        <w:t xml:space="preserve"> </w:t>
      </w:r>
      <w:proofErr w:type="spellStart"/>
      <w:r w:rsidRPr="007B473C">
        <w:rPr>
          <w:rFonts w:asciiTheme="majorHAnsi" w:eastAsiaTheme="majorEastAsia" w:hAnsiTheme="majorHAnsi" w:cstheme="majorBidi"/>
          <w:sz w:val="24"/>
          <w:szCs w:val="24"/>
        </w:rPr>
        <w:t>tra</w:t>
      </w:r>
      <w:proofErr w:type="spellEnd"/>
      <w:r w:rsidRPr="007B473C">
        <w:rPr>
          <w:rFonts w:asciiTheme="majorHAnsi" w:eastAsiaTheme="majorEastAsia" w:hAnsiTheme="majorHAnsi" w:cstheme="majorBidi"/>
          <w:sz w:val="24"/>
          <w:szCs w:val="24"/>
        </w:rPr>
        <w:t xml:space="preserve"> </w:t>
      </w:r>
      <w:proofErr w:type="spellStart"/>
      <w:r w:rsidRPr="007B473C">
        <w:rPr>
          <w:rFonts w:asciiTheme="majorHAnsi" w:eastAsiaTheme="majorEastAsia" w:hAnsiTheme="majorHAnsi" w:cstheme="majorBidi"/>
          <w:sz w:val="24"/>
          <w:szCs w:val="24"/>
        </w:rPr>
        <w:t>gli</w:t>
      </w:r>
      <w:proofErr w:type="spellEnd"/>
      <w:r w:rsidRPr="007B473C">
        <w:rPr>
          <w:rFonts w:asciiTheme="majorHAnsi" w:eastAsiaTheme="majorEastAsia" w:hAnsiTheme="majorHAnsi" w:cstheme="majorBidi"/>
          <w:sz w:val="24"/>
          <w:szCs w:val="24"/>
        </w:rPr>
        <w:t xml:space="preserve"> anziani</w:t>
      </w:r>
    </w:p>
    <w:p w14:paraId="4D45B0B4" w14:textId="77777777" w:rsidR="00AD3EB2" w:rsidRPr="007B473C" w:rsidRDefault="00000000" w:rsidP="00250081">
      <w:pPr>
        <w:spacing w:after="0"/>
        <w:rPr>
          <w:rFonts w:asciiTheme="majorHAnsi" w:eastAsiaTheme="majorEastAsia" w:hAnsiTheme="majorHAnsi" w:cstheme="majorBidi"/>
          <w:sz w:val="24"/>
          <w:szCs w:val="24"/>
        </w:rPr>
      </w:pPr>
      <w:r w:rsidRPr="007B473C">
        <w:rPr>
          <w:rFonts w:asciiTheme="majorHAnsi" w:eastAsiaTheme="majorEastAsia" w:hAnsiTheme="majorHAnsi" w:cstheme="majorBidi"/>
          <w:sz w:val="24"/>
          <w:szCs w:val="24"/>
        </w:rPr>
        <w:t xml:space="preserve">• </w:t>
      </w:r>
      <w:proofErr w:type="spellStart"/>
      <w:r w:rsidRPr="007B473C">
        <w:rPr>
          <w:rFonts w:asciiTheme="majorHAnsi" w:eastAsiaTheme="majorEastAsia" w:hAnsiTheme="majorHAnsi" w:cstheme="majorBidi"/>
          <w:sz w:val="24"/>
          <w:szCs w:val="24"/>
        </w:rPr>
        <w:t>Inclusione</w:t>
      </w:r>
      <w:proofErr w:type="spellEnd"/>
      <w:r w:rsidRPr="007B473C">
        <w:rPr>
          <w:rFonts w:asciiTheme="majorHAnsi" w:eastAsiaTheme="majorEastAsia" w:hAnsiTheme="majorHAnsi" w:cstheme="majorBidi"/>
          <w:sz w:val="24"/>
          <w:szCs w:val="24"/>
        </w:rPr>
        <w:t xml:space="preserve"> </w:t>
      </w:r>
      <w:proofErr w:type="spellStart"/>
      <w:r w:rsidRPr="007B473C">
        <w:rPr>
          <w:rFonts w:asciiTheme="majorHAnsi" w:eastAsiaTheme="majorEastAsia" w:hAnsiTheme="majorHAnsi" w:cstheme="majorBidi"/>
          <w:sz w:val="24"/>
          <w:szCs w:val="24"/>
        </w:rPr>
        <w:t>attiva</w:t>
      </w:r>
      <w:proofErr w:type="spellEnd"/>
      <w:r w:rsidRPr="007B473C">
        <w:rPr>
          <w:rFonts w:asciiTheme="majorHAnsi" w:eastAsiaTheme="majorEastAsia" w:hAnsiTheme="majorHAnsi" w:cstheme="majorBidi"/>
          <w:sz w:val="24"/>
          <w:szCs w:val="24"/>
        </w:rPr>
        <w:t xml:space="preserve"> </w:t>
      </w:r>
      <w:proofErr w:type="spellStart"/>
      <w:r w:rsidRPr="007B473C">
        <w:rPr>
          <w:rFonts w:asciiTheme="majorHAnsi" w:eastAsiaTheme="majorEastAsia" w:hAnsiTheme="majorHAnsi" w:cstheme="majorBidi"/>
          <w:sz w:val="24"/>
          <w:szCs w:val="24"/>
        </w:rPr>
        <w:t>delle</w:t>
      </w:r>
      <w:proofErr w:type="spellEnd"/>
      <w:r w:rsidRPr="007B473C">
        <w:rPr>
          <w:rFonts w:asciiTheme="majorHAnsi" w:eastAsiaTheme="majorEastAsia" w:hAnsiTheme="majorHAnsi" w:cstheme="majorBidi"/>
          <w:sz w:val="24"/>
          <w:szCs w:val="24"/>
        </w:rPr>
        <w:t xml:space="preserve"> </w:t>
      </w:r>
      <w:proofErr w:type="spellStart"/>
      <w:r w:rsidRPr="007B473C">
        <w:rPr>
          <w:rFonts w:asciiTheme="majorHAnsi" w:eastAsiaTheme="majorEastAsia" w:hAnsiTheme="majorHAnsi" w:cstheme="majorBidi"/>
          <w:sz w:val="24"/>
          <w:szCs w:val="24"/>
        </w:rPr>
        <w:t>persone</w:t>
      </w:r>
      <w:proofErr w:type="spellEnd"/>
      <w:r w:rsidRPr="007B473C">
        <w:rPr>
          <w:rFonts w:asciiTheme="majorHAnsi" w:eastAsiaTheme="majorEastAsia" w:hAnsiTheme="majorHAnsi" w:cstheme="majorBidi"/>
          <w:sz w:val="24"/>
          <w:szCs w:val="24"/>
        </w:rPr>
        <w:t xml:space="preserve"> con </w:t>
      </w:r>
      <w:proofErr w:type="spellStart"/>
      <w:r w:rsidRPr="007B473C">
        <w:rPr>
          <w:rFonts w:asciiTheme="majorHAnsi" w:eastAsiaTheme="majorEastAsia" w:hAnsiTheme="majorHAnsi" w:cstheme="majorBidi"/>
          <w:sz w:val="24"/>
          <w:szCs w:val="24"/>
        </w:rPr>
        <w:t>disabilità</w:t>
      </w:r>
      <w:proofErr w:type="spellEnd"/>
      <w:r w:rsidRPr="007B473C">
        <w:rPr>
          <w:rFonts w:asciiTheme="majorHAnsi" w:eastAsiaTheme="majorEastAsia" w:hAnsiTheme="majorHAnsi" w:cstheme="majorBidi"/>
          <w:sz w:val="24"/>
          <w:szCs w:val="24"/>
        </w:rPr>
        <w:t xml:space="preserve"> e in </w:t>
      </w:r>
      <w:proofErr w:type="spellStart"/>
      <w:r w:rsidRPr="007B473C">
        <w:rPr>
          <w:rFonts w:asciiTheme="majorHAnsi" w:eastAsiaTheme="majorEastAsia" w:hAnsiTheme="majorHAnsi" w:cstheme="majorBidi"/>
          <w:sz w:val="24"/>
          <w:szCs w:val="24"/>
        </w:rPr>
        <w:t>condizione</w:t>
      </w:r>
      <w:proofErr w:type="spellEnd"/>
      <w:r w:rsidRPr="007B473C">
        <w:rPr>
          <w:rFonts w:asciiTheme="majorHAnsi" w:eastAsiaTheme="majorEastAsia" w:hAnsiTheme="majorHAnsi" w:cstheme="majorBidi"/>
          <w:sz w:val="24"/>
          <w:szCs w:val="24"/>
        </w:rPr>
        <w:t xml:space="preserve"> di </w:t>
      </w:r>
      <w:proofErr w:type="spellStart"/>
      <w:r w:rsidRPr="007B473C">
        <w:rPr>
          <w:rFonts w:asciiTheme="majorHAnsi" w:eastAsiaTheme="majorEastAsia" w:hAnsiTheme="majorHAnsi" w:cstheme="majorBidi"/>
          <w:sz w:val="24"/>
          <w:szCs w:val="24"/>
        </w:rPr>
        <w:t>fragilità</w:t>
      </w:r>
      <w:proofErr w:type="spellEnd"/>
    </w:p>
    <w:p w14:paraId="0598B812" w14:textId="77777777" w:rsidR="00AD3EB2" w:rsidRPr="007B473C" w:rsidRDefault="00000000" w:rsidP="00250081">
      <w:pPr>
        <w:spacing w:after="0"/>
        <w:rPr>
          <w:rFonts w:asciiTheme="majorHAnsi" w:eastAsiaTheme="majorEastAsia" w:hAnsiTheme="majorHAnsi" w:cstheme="majorBidi"/>
          <w:sz w:val="24"/>
          <w:szCs w:val="24"/>
        </w:rPr>
      </w:pPr>
      <w:r w:rsidRPr="007B473C">
        <w:rPr>
          <w:rFonts w:asciiTheme="majorHAnsi" w:eastAsiaTheme="majorEastAsia" w:hAnsiTheme="majorHAnsi" w:cstheme="majorBidi"/>
          <w:sz w:val="24"/>
          <w:szCs w:val="24"/>
        </w:rPr>
        <w:t xml:space="preserve">• </w:t>
      </w:r>
      <w:proofErr w:type="spellStart"/>
      <w:r w:rsidRPr="007B473C">
        <w:rPr>
          <w:rFonts w:asciiTheme="majorHAnsi" w:eastAsiaTheme="majorEastAsia" w:hAnsiTheme="majorHAnsi" w:cstheme="majorBidi"/>
          <w:sz w:val="24"/>
          <w:szCs w:val="24"/>
        </w:rPr>
        <w:t>Valorizzazione</w:t>
      </w:r>
      <w:proofErr w:type="spellEnd"/>
      <w:r w:rsidRPr="007B473C">
        <w:rPr>
          <w:rFonts w:asciiTheme="majorHAnsi" w:eastAsiaTheme="majorEastAsia" w:hAnsiTheme="majorHAnsi" w:cstheme="majorBidi"/>
          <w:sz w:val="24"/>
          <w:szCs w:val="24"/>
        </w:rPr>
        <w:t xml:space="preserve"> del </w:t>
      </w:r>
      <w:proofErr w:type="spellStart"/>
      <w:r w:rsidRPr="007B473C">
        <w:rPr>
          <w:rFonts w:asciiTheme="majorHAnsi" w:eastAsiaTheme="majorEastAsia" w:hAnsiTheme="majorHAnsi" w:cstheme="majorBidi"/>
          <w:sz w:val="24"/>
          <w:szCs w:val="24"/>
        </w:rPr>
        <w:t>ruolo</w:t>
      </w:r>
      <w:proofErr w:type="spellEnd"/>
      <w:r w:rsidRPr="007B473C">
        <w:rPr>
          <w:rFonts w:asciiTheme="majorHAnsi" w:eastAsiaTheme="majorEastAsia" w:hAnsiTheme="majorHAnsi" w:cstheme="majorBidi"/>
          <w:sz w:val="24"/>
          <w:szCs w:val="24"/>
        </w:rPr>
        <w:t xml:space="preserve"> </w:t>
      </w:r>
      <w:proofErr w:type="spellStart"/>
      <w:r w:rsidRPr="007B473C">
        <w:rPr>
          <w:rFonts w:asciiTheme="majorHAnsi" w:eastAsiaTheme="majorEastAsia" w:hAnsiTheme="majorHAnsi" w:cstheme="majorBidi"/>
          <w:sz w:val="24"/>
          <w:szCs w:val="24"/>
        </w:rPr>
        <w:t>dei</w:t>
      </w:r>
      <w:proofErr w:type="spellEnd"/>
      <w:r w:rsidRPr="007B473C">
        <w:rPr>
          <w:rFonts w:asciiTheme="majorHAnsi" w:eastAsiaTheme="majorEastAsia" w:hAnsiTheme="majorHAnsi" w:cstheme="majorBidi"/>
          <w:sz w:val="24"/>
          <w:szCs w:val="24"/>
        </w:rPr>
        <w:t xml:space="preserve"> </w:t>
      </w:r>
      <w:proofErr w:type="spellStart"/>
      <w:r w:rsidRPr="007B473C">
        <w:rPr>
          <w:rFonts w:asciiTheme="majorHAnsi" w:eastAsiaTheme="majorEastAsia" w:hAnsiTheme="majorHAnsi" w:cstheme="majorBidi"/>
          <w:sz w:val="24"/>
          <w:szCs w:val="24"/>
        </w:rPr>
        <w:t>giovani</w:t>
      </w:r>
      <w:proofErr w:type="spellEnd"/>
      <w:r w:rsidRPr="007B473C">
        <w:rPr>
          <w:rFonts w:asciiTheme="majorHAnsi" w:eastAsiaTheme="majorEastAsia" w:hAnsiTheme="majorHAnsi" w:cstheme="majorBidi"/>
          <w:sz w:val="24"/>
          <w:szCs w:val="24"/>
        </w:rPr>
        <w:t xml:space="preserve"> </w:t>
      </w:r>
      <w:proofErr w:type="spellStart"/>
      <w:r w:rsidRPr="007B473C">
        <w:rPr>
          <w:rFonts w:asciiTheme="majorHAnsi" w:eastAsiaTheme="majorEastAsia" w:hAnsiTheme="majorHAnsi" w:cstheme="majorBidi"/>
          <w:sz w:val="24"/>
          <w:szCs w:val="24"/>
        </w:rPr>
        <w:t>attraverso</w:t>
      </w:r>
      <w:proofErr w:type="spellEnd"/>
      <w:r w:rsidRPr="007B473C">
        <w:rPr>
          <w:rFonts w:asciiTheme="majorHAnsi" w:eastAsiaTheme="majorEastAsia" w:hAnsiTheme="majorHAnsi" w:cstheme="majorBidi"/>
          <w:sz w:val="24"/>
          <w:szCs w:val="24"/>
        </w:rPr>
        <w:t xml:space="preserve"> lo </w:t>
      </w:r>
      <w:proofErr w:type="spellStart"/>
      <w:r w:rsidRPr="007B473C">
        <w:rPr>
          <w:rFonts w:asciiTheme="majorHAnsi" w:eastAsiaTheme="majorEastAsia" w:hAnsiTheme="majorHAnsi" w:cstheme="majorBidi"/>
          <w:sz w:val="24"/>
          <w:szCs w:val="24"/>
        </w:rPr>
        <w:t>scambio</w:t>
      </w:r>
      <w:proofErr w:type="spellEnd"/>
      <w:r w:rsidRPr="007B473C">
        <w:rPr>
          <w:rFonts w:asciiTheme="majorHAnsi" w:eastAsiaTheme="majorEastAsia" w:hAnsiTheme="majorHAnsi" w:cstheme="majorBidi"/>
          <w:sz w:val="24"/>
          <w:szCs w:val="24"/>
        </w:rPr>
        <w:t xml:space="preserve"> </w:t>
      </w:r>
      <w:proofErr w:type="spellStart"/>
      <w:r w:rsidRPr="007B473C">
        <w:rPr>
          <w:rFonts w:asciiTheme="majorHAnsi" w:eastAsiaTheme="majorEastAsia" w:hAnsiTheme="majorHAnsi" w:cstheme="majorBidi"/>
          <w:sz w:val="24"/>
          <w:szCs w:val="24"/>
        </w:rPr>
        <w:t>intergenerazionale</w:t>
      </w:r>
      <w:proofErr w:type="spellEnd"/>
    </w:p>
    <w:p w14:paraId="4EDA3360" w14:textId="77777777" w:rsidR="00AD3EB2" w:rsidRPr="007B473C" w:rsidRDefault="00000000" w:rsidP="00250081">
      <w:pPr>
        <w:spacing w:after="0"/>
        <w:rPr>
          <w:rFonts w:asciiTheme="majorHAnsi" w:eastAsiaTheme="majorEastAsia" w:hAnsiTheme="majorHAnsi" w:cstheme="majorBidi"/>
          <w:sz w:val="24"/>
          <w:szCs w:val="24"/>
        </w:rPr>
      </w:pPr>
      <w:r w:rsidRPr="007B473C">
        <w:rPr>
          <w:rFonts w:asciiTheme="majorHAnsi" w:eastAsiaTheme="majorEastAsia" w:hAnsiTheme="majorHAnsi" w:cstheme="majorBidi"/>
          <w:sz w:val="24"/>
          <w:szCs w:val="24"/>
        </w:rPr>
        <w:t xml:space="preserve">• </w:t>
      </w:r>
      <w:proofErr w:type="spellStart"/>
      <w:r w:rsidRPr="007B473C">
        <w:rPr>
          <w:rFonts w:asciiTheme="majorHAnsi" w:eastAsiaTheme="majorEastAsia" w:hAnsiTheme="majorHAnsi" w:cstheme="majorBidi"/>
          <w:sz w:val="24"/>
          <w:szCs w:val="24"/>
        </w:rPr>
        <w:t>Promozione</w:t>
      </w:r>
      <w:proofErr w:type="spellEnd"/>
      <w:r w:rsidRPr="007B473C">
        <w:rPr>
          <w:rFonts w:asciiTheme="majorHAnsi" w:eastAsiaTheme="majorEastAsia" w:hAnsiTheme="majorHAnsi" w:cstheme="majorBidi"/>
          <w:sz w:val="24"/>
          <w:szCs w:val="24"/>
        </w:rPr>
        <w:t xml:space="preserve"> </w:t>
      </w:r>
      <w:proofErr w:type="spellStart"/>
      <w:r w:rsidRPr="007B473C">
        <w:rPr>
          <w:rFonts w:asciiTheme="majorHAnsi" w:eastAsiaTheme="majorEastAsia" w:hAnsiTheme="majorHAnsi" w:cstheme="majorBidi"/>
          <w:sz w:val="24"/>
          <w:szCs w:val="24"/>
        </w:rPr>
        <w:t>della</w:t>
      </w:r>
      <w:proofErr w:type="spellEnd"/>
      <w:r w:rsidRPr="007B473C">
        <w:rPr>
          <w:rFonts w:asciiTheme="majorHAnsi" w:eastAsiaTheme="majorEastAsia" w:hAnsiTheme="majorHAnsi" w:cstheme="majorBidi"/>
          <w:sz w:val="24"/>
          <w:szCs w:val="24"/>
        </w:rPr>
        <w:t xml:space="preserve"> salute </w:t>
      </w:r>
      <w:proofErr w:type="spellStart"/>
      <w:r w:rsidRPr="007B473C">
        <w:rPr>
          <w:rFonts w:asciiTheme="majorHAnsi" w:eastAsiaTheme="majorEastAsia" w:hAnsiTheme="majorHAnsi" w:cstheme="majorBidi"/>
          <w:sz w:val="24"/>
          <w:szCs w:val="24"/>
        </w:rPr>
        <w:t>fisica</w:t>
      </w:r>
      <w:proofErr w:type="spellEnd"/>
      <w:r w:rsidRPr="007B473C">
        <w:rPr>
          <w:rFonts w:asciiTheme="majorHAnsi" w:eastAsiaTheme="majorEastAsia" w:hAnsiTheme="majorHAnsi" w:cstheme="majorBidi"/>
          <w:sz w:val="24"/>
          <w:szCs w:val="24"/>
        </w:rPr>
        <w:t xml:space="preserve"> e </w:t>
      </w:r>
      <w:proofErr w:type="spellStart"/>
      <w:r w:rsidRPr="007B473C">
        <w:rPr>
          <w:rFonts w:asciiTheme="majorHAnsi" w:eastAsiaTheme="majorEastAsia" w:hAnsiTheme="majorHAnsi" w:cstheme="majorBidi"/>
          <w:sz w:val="24"/>
          <w:szCs w:val="24"/>
        </w:rPr>
        <w:t>mentale</w:t>
      </w:r>
      <w:proofErr w:type="spellEnd"/>
    </w:p>
    <w:p w14:paraId="23F1C37E" w14:textId="77777777" w:rsidR="00925753" w:rsidRDefault="00000000" w:rsidP="00925753">
      <w:pPr>
        <w:spacing w:after="240"/>
        <w:rPr>
          <w:rFonts w:asciiTheme="majorHAnsi" w:eastAsiaTheme="majorEastAsia" w:hAnsiTheme="majorHAnsi" w:cstheme="majorBidi"/>
          <w:sz w:val="24"/>
          <w:szCs w:val="24"/>
        </w:rPr>
      </w:pPr>
      <w:r w:rsidRPr="007B473C">
        <w:rPr>
          <w:rFonts w:asciiTheme="majorHAnsi" w:eastAsiaTheme="majorEastAsia" w:hAnsiTheme="majorHAnsi" w:cstheme="majorBidi"/>
          <w:sz w:val="24"/>
          <w:szCs w:val="24"/>
        </w:rPr>
        <w:t xml:space="preserve">• </w:t>
      </w:r>
      <w:proofErr w:type="spellStart"/>
      <w:r w:rsidRPr="007B473C">
        <w:rPr>
          <w:rFonts w:asciiTheme="majorHAnsi" w:eastAsiaTheme="majorEastAsia" w:hAnsiTheme="majorHAnsi" w:cstheme="majorBidi"/>
          <w:sz w:val="24"/>
          <w:szCs w:val="24"/>
        </w:rPr>
        <w:t>Supporto</w:t>
      </w:r>
      <w:proofErr w:type="spellEnd"/>
      <w:r w:rsidRPr="007B473C">
        <w:rPr>
          <w:rFonts w:asciiTheme="majorHAnsi" w:eastAsiaTheme="majorEastAsia" w:hAnsiTheme="majorHAnsi" w:cstheme="majorBidi"/>
          <w:sz w:val="24"/>
          <w:szCs w:val="24"/>
        </w:rPr>
        <w:t xml:space="preserve"> </w:t>
      </w:r>
      <w:proofErr w:type="spellStart"/>
      <w:r w:rsidRPr="007B473C">
        <w:rPr>
          <w:rFonts w:asciiTheme="majorHAnsi" w:eastAsiaTheme="majorEastAsia" w:hAnsiTheme="majorHAnsi" w:cstheme="majorBidi"/>
          <w:sz w:val="24"/>
          <w:szCs w:val="24"/>
        </w:rPr>
        <w:t>nell'accesso</w:t>
      </w:r>
      <w:proofErr w:type="spellEnd"/>
      <w:r w:rsidRPr="007B473C">
        <w:rPr>
          <w:rFonts w:asciiTheme="majorHAnsi" w:eastAsiaTheme="majorEastAsia" w:hAnsiTheme="majorHAnsi" w:cstheme="majorBidi"/>
          <w:sz w:val="24"/>
          <w:szCs w:val="24"/>
        </w:rPr>
        <w:t xml:space="preserve"> ai </w:t>
      </w:r>
      <w:proofErr w:type="spellStart"/>
      <w:r w:rsidRPr="007B473C">
        <w:rPr>
          <w:rFonts w:asciiTheme="majorHAnsi" w:eastAsiaTheme="majorEastAsia" w:hAnsiTheme="majorHAnsi" w:cstheme="majorBidi"/>
          <w:sz w:val="24"/>
          <w:szCs w:val="24"/>
        </w:rPr>
        <w:t>servizi</w:t>
      </w:r>
      <w:proofErr w:type="spellEnd"/>
      <w:r w:rsidRPr="007B473C">
        <w:rPr>
          <w:rFonts w:asciiTheme="majorHAnsi" w:eastAsiaTheme="majorEastAsia" w:hAnsiTheme="majorHAnsi" w:cstheme="majorBidi"/>
          <w:sz w:val="24"/>
          <w:szCs w:val="24"/>
        </w:rPr>
        <w:t xml:space="preserve"> </w:t>
      </w:r>
      <w:proofErr w:type="spellStart"/>
      <w:r w:rsidRPr="007B473C">
        <w:rPr>
          <w:rFonts w:asciiTheme="majorHAnsi" w:eastAsiaTheme="majorEastAsia" w:hAnsiTheme="majorHAnsi" w:cstheme="majorBidi"/>
          <w:sz w:val="24"/>
          <w:szCs w:val="24"/>
        </w:rPr>
        <w:t>digitali</w:t>
      </w:r>
      <w:proofErr w:type="spellEnd"/>
      <w:r w:rsidRPr="007B473C">
        <w:rPr>
          <w:rFonts w:asciiTheme="majorHAnsi" w:eastAsiaTheme="majorEastAsia" w:hAnsiTheme="majorHAnsi" w:cstheme="majorBidi"/>
          <w:sz w:val="24"/>
          <w:szCs w:val="24"/>
        </w:rPr>
        <w:t xml:space="preserve"> e </w:t>
      </w:r>
      <w:proofErr w:type="spellStart"/>
      <w:r w:rsidRPr="007B473C">
        <w:rPr>
          <w:rFonts w:asciiTheme="majorHAnsi" w:eastAsiaTheme="majorEastAsia" w:hAnsiTheme="majorHAnsi" w:cstheme="majorBidi"/>
          <w:sz w:val="24"/>
          <w:szCs w:val="24"/>
        </w:rPr>
        <w:t>alla</w:t>
      </w:r>
      <w:proofErr w:type="spellEnd"/>
      <w:r w:rsidRPr="007B473C">
        <w:rPr>
          <w:rFonts w:asciiTheme="majorHAnsi" w:eastAsiaTheme="majorEastAsia" w:hAnsiTheme="majorHAnsi" w:cstheme="majorBidi"/>
          <w:sz w:val="24"/>
          <w:szCs w:val="24"/>
        </w:rPr>
        <w:t xml:space="preserve"> </w:t>
      </w:r>
      <w:proofErr w:type="spellStart"/>
      <w:r w:rsidRPr="007B473C">
        <w:rPr>
          <w:rFonts w:asciiTheme="majorHAnsi" w:eastAsiaTheme="majorEastAsia" w:hAnsiTheme="majorHAnsi" w:cstheme="majorBidi"/>
          <w:sz w:val="24"/>
          <w:szCs w:val="24"/>
        </w:rPr>
        <w:t>burocrazia</w:t>
      </w:r>
      <w:proofErr w:type="spellEnd"/>
    </w:p>
    <w:p w14:paraId="0CE5758B" w14:textId="77777777" w:rsidR="00586590" w:rsidRPr="00925753" w:rsidRDefault="00586590" w:rsidP="00E01F43">
      <w:pPr>
        <w:spacing w:after="0"/>
        <w:jc w:val="both"/>
        <w:rPr>
          <w:rFonts w:asciiTheme="majorHAnsi" w:eastAsiaTheme="majorEastAsia" w:hAnsiTheme="majorHAnsi" w:cstheme="majorBidi"/>
          <w:sz w:val="24"/>
          <w:szCs w:val="24"/>
        </w:rPr>
      </w:pPr>
      <w:r w:rsidRPr="002F1A57">
        <w:rPr>
          <w:rFonts w:asciiTheme="majorHAnsi" w:eastAsiaTheme="majorEastAsia" w:hAnsiTheme="majorHAnsi" w:cstheme="majorBidi"/>
          <w:sz w:val="24"/>
          <w:szCs w:val="24"/>
        </w:rPr>
        <w:t xml:space="preserve">Il </w:t>
      </w:r>
      <w:proofErr w:type="spellStart"/>
      <w:r w:rsidRPr="002F1A57">
        <w:rPr>
          <w:rFonts w:asciiTheme="majorHAnsi" w:eastAsiaTheme="majorEastAsia" w:hAnsiTheme="majorHAnsi" w:cstheme="majorBidi"/>
          <w:sz w:val="24"/>
          <w:szCs w:val="24"/>
        </w:rPr>
        <w:t>progetto</w:t>
      </w:r>
      <w:proofErr w:type="spellEnd"/>
      <w:r w:rsidRPr="002F1A57">
        <w:rPr>
          <w:rFonts w:asciiTheme="majorHAnsi" w:eastAsiaTheme="majorEastAsia" w:hAnsiTheme="majorHAnsi" w:cstheme="majorBidi"/>
          <w:sz w:val="24"/>
          <w:szCs w:val="24"/>
        </w:rPr>
        <w:t xml:space="preserve"> </w:t>
      </w:r>
      <w:proofErr w:type="spellStart"/>
      <w:r w:rsidRPr="002F1A57">
        <w:rPr>
          <w:rFonts w:asciiTheme="majorHAnsi" w:eastAsiaTheme="majorEastAsia" w:hAnsiTheme="majorHAnsi" w:cstheme="majorBidi"/>
          <w:sz w:val="24"/>
          <w:szCs w:val="24"/>
        </w:rPr>
        <w:t>mira</w:t>
      </w:r>
      <w:proofErr w:type="spellEnd"/>
      <w:r w:rsidRPr="002F1A57">
        <w:rPr>
          <w:rFonts w:asciiTheme="majorHAnsi" w:eastAsiaTheme="majorEastAsia" w:hAnsiTheme="majorHAnsi" w:cstheme="majorBidi"/>
          <w:sz w:val="24"/>
          <w:szCs w:val="24"/>
        </w:rPr>
        <w:t xml:space="preserve"> </w:t>
      </w:r>
      <w:proofErr w:type="spellStart"/>
      <w:r w:rsidRPr="002F1A57">
        <w:rPr>
          <w:rFonts w:asciiTheme="majorHAnsi" w:eastAsiaTheme="majorEastAsia" w:hAnsiTheme="majorHAnsi" w:cstheme="majorBidi"/>
          <w:sz w:val="24"/>
          <w:szCs w:val="24"/>
        </w:rPr>
        <w:t>anche</w:t>
      </w:r>
      <w:proofErr w:type="spellEnd"/>
      <w:r w:rsidRPr="002F1A57">
        <w:rPr>
          <w:rFonts w:asciiTheme="majorHAnsi" w:eastAsiaTheme="majorEastAsia" w:hAnsiTheme="majorHAnsi" w:cstheme="majorBidi"/>
          <w:sz w:val="24"/>
          <w:szCs w:val="24"/>
        </w:rPr>
        <w:t xml:space="preserve"> a </w:t>
      </w:r>
      <w:proofErr w:type="spellStart"/>
      <w:r w:rsidRPr="002F1A57">
        <w:rPr>
          <w:rFonts w:asciiTheme="majorHAnsi" w:eastAsiaTheme="majorEastAsia" w:hAnsiTheme="majorHAnsi" w:cstheme="majorBidi"/>
          <w:sz w:val="24"/>
          <w:szCs w:val="24"/>
        </w:rPr>
        <w:t>promuovere</w:t>
      </w:r>
      <w:proofErr w:type="spellEnd"/>
      <w:r w:rsidRPr="002F1A57">
        <w:rPr>
          <w:rFonts w:asciiTheme="majorHAnsi" w:eastAsiaTheme="majorEastAsia" w:hAnsiTheme="majorHAnsi" w:cstheme="majorBidi"/>
          <w:sz w:val="24"/>
          <w:szCs w:val="24"/>
        </w:rPr>
        <w:t xml:space="preserve"> </w:t>
      </w:r>
      <w:proofErr w:type="spellStart"/>
      <w:r w:rsidRPr="002F1A57">
        <w:rPr>
          <w:rFonts w:asciiTheme="majorHAnsi" w:eastAsiaTheme="majorEastAsia" w:hAnsiTheme="majorHAnsi" w:cstheme="majorBidi"/>
          <w:sz w:val="24"/>
          <w:szCs w:val="24"/>
        </w:rPr>
        <w:t>l’invecchiamento</w:t>
      </w:r>
      <w:proofErr w:type="spellEnd"/>
      <w:r w:rsidRPr="002F1A57">
        <w:rPr>
          <w:rFonts w:asciiTheme="majorHAnsi" w:eastAsiaTheme="majorEastAsia" w:hAnsiTheme="majorHAnsi" w:cstheme="majorBidi"/>
          <w:sz w:val="24"/>
          <w:szCs w:val="24"/>
        </w:rPr>
        <w:t xml:space="preserve"> </w:t>
      </w:r>
      <w:proofErr w:type="spellStart"/>
      <w:r w:rsidRPr="002F1A57">
        <w:rPr>
          <w:rFonts w:asciiTheme="majorHAnsi" w:eastAsiaTheme="majorEastAsia" w:hAnsiTheme="majorHAnsi" w:cstheme="majorBidi"/>
          <w:sz w:val="24"/>
          <w:szCs w:val="24"/>
        </w:rPr>
        <w:t>attivo</w:t>
      </w:r>
      <w:proofErr w:type="spellEnd"/>
      <w:r w:rsidRPr="002F1A57">
        <w:rPr>
          <w:rFonts w:asciiTheme="majorHAnsi" w:eastAsiaTheme="majorEastAsia" w:hAnsiTheme="majorHAnsi" w:cstheme="majorBidi"/>
          <w:sz w:val="24"/>
          <w:szCs w:val="24"/>
        </w:rPr>
        <w:t xml:space="preserve">, </w:t>
      </w:r>
      <w:proofErr w:type="spellStart"/>
      <w:r w:rsidRPr="002F1A57">
        <w:rPr>
          <w:rFonts w:asciiTheme="majorHAnsi" w:eastAsiaTheme="majorEastAsia" w:hAnsiTheme="majorHAnsi" w:cstheme="majorBidi"/>
          <w:sz w:val="24"/>
          <w:szCs w:val="24"/>
        </w:rPr>
        <w:t>coinvolgendo</w:t>
      </w:r>
      <w:proofErr w:type="spellEnd"/>
      <w:r w:rsidRPr="002F1A57">
        <w:rPr>
          <w:rFonts w:asciiTheme="majorHAnsi" w:eastAsiaTheme="majorEastAsia" w:hAnsiTheme="majorHAnsi" w:cstheme="majorBidi"/>
          <w:sz w:val="24"/>
          <w:szCs w:val="24"/>
        </w:rPr>
        <w:t xml:space="preserve"> </w:t>
      </w:r>
      <w:proofErr w:type="spellStart"/>
      <w:r w:rsidRPr="002F1A57">
        <w:rPr>
          <w:rFonts w:asciiTheme="majorHAnsi" w:eastAsiaTheme="majorEastAsia" w:hAnsiTheme="majorHAnsi" w:cstheme="majorBidi"/>
          <w:sz w:val="24"/>
          <w:szCs w:val="24"/>
        </w:rPr>
        <w:t>gli</w:t>
      </w:r>
      <w:proofErr w:type="spellEnd"/>
      <w:r w:rsidRPr="002F1A57">
        <w:rPr>
          <w:rFonts w:asciiTheme="majorHAnsi" w:eastAsiaTheme="majorEastAsia" w:hAnsiTheme="majorHAnsi" w:cstheme="majorBidi"/>
          <w:sz w:val="24"/>
          <w:szCs w:val="24"/>
        </w:rPr>
        <w:t xml:space="preserve"> anziani </w:t>
      </w:r>
      <w:proofErr w:type="spellStart"/>
      <w:r w:rsidRPr="002F1A57">
        <w:rPr>
          <w:rFonts w:asciiTheme="majorHAnsi" w:eastAsiaTheme="majorEastAsia" w:hAnsiTheme="majorHAnsi" w:cstheme="majorBidi"/>
          <w:sz w:val="24"/>
          <w:szCs w:val="24"/>
        </w:rPr>
        <w:t>nella</w:t>
      </w:r>
      <w:proofErr w:type="spellEnd"/>
      <w:r w:rsidRPr="002F1A57">
        <w:rPr>
          <w:rFonts w:asciiTheme="majorHAnsi" w:eastAsiaTheme="majorEastAsia" w:hAnsiTheme="majorHAnsi" w:cstheme="majorBidi"/>
          <w:sz w:val="24"/>
          <w:szCs w:val="24"/>
        </w:rPr>
        <w:t xml:space="preserve"> vita </w:t>
      </w:r>
      <w:proofErr w:type="spellStart"/>
      <w:r w:rsidRPr="002F1A57">
        <w:rPr>
          <w:rFonts w:asciiTheme="majorHAnsi" w:eastAsiaTheme="majorEastAsia" w:hAnsiTheme="majorHAnsi" w:cstheme="majorBidi"/>
          <w:sz w:val="24"/>
          <w:szCs w:val="24"/>
        </w:rPr>
        <w:t>sociale</w:t>
      </w:r>
      <w:proofErr w:type="spellEnd"/>
      <w:r w:rsidRPr="002F1A57">
        <w:rPr>
          <w:rFonts w:asciiTheme="majorHAnsi" w:eastAsiaTheme="majorEastAsia" w:hAnsiTheme="majorHAnsi" w:cstheme="majorBidi"/>
          <w:sz w:val="24"/>
          <w:szCs w:val="24"/>
        </w:rPr>
        <w:t xml:space="preserve"> </w:t>
      </w:r>
      <w:proofErr w:type="spellStart"/>
      <w:r w:rsidRPr="002F1A57">
        <w:rPr>
          <w:rFonts w:asciiTheme="majorHAnsi" w:eastAsiaTheme="majorEastAsia" w:hAnsiTheme="majorHAnsi" w:cstheme="majorBidi"/>
          <w:sz w:val="24"/>
          <w:szCs w:val="24"/>
        </w:rPr>
        <w:t>attraverso</w:t>
      </w:r>
      <w:proofErr w:type="spellEnd"/>
      <w:r w:rsidRPr="002F1A57">
        <w:rPr>
          <w:rFonts w:asciiTheme="majorHAnsi" w:eastAsiaTheme="majorEastAsia" w:hAnsiTheme="majorHAnsi" w:cstheme="majorBidi"/>
          <w:sz w:val="24"/>
          <w:szCs w:val="24"/>
        </w:rPr>
        <w:t xml:space="preserve"> </w:t>
      </w:r>
      <w:proofErr w:type="spellStart"/>
      <w:r w:rsidRPr="002F1A57">
        <w:rPr>
          <w:rFonts w:asciiTheme="majorHAnsi" w:eastAsiaTheme="majorEastAsia" w:hAnsiTheme="majorHAnsi" w:cstheme="majorBidi"/>
          <w:sz w:val="24"/>
          <w:szCs w:val="24"/>
        </w:rPr>
        <w:t>attività</w:t>
      </w:r>
      <w:proofErr w:type="spellEnd"/>
      <w:r w:rsidRPr="002F1A57">
        <w:rPr>
          <w:rFonts w:asciiTheme="majorHAnsi" w:eastAsiaTheme="majorEastAsia" w:hAnsiTheme="majorHAnsi" w:cstheme="majorBidi"/>
          <w:sz w:val="24"/>
          <w:szCs w:val="24"/>
        </w:rPr>
        <w:t xml:space="preserve"> </w:t>
      </w:r>
      <w:proofErr w:type="spellStart"/>
      <w:r w:rsidRPr="002F1A57">
        <w:rPr>
          <w:rFonts w:asciiTheme="majorHAnsi" w:eastAsiaTheme="majorEastAsia" w:hAnsiTheme="majorHAnsi" w:cstheme="majorBidi"/>
          <w:sz w:val="24"/>
          <w:szCs w:val="24"/>
        </w:rPr>
        <w:t>utili</w:t>
      </w:r>
      <w:proofErr w:type="spellEnd"/>
      <w:r w:rsidRPr="002F1A57">
        <w:rPr>
          <w:rFonts w:asciiTheme="majorHAnsi" w:eastAsiaTheme="majorEastAsia" w:hAnsiTheme="majorHAnsi" w:cstheme="majorBidi"/>
          <w:sz w:val="24"/>
          <w:szCs w:val="24"/>
        </w:rPr>
        <w:t xml:space="preserve"> e di </w:t>
      </w:r>
      <w:proofErr w:type="spellStart"/>
      <w:r w:rsidRPr="002F1A57">
        <w:rPr>
          <w:rFonts w:asciiTheme="majorHAnsi" w:eastAsiaTheme="majorEastAsia" w:hAnsiTheme="majorHAnsi" w:cstheme="majorBidi"/>
          <w:sz w:val="24"/>
          <w:szCs w:val="24"/>
        </w:rPr>
        <w:t>volontariato</w:t>
      </w:r>
      <w:proofErr w:type="spellEnd"/>
      <w:r w:rsidRPr="002F1A57">
        <w:rPr>
          <w:rFonts w:asciiTheme="majorHAnsi" w:eastAsiaTheme="majorEastAsia" w:hAnsiTheme="majorHAnsi" w:cstheme="majorBidi"/>
          <w:sz w:val="24"/>
          <w:szCs w:val="24"/>
        </w:rPr>
        <w:t xml:space="preserve">, per </w:t>
      </w:r>
      <w:proofErr w:type="spellStart"/>
      <w:r w:rsidRPr="002F1A57">
        <w:rPr>
          <w:rFonts w:asciiTheme="majorHAnsi" w:eastAsiaTheme="majorEastAsia" w:hAnsiTheme="majorHAnsi" w:cstheme="majorBidi"/>
          <w:sz w:val="24"/>
          <w:szCs w:val="24"/>
        </w:rPr>
        <w:t>farli</w:t>
      </w:r>
      <w:proofErr w:type="spellEnd"/>
      <w:r w:rsidRPr="002F1A57">
        <w:rPr>
          <w:rFonts w:asciiTheme="majorHAnsi" w:eastAsiaTheme="majorEastAsia" w:hAnsiTheme="majorHAnsi" w:cstheme="majorBidi"/>
          <w:sz w:val="24"/>
          <w:szCs w:val="24"/>
        </w:rPr>
        <w:t xml:space="preserve"> </w:t>
      </w:r>
      <w:proofErr w:type="spellStart"/>
      <w:r w:rsidRPr="002F1A57">
        <w:rPr>
          <w:rFonts w:asciiTheme="majorHAnsi" w:eastAsiaTheme="majorEastAsia" w:hAnsiTheme="majorHAnsi" w:cstheme="majorBidi"/>
          <w:sz w:val="24"/>
          <w:szCs w:val="24"/>
        </w:rPr>
        <w:t>sentire</w:t>
      </w:r>
      <w:proofErr w:type="spellEnd"/>
      <w:r w:rsidRPr="002F1A57">
        <w:rPr>
          <w:rFonts w:asciiTheme="majorHAnsi" w:eastAsiaTheme="majorEastAsia" w:hAnsiTheme="majorHAnsi" w:cstheme="majorBidi"/>
          <w:sz w:val="24"/>
          <w:szCs w:val="24"/>
        </w:rPr>
        <w:t xml:space="preserve"> </w:t>
      </w:r>
      <w:proofErr w:type="spellStart"/>
      <w:r w:rsidRPr="002F1A57">
        <w:rPr>
          <w:rFonts w:asciiTheme="majorHAnsi" w:eastAsiaTheme="majorEastAsia" w:hAnsiTheme="majorHAnsi" w:cstheme="majorBidi"/>
          <w:sz w:val="24"/>
          <w:szCs w:val="24"/>
        </w:rPr>
        <w:t>ancora</w:t>
      </w:r>
      <w:proofErr w:type="spellEnd"/>
      <w:r w:rsidRPr="002F1A57">
        <w:rPr>
          <w:rFonts w:asciiTheme="majorHAnsi" w:eastAsiaTheme="majorEastAsia" w:hAnsiTheme="majorHAnsi" w:cstheme="majorBidi"/>
          <w:sz w:val="24"/>
          <w:szCs w:val="24"/>
        </w:rPr>
        <w:t xml:space="preserve"> </w:t>
      </w:r>
      <w:proofErr w:type="spellStart"/>
      <w:r w:rsidRPr="002F1A57">
        <w:rPr>
          <w:rFonts w:asciiTheme="majorHAnsi" w:eastAsiaTheme="majorEastAsia" w:hAnsiTheme="majorHAnsi" w:cstheme="majorBidi"/>
          <w:sz w:val="24"/>
          <w:szCs w:val="24"/>
        </w:rPr>
        <w:t>importanti</w:t>
      </w:r>
      <w:proofErr w:type="spellEnd"/>
      <w:r w:rsidRPr="002F1A57">
        <w:rPr>
          <w:rFonts w:asciiTheme="majorHAnsi" w:eastAsiaTheme="majorEastAsia" w:hAnsiTheme="majorHAnsi" w:cstheme="majorBidi"/>
          <w:sz w:val="24"/>
          <w:szCs w:val="24"/>
        </w:rPr>
        <w:t xml:space="preserve">, </w:t>
      </w:r>
      <w:proofErr w:type="spellStart"/>
      <w:r w:rsidRPr="002F1A57">
        <w:rPr>
          <w:rFonts w:asciiTheme="majorHAnsi" w:eastAsiaTheme="majorEastAsia" w:hAnsiTheme="majorHAnsi" w:cstheme="majorBidi"/>
          <w:sz w:val="24"/>
          <w:szCs w:val="24"/>
        </w:rPr>
        <w:t>realizzati</w:t>
      </w:r>
      <w:proofErr w:type="spellEnd"/>
      <w:r w:rsidRPr="002F1A57">
        <w:rPr>
          <w:rFonts w:asciiTheme="majorHAnsi" w:eastAsiaTheme="majorEastAsia" w:hAnsiTheme="majorHAnsi" w:cstheme="majorBidi"/>
          <w:sz w:val="24"/>
          <w:szCs w:val="24"/>
        </w:rPr>
        <w:t xml:space="preserve"> e per </w:t>
      </w:r>
      <w:proofErr w:type="spellStart"/>
      <w:r w:rsidRPr="002F1A57">
        <w:rPr>
          <w:rFonts w:asciiTheme="majorHAnsi" w:eastAsiaTheme="majorEastAsia" w:hAnsiTheme="majorHAnsi" w:cstheme="majorBidi"/>
          <w:sz w:val="24"/>
          <w:szCs w:val="24"/>
        </w:rPr>
        <w:t>favorire</w:t>
      </w:r>
      <w:proofErr w:type="spellEnd"/>
      <w:r w:rsidRPr="002F1A57">
        <w:rPr>
          <w:rFonts w:asciiTheme="majorHAnsi" w:eastAsiaTheme="majorEastAsia" w:hAnsiTheme="majorHAnsi" w:cstheme="majorBidi"/>
          <w:sz w:val="24"/>
          <w:szCs w:val="24"/>
        </w:rPr>
        <w:t xml:space="preserve"> il loro </w:t>
      </w:r>
      <w:proofErr w:type="spellStart"/>
      <w:r w:rsidRPr="002F1A57">
        <w:rPr>
          <w:rFonts w:asciiTheme="majorHAnsi" w:eastAsiaTheme="majorEastAsia" w:hAnsiTheme="majorHAnsi" w:cstheme="majorBidi"/>
          <w:sz w:val="24"/>
          <w:szCs w:val="24"/>
        </w:rPr>
        <w:t>benessere</w:t>
      </w:r>
      <w:proofErr w:type="spellEnd"/>
      <w:r w:rsidRPr="002F1A57">
        <w:rPr>
          <w:rFonts w:asciiTheme="majorHAnsi" w:eastAsiaTheme="majorEastAsia" w:hAnsiTheme="majorHAnsi" w:cstheme="majorBidi"/>
          <w:sz w:val="24"/>
          <w:szCs w:val="24"/>
        </w:rPr>
        <w:t xml:space="preserve"> e la loro </w:t>
      </w:r>
      <w:proofErr w:type="spellStart"/>
      <w:r w:rsidRPr="002F1A57">
        <w:rPr>
          <w:rFonts w:asciiTheme="majorHAnsi" w:eastAsiaTheme="majorEastAsia" w:hAnsiTheme="majorHAnsi" w:cstheme="majorBidi"/>
          <w:sz w:val="24"/>
          <w:szCs w:val="24"/>
        </w:rPr>
        <w:t>autostima</w:t>
      </w:r>
      <w:proofErr w:type="spellEnd"/>
      <w:r w:rsidRPr="002F1A57">
        <w:rPr>
          <w:rFonts w:asciiTheme="majorHAnsi" w:eastAsiaTheme="majorEastAsia" w:hAnsiTheme="majorHAnsi" w:cstheme="majorBidi"/>
          <w:sz w:val="24"/>
          <w:szCs w:val="24"/>
        </w:rPr>
        <w:t>.</w:t>
      </w:r>
    </w:p>
    <w:p w14:paraId="59DB14E2" w14:textId="77777777" w:rsidR="00AD3EB2" w:rsidRPr="002F1A57" w:rsidRDefault="00586590" w:rsidP="00E01F43">
      <w:pPr>
        <w:jc w:val="both"/>
        <w:rPr>
          <w:rFonts w:asciiTheme="majorHAnsi" w:eastAsiaTheme="majorEastAsia" w:hAnsiTheme="majorHAnsi" w:cstheme="majorBidi"/>
          <w:sz w:val="24"/>
          <w:szCs w:val="24"/>
        </w:rPr>
      </w:pPr>
      <w:proofErr w:type="spellStart"/>
      <w:r w:rsidRPr="002F1A57">
        <w:rPr>
          <w:rFonts w:asciiTheme="majorHAnsi" w:eastAsiaTheme="majorEastAsia" w:hAnsiTheme="majorHAnsi" w:cstheme="majorBidi"/>
          <w:sz w:val="24"/>
          <w:szCs w:val="24"/>
        </w:rPr>
        <w:t>Allo</w:t>
      </w:r>
      <w:proofErr w:type="spellEnd"/>
      <w:r w:rsidRPr="002F1A57">
        <w:rPr>
          <w:rFonts w:asciiTheme="majorHAnsi" w:eastAsiaTheme="majorEastAsia" w:hAnsiTheme="majorHAnsi" w:cstheme="majorBidi"/>
          <w:sz w:val="24"/>
          <w:szCs w:val="24"/>
        </w:rPr>
        <w:t xml:space="preserve"> </w:t>
      </w:r>
      <w:proofErr w:type="spellStart"/>
      <w:r w:rsidRPr="002F1A57">
        <w:rPr>
          <w:rFonts w:asciiTheme="majorHAnsi" w:eastAsiaTheme="majorEastAsia" w:hAnsiTheme="majorHAnsi" w:cstheme="majorBidi"/>
          <w:sz w:val="24"/>
          <w:szCs w:val="24"/>
        </w:rPr>
        <w:t>stesso</w:t>
      </w:r>
      <w:proofErr w:type="spellEnd"/>
      <w:r w:rsidRPr="002F1A57">
        <w:rPr>
          <w:rFonts w:asciiTheme="majorHAnsi" w:eastAsiaTheme="majorEastAsia" w:hAnsiTheme="majorHAnsi" w:cstheme="majorBidi"/>
          <w:sz w:val="24"/>
          <w:szCs w:val="24"/>
        </w:rPr>
        <w:t xml:space="preserve"> tempo, </w:t>
      </w:r>
      <w:proofErr w:type="spellStart"/>
      <w:r w:rsidRPr="002F1A57">
        <w:rPr>
          <w:rFonts w:asciiTheme="majorHAnsi" w:eastAsiaTheme="majorEastAsia" w:hAnsiTheme="majorHAnsi" w:cstheme="majorBidi"/>
          <w:sz w:val="24"/>
          <w:szCs w:val="24"/>
        </w:rPr>
        <w:t>intende</w:t>
      </w:r>
      <w:proofErr w:type="spellEnd"/>
      <w:r w:rsidRPr="002F1A57">
        <w:rPr>
          <w:rFonts w:asciiTheme="majorHAnsi" w:eastAsiaTheme="majorEastAsia" w:hAnsiTheme="majorHAnsi" w:cstheme="majorBidi"/>
          <w:sz w:val="24"/>
          <w:szCs w:val="24"/>
        </w:rPr>
        <w:t xml:space="preserve"> </w:t>
      </w:r>
      <w:proofErr w:type="spellStart"/>
      <w:r w:rsidRPr="002F1A57">
        <w:rPr>
          <w:rFonts w:asciiTheme="majorHAnsi" w:eastAsiaTheme="majorEastAsia" w:hAnsiTheme="majorHAnsi" w:cstheme="majorBidi"/>
          <w:sz w:val="24"/>
          <w:szCs w:val="24"/>
        </w:rPr>
        <w:t>includere</w:t>
      </w:r>
      <w:proofErr w:type="spellEnd"/>
      <w:r w:rsidRPr="002F1A57">
        <w:rPr>
          <w:rFonts w:asciiTheme="majorHAnsi" w:eastAsiaTheme="majorEastAsia" w:hAnsiTheme="majorHAnsi" w:cstheme="majorBidi"/>
          <w:sz w:val="24"/>
          <w:szCs w:val="24"/>
        </w:rPr>
        <w:t xml:space="preserve"> e </w:t>
      </w:r>
      <w:proofErr w:type="spellStart"/>
      <w:r w:rsidRPr="002F1A57">
        <w:rPr>
          <w:rFonts w:asciiTheme="majorHAnsi" w:eastAsiaTheme="majorEastAsia" w:hAnsiTheme="majorHAnsi" w:cstheme="majorBidi"/>
          <w:sz w:val="24"/>
          <w:szCs w:val="24"/>
        </w:rPr>
        <w:t>valorizzare</w:t>
      </w:r>
      <w:proofErr w:type="spellEnd"/>
      <w:r w:rsidRPr="002F1A57">
        <w:rPr>
          <w:rFonts w:asciiTheme="majorHAnsi" w:eastAsiaTheme="majorEastAsia" w:hAnsiTheme="majorHAnsi" w:cstheme="majorBidi"/>
          <w:sz w:val="24"/>
          <w:szCs w:val="24"/>
        </w:rPr>
        <w:t xml:space="preserve"> </w:t>
      </w:r>
      <w:proofErr w:type="spellStart"/>
      <w:r w:rsidRPr="002F1A57">
        <w:rPr>
          <w:rFonts w:asciiTheme="majorHAnsi" w:eastAsiaTheme="majorEastAsia" w:hAnsiTheme="majorHAnsi" w:cstheme="majorBidi"/>
          <w:sz w:val="24"/>
          <w:szCs w:val="24"/>
        </w:rPr>
        <w:t>i</w:t>
      </w:r>
      <w:proofErr w:type="spellEnd"/>
      <w:r w:rsidRPr="002F1A57">
        <w:rPr>
          <w:rFonts w:asciiTheme="majorHAnsi" w:eastAsiaTheme="majorEastAsia" w:hAnsiTheme="majorHAnsi" w:cstheme="majorBidi"/>
          <w:sz w:val="24"/>
          <w:szCs w:val="24"/>
        </w:rPr>
        <w:t xml:space="preserve"> </w:t>
      </w:r>
      <w:proofErr w:type="spellStart"/>
      <w:r w:rsidRPr="002F1A57">
        <w:rPr>
          <w:rFonts w:asciiTheme="majorHAnsi" w:eastAsiaTheme="majorEastAsia" w:hAnsiTheme="majorHAnsi" w:cstheme="majorBidi"/>
          <w:sz w:val="24"/>
          <w:szCs w:val="24"/>
        </w:rPr>
        <w:t>giovani</w:t>
      </w:r>
      <w:proofErr w:type="spellEnd"/>
      <w:r w:rsidRPr="002F1A57">
        <w:rPr>
          <w:rFonts w:asciiTheme="majorHAnsi" w:eastAsiaTheme="majorEastAsia" w:hAnsiTheme="majorHAnsi" w:cstheme="majorBidi"/>
          <w:sz w:val="24"/>
          <w:szCs w:val="24"/>
        </w:rPr>
        <w:t xml:space="preserve">, </w:t>
      </w:r>
      <w:proofErr w:type="spellStart"/>
      <w:r w:rsidRPr="002F1A57">
        <w:rPr>
          <w:rFonts w:asciiTheme="majorHAnsi" w:eastAsiaTheme="majorEastAsia" w:hAnsiTheme="majorHAnsi" w:cstheme="majorBidi"/>
          <w:sz w:val="24"/>
          <w:szCs w:val="24"/>
        </w:rPr>
        <w:t>investendo</w:t>
      </w:r>
      <w:proofErr w:type="spellEnd"/>
      <w:r w:rsidRPr="002F1A57">
        <w:rPr>
          <w:rFonts w:asciiTheme="majorHAnsi" w:eastAsiaTheme="majorEastAsia" w:hAnsiTheme="majorHAnsi" w:cstheme="majorBidi"/>
          <w:sz w:val="24"/>
          <w:szCs w:val="24"/>
        </w:rPr>
        <w:t xml:space="preserve"> </w:t>
      </w:r>
      <w:proofErr w:type="spellStart"/>
      <w:r w:rsidRPr="002F1A57">
        <w:rPr>
          <w:rFonts w:asciiTheme="majorHAnsi" w:eastAsiaTheme="majorEastAsia" w:hAnsiTheme="majorHAnsi" w:cstheme="majorBidi"/>
          <w:sz w:val="24"/>
          <w:szCs w:val="24"/>
        </w:rPr>
        <w:t>su</w:t>
      </w:r>
      <w:proofErr w:type="spellEnd"/>
      <w:r w:rsidRPr="002F1A57">
        <w:rPr>
          <w:rFonts w:asciiTheme="majorHAnsi" w:eastAsiaTheme="majorEastAsia" w:hAnsiTheme="majorHAnsi" w:cstheme="majorBidi"/>
          <w:sz w:val="24"/>
          <w:szCs w:val="24"/>
        </w:rPr>
        <w:t xml:space="preserve"> di loro e </w:t>
      </w:r>
      <w:proofErr w:type="spellStart"/>
      <w:r w:rsidRPr="002F1A57">
        <w:rPr>
          <w:rFonts w:asciiTheme="majorHAnsi" w:eastAsiaTheme="majorEastAsia" w:hAnsiTheme="majorHAnsi" w:cstheme="majorBidi"/>
          <w:sz w:val="24"/>
          <w:szCs w:val="24"/>
        </w:rPr>
        <w:t>incentivando</w:t>
      </w:r>
      <w:proofErr w:type="spellEnd"/>
      <w:r w:rsidRPr="002F1A57">
        <w:rPr>
          <w:rFonts w:asciiTheme="majorHAnsi" w:eastAsiaTheme="majorEastAsia" w:hAnsiTheme="majorHAnsi" w:cstheme="majorBidi"/>
          <w:sz w:val="24"/>
          <w:szCs w:val="24"/>
        </w:rPr>
        <w:t xml:space="preserve"> lo </w:t>
      </w:r>
      <w:proofErr w:type="spellStart"/>
      <w:r w:rsidRPr="002F1A57">
        <w:rPr>
          <w:rFonts w:asciiTheme="majorHAnsi" w:eastAsiaTheme="majorEastAsia" w:hAnsiTheme="majorHAnsi" w:cstheme="majorBidi"/>
          <w:sz w:val="24"/>
          <w:szCs w:val="24"/>
        </w:rPr>
        <w:t>scambio</w:t>
      </w:r>
      <w:proofErr w:type="spellEnd"/>
      <w:r w:rsidRPr="002F1A57">
        <w:rPr>
          <w:rFonts w:asciiTheme="majorHAnsi" w:eastAsiaTheme="majorEastAsia" w:hAnsiTheme="majorHAnsi" w:cstheme="majorBidi"/>
          <w:sz w:val="24"/>
          <w:szCs w:val="24"/>
        </w:rPr>
        <w:t xml:space="preserve"> </w:t>
      </w:r>
      <w:proofErr w:type="spellStart"/>
      <w:r w:rsidRPr="002F1A57">
        <w:rPr>
          <w:rFonts w:asciiTheme="majorHAnsi" w:eastAsiaTheme="majorEastAsia" w:hAnsiTheme="majorHAnsi" w:cstheme="majorBidi"/>
          <w:sz w:val="24"/>
          <w:szCs w:val="24"/>
        </w:rPr>
        <w:t>intergenerazionale</w:t>
      </w:r>
      <w:proofErr w:type="spellEnd"/>
      <w:r w:rsidRPr="002F1A57">
        <w:rPr>
          <w:rFonts w:asciiTheme="majorHAnsi" w:eastAsiaTheme="majorEastAsia" w:hAnsiTheme="majorHAnsi" w:cstheme="majorBidi"/>
          <w:sz w:val="24"/>
          <w:szCs w:val="24"/>
        </w:rPr>
        <w:t xml:space="preserve">, con </w:t>
      </w:r>
      <w:proofErr w:type="spellStart"/>
      <w:r w:rsidRPr="002F1A57">
        <w:rPr>
          <w:rFonts w:asciiTheme="majorHAnsi" w:eastAsiaTheme="majorEastAsia" w:hAnsiTheme="majorHAnsi" w:cstheme="majorBidi"/>
          <w:sz w:val="24"/>
          <w:szCs w:val="24"/>
        </w:rPr>
        <w:t>l’obiettivo</w:t>
      </w:r>
      <w:proofErr w:type="spellEnd"/>
      <w:r w:rsidRPr="002F1A57">
        <w:rPr>
          <w:rFonts w:asciiTheme="majorHAnsi" w:eastAsiaTheme="majorEastAsia" w:hAnsiTheme="majorHAnsi" w:cstheme="majorBidi"/>
          <w:sz w:val="24"/>
          <w:szCs w:val="24"/>
        </w:rPr>
        <w:t xml:space="preserve"> di </w:t>
      </w:r>
      <w:proofErr w:type="spellStart"/>
      <w:r w:rsidRPr="002F1A57">
        <w:rPr>
          <w:rFonts w:asciiTheme="majorHAnsi" w:eastAsiaTheme="majorEastAsia" w:hAnsiTheme="majorHAnsi" w:cstheme="majorBidi"/>
          <w:sz w:val="24"/>
          <w:szCs w:val="24"/>
        </w:rPr>
        <w:t>creare</w:t>
      </w:r>
      <w:proofErr w:type="spellEnd"/>
      <w:r w:rsidRPr="002F1A57">
        <w:rPr>
          <w:rFonts w:asciiTheme="majorHAnsi" w:eastAsiaTheme="majorEastAsia" w:hAnsiTheme="majorHAnsi" w:cstheme="majorBidi"/>
          <w:sz w:val="24"/>
          <w:szCs w:val="24"/>
        </w:rPr>
        <w:t xml:space="preserve"> </w:t>
      </w:r>
      <w:proofErr w:type="spellStart"/>
      <w:r w:rsidRPr="002F1A57">
        <w:rPr>
          <w:rFonts w:asciiTheme="majorHAnsi" w:eastAsiaTheme="majorEastAsia" w:hAnsiTheme="majorHAnsi" w:cstheme="majorBidi"/>
          <w:sz w:val="24"/>
          <w:szCs w:val="24"/>
        </w:rPr>
        <w:t>legami</w:t>
      </w:r>
      <w:proofErr w:type="spellEnd"/>
      <w:r w:rsidRPr="002F1A57">
        <w:rPr>
          <w:rFonts w:asciiTheme="majorHAnsi" w:eastAsiaTheme="majorEastAsia" w:hAnsiTheme="majorHAnsi" w:cstheme="majorBidi"/>
          <w:sz w:val="24"/>
          <w:szCs w:val="24"/>
        </w:rPr>
        <w:t xml:space="preserve"> solidi e </w:t>
      </w:r>
      <w:proofErr w:type="spellStart"/>
      <w:r w:rsidRPr="002F1A57">
        <w:rPr>
          <w:rFonts w:asciiTheme="majorHAnsi" w:eastAsiaTheme="majorEastAsia" w:hAnsiTheme="majorHAnsi" w:cstheme="majorBidi"/>
          <w:sz w:val="24"/>
          <w:szCs w:val="24"/>
        </w:rPr>
        <w:t>duraturi</w:t>
      </w:r>
      <w:proofErr w:type="spellEnd"/>
      <w:r w:rsidRPr="002F1A57">
        <w:rPr>
          <w:rFonts w:asciiTheme="majorHAnsi" w:eastAsiaTheme="majorEastAsia" w:hAnsiTheme="majorHAnsi" w:cstheme="majorBidi"/>
          <w:sz w:val="24"/>
          <w:szCs w:val="24"/>
        </w:rPr>
        <w:t xml:space="preserve"> per </w:t>
      </w:r>
      <w:proofErr w:type="spellStart"/>
      <w:r w:rsidRPr="002F1A57">
        <w:rPr>
          <w:rFonts w:asciiTheme="majorHAnsi" w:eastAsiaTheme="majorEastAsia" w:hAnsiTheme="majorHAnsi" w:cstheme="majorBidi"/>
          <w:sz w:val="24"/>
          <w:szCs w:val="24"/>
        </w:rPr>
        <w:t>una</w:t>
      </w:r>
      <w:proofErr w:type="spellEnd"/>
      <w:r w:rsidRPr="002F1A57">
        <w:rPr>
          <w:rFonts w:asciiTheme="majorHAnsi" w:eastAsiaTheme="majorEastAsia" w:hAnsiTheme="majorHAnsi" w:cstheme="majorBidi"/>
          <w:sz w:val="24"/>
          <w:szCs w:val="24"/>
        </w:rPr>
        <w:t xml:space="preserve"> </w:t>
      </w:r>
      <w:proofErr w:type="spellStart"/>
      <w:r w:rsidRPr="002F1A57">
        <w:rPr>
          <w:rFonts w:asciiTheme="majorHAnsi" w:eastAsiaTheme="majorEastAsia" w:hAnsiTheme="majorHAnsi" w:cstheme="majorBidi"/>
          <w:sz w:val="24"/>
          <w:szCs w:val="24"/>
        </w:rPr>
        <w:t>comunità</w:t>
      </w:r>
      <w:proofErr w:type="spellEnd"/>
      <w:r w:rsidRPr="002F1A57">
        <w:rPr>
          <w:rFonts w:asciiTheme="majorHAnsi" w:eastAsiaTheme="majorEastAsia" w:hAnsiTheme="majorHAnsi" w:cstheme="majorBidi"/>
          <w:sz w:val="24"/>
          <w:szCs w:val="24"/>
        </w:rPr>
        <w:t xml:space="preserve"> </w:t>
      </w:r>
      <w:proofErr w:type="spellStart"/>
      <w:r w:rsidRPr="002F1A57">
        <w:rPr>
          <w:rFonts w:asciiTheme="majorHAnsi" w:eastAsiaTheme="majorEastAsia" w:hAnsiTheme="majorHAnsi" w:cstheme="majorBidi"/>
          <w:sz w:val="24"/>
          <w:szCs w:val="24"/>
        </w:rPr>
        <w:t>più</w:t>
      </w:r>
      <w:proofErr w:type="spellEnd"/>
      <w:r w:rsidRPr="002F1A57">
        <w:rPr>
          <w:rFonts w:asciiTheme="majorHAnsi" w:eastAsiaTheme="majorEastAsia" w:hAnsiTheme="majorHAnsi" w:cstheme="majorBidi"/>
          <w:sz w:val="24"/>
          <w:szCs w:val="24"/>
        </w:rPr>
        <w:t xml:space="preserve"> </w:t>
      </w:r>
      <w:proofErr w:type="spellStart"/>
      <w:r w:rsidRPr="002F1A57">
        <w:rPr>
          <w:rFonts w:asciiTheme="majorHAnsi" w:eastAsiaTheme="majorEastAsia" w:hAnsiTheme="majorHAnsi" w:cstheme="majorBidi"/>
          <w:sz w:val="24"/>
          <w:szCs w:val="24"/>
        </w:rPr>
        <w:t>inclusiva</w:t>
      </w:r>
      <w:proofErr w:type="spellEnd"/>
      <w:r w:rsidRPr="002F1A57">
        <w:rPr>
          <w:rFonts w:asciiTheme="majorHAnsi" w:eastAsiaTheme="majorEastAsia" w:hAnsiTheme="majorHAnsi" w:cstheme="majorBidi"/>
          <w:sz w:val="24"/>
          <w:szCs w:val="24"/>
        </w:rPr>
        <w:t xml:space="preserve">, </w:t>
      </w:r>
      <w:proofErr w:type="spellStart"/>
      <w:r w:rsidRPr="002F1A57">
        <w:rPr>
          <w:rFonts w:asciiTheme="majorHAnsi" w:eastAsiaTheme="majorEastAsia" w:hAnsiTheme="majorHAnsi" w:cstheme="majorBidi"/>
          <w:sz w:val="24"/>
          <w:szCs w:val="24"/>
        </w:rPr>
        <w:t>coesa</w:t>
      </w:r>
      <w:proofErr w:type="spellEnd"/>
      <w:r w:rsidRPr="002F1A57">
        <w:rPr>
          <w:rFonts w:asciiTheme="majorHAnsi" w:eastAsiaTheme="majorEastAsia" w:hAnsiTheme="majorHAnsi" w:cstheme="majorBidi"/>
          <w:sz w:val="24"/>
          <w:szCs w:val="24"/>
        </w:rPr>
        <w:t xml:space="preserve"> e </w:t>
      </w:r>
      <w:proofErr w:type="spellStart"/>
      <w:r w:rsidRPr="002F1A57">
        <w:rPr>
          <w:rFonts w:asciiTheme="majorHAnsi" w:eastAsiaTheme="majorEastAsia" w:hAnsiTheme="majorHAnsi" w:cstheme="majorBidi"/>
          <w:sz w:val="24"/>
          <w:szCs w:val="24"/>
        </w:rPr>
        <w:t>solidale</w:t>
      </w:r>
      <w:proofErr w:type="spellEnd"/>
      <w:r w:rsidRPr="002F1A57">
        <w:rPr>
          <w:rFonts w:asciiTheme="majorHAnsi" w:eastAsiaTheme="majorEastAsia" w:hAnsiTheme="majorHAnsi" w:cstheme="majorBidi"/>
          <w:sz w:val="24"/>
          <w:szCs w:val="24"/>
        </w:rPr>
        <w:t>.</w:t>
      </w:r>
    </w:p>
    <w:p w14:paraId="395E7E22" w14:textId="77777777" w:rsidR="00FA3DE0" w:rsidRDefault="00FA3DE0" w:rsidP="007B473C">
      <w:pPr>
        <w:jc w:val="center"/>
        <w:rPr>
          <w:rFonts w:asciiTheme="majorHAnsi" w:eastAsiaTheme="majorEastAsia" w:hAnsiTheme="majorHAnsi" w:cstheme="majorBidi"/>
          <w:b/>
          <w:bCs/>
          <w:sz w:val="28"/>
          <w:szCs w:val="28"/>
        </w:rPr>
      </w:pPr>
    </w:p>
    <w:p w14:paraId="44BD1591" w14:textId="6B65BF08" w:rsidR="00AD3EB2" w:rsidRPr="007B473C" w:rsidRDefault="00000000" w:rsidP="007B473C">
      <w:pPr>
        <w:jc w:val="center"/>
        <w:rPr>
          <w:rFonts w:asciiTheme="majorHAnsi" w:eastAsiaTheme="majorEastAsia" w:hAnsiTheme="majorHAnsi" w:cstheme="majorBidi"/>
          <w:b/>
          <w:bCs/>
          <w:sz w:val="28"/>
          <w:szCs w:val="28"/>
        </w:rPr>
      </w:pPr>
      <w:proofErr w:type="spellStart"/>
      <w:r w:rsidRPr="007B473C">
        <w:rPr>
          <w:rFonts w:asciiTheme="majorHAnsi" w:eastAsiaTheme="majorEastAsia" w:hAnsiTheme="majorHAnsi" w:cstheme="majorBidi"/>
          <w:b/>
          <w:bCs/>
          <w:sz w:val="28"/>
          <w:szCs w:val="28"/>
        </w:rPr>
        <w:t>Attività</w:t>
      </w:r>
      <w:proofErr w:type="spellEnd"/>
      <w:r w:rsidRPr="007B473C">
        <w:rPr>
          <w:rFonts w:asciiTheme="majorHAnsi" w:eastAsiaTheme="majorEastAsia" w:hAnsiTheme="majorHAnsi" w:cstheme="majorBidi"/>
          <w:b/>
          <w:bCs/>
          <w:sz w:val="28"/>
          <w:szCs w:val="28"/>
        </w:rPr>
        <w:t xml:space="preserve"> </w:t>
      </w:r>
      <w:proofErr w:type="spellStart"/>
      <w:r w:rsidRPr="007B473C">
        <w:rPr>
          <w:rFonts w:asciiTheme="majorHAnsi" w:eastAsiaTheme="majorEastAsia" w:hAnsiTheme="majorHAnsi" w:cstheme="majorBidi"/>
          <w:b/>
          <w:bCs/>
          <w:sz w:val="28"/>
          <w:szCs w:val="28"/>
        </w:rPr>
        <w:t>Previste</w:t>
      </w:r>
      <w:proofErr w:type="spellEnd"/>
    </w:p>
    <w:p w14:paraId="24F131FF" w14:textId="77777777" w:rsidR="00AD3EB2" w:rsidRPr="007B473C" w:rsidRDefault="00000000">
      <w:pPr>
        <w:rPr>
          <w:rFonts w:asciiTheme="majorHAnsi" w:eastAsiaTheme="majorEastAsia" w:hAnsiTheme="majorHAnsi" w:cstheme="majorBidi"/>
          <w:b/>
          <w:bCs/>
          <w:sz w:val="24"/>
          <w:szCs w:val="24"/>
        </w:rPr>
      </w:pPr>
      <w:r w:rsidRPr="007B473C">
        <w:rPr>
          <w:rFonts w:asciiTheme="majorHAnsi" w:eastAsiaTheme="majorEastAsia" w:hAnsiTheme="majorHAnsi" w:cstheme="majorBidi"/>
          <w:b/>
          <w:bCs/>
          <w:sz w:val="24"/>
          <w:szCs w:val="24"/>
        </w:rPr>
        <w:t xml:space="preserve">1. </w:t>
      </w:r>
      <w:proofErr w:type="spellStart"/>
      <w:r w:rsidRPr="007B473C">
        <w:rPr>
          <w:rFonts w:asciiTheme="majorHAnsi" w:eastAsiaTheme="majorEastAsia" w:hAnsiTheme="majorHAnsi" w:cstheme="majorBidi"/>
          <w:b/>
          <w:bCs/>
          <w:sz w:val="24"/>
          <w:szCs w:val="24"/>
        </w:rPr>
        <w:t>Servizio</w:t>
      </w:r>
      <w:proofErr w:type="spellEnd"/>
      <w:r w:rsidRPr="007B473C">
        <w:rPr>
          <w:rFonts w:asciiTheme="majorHAnsi" w:eastAsiaTheme="majorEastAsia" w:hAnsiTheme="majorHAnsi" w:cstheme="majorBidi"/>
          <w:b/>
          <w:bCs/>
          <w:sz w:val="24"/>
          <w:szCs w:val="24"/>
        </w:rPr>
        <w:t xml:space="preserve"> di </w:t>
      </w:r>
      <w:proofErr w:type="spellStart"/>
      <w:r w:rsidRPr="007B473C">
        <w:rPr>
          <w:rFonts w:asciiTheme="majorHAnsi" w:eastAsiaTheme="majorEastAsia" w:hAnsiTheme="majorHAnsi" w:cstheme="majorBidi"/>
          <w:b/>
          <w:bCs/>
          <w:sz w:val="24"/>
          <w:szCs w:val="24"/>
        </w:rPr>
        <w:t>consegna</w:t>
      </w:r>
      <w:proofErr w:type="spellEnd"/>
      <w:r w:rsidRPr="007B473C">
        <w:rPr>
          <w:rFonts w:asciiTheme="majorHAnsi" w:eastAsiaTheme="majorEastAsia" w:hAnsiTheme="majorHAnsi" w:cstheme="majorBidi"/>
          <w:b/>
          <w:bCs/>
          <w:sz w:val="24"/>
          <w:szCs w:val="24"/>
        </w:rPr>
        <w:t xml:space="preserve"> </w:t>
      </w:r>
      <w:proofErr w:type="spellStart"/>
      <w:r w:rsidRPr="007B473C">
        <w:rPr>
          <w:rFonts w:asciiTheme="majorHAnsi" w:eastAsiaTheme="majorEastAsia" w:hAnsiTheme="majorHAnsi" w:cstheme="majorBidi"/>
          <w:b/>
          <w:bCs/>
          <w:sz w:val="24"/>
          <w:szCs w:val="24"/>
        </w:rPr>
        <w:t>farmaci</w:t>
      </w:r>
      <w:proofErr w:type="spellEnd"/>
      <w:r w:rsidRPr="007B473C">
        <w:rPr>
          <w:rFonts w:asciiTheme="majorHAnsi" w:eastAsiaTheme="majorEastAsia" w:hAnsiTheme="majorHAnsi" w:cstheme="majorBidi"/>
          <w:b/>
          <w:bCs/>
          <w:sz w:val="24"/>
          <w:szCs w:val="24"/>
        </w:rPr>
        <w:t xml:space="preserve"> </w:t>
      </w:r>
      <w:r w:rsidRPr="005918F2">
        <w:rPr>
          <w:rFonts w:asciiTheme="majorHAnsi" w:eastAsiaTheme="majorEastAsia" w:hAnsiTheme="majorHAnsi" w:cstheme="majorBidi"/>
          <w:b/>
          <w:bCs/>
          <w:sz w:val="24"/>
          <w:szCs w:val="24"/>
        </w:rPr>
        <w:t xml:space="preserve">e </w:t>
      </w:r>
      <w:proofErr w:type="spellStart"/>
      <w:r w:rsidRPr="005918F2">
        <w:rPr>
          <w:rFonts w:asciiTheme="majorHAnsi" w:eastAsiaTheme="majorEastAsia" w:hAnsiTheme="majorHAnsi" w:cstheme="majorBidi"/>
          <w:b/>
          <w:bCs/>
          <w:sz w:val="24"/>
          <w:szCs w:val="24"/>
        </w:rPr>
        <w:t>spesa</w:t>
      </w:r>
      <w:proofErr w:type="spellEnd"/>
      <w:r w:rsidRPr="005918F2">
        <w:rPr>
          <w:rFonts w:asciiTheme="majorHAnsi" w:eastAsiaTheme="majorEastAsia" w:hAnsiTheme="majorHAnsi" w:cstheme="majorBidi"/>
          <w:b/>
          <w:bCs/>
          <w:sz w:val="24"/>
          <w:szCs w:val="24"/>
        </w:rPr>
        <w:t xml:space="preserve"> a </w:t>
      </w:r>
      <w:proofErr w:type="spellStart"/>
      <w:r w:rsidRPr="005918F2">
        <w:rPr>
          <w:rFonts w:asciiTheme="majorHAnsi" w:eastAsiaTheme="majorEastAsia" w:hAnsiTheme="majorHAnsi" w:cstheme="majorBidi"/>
          <w:b/>
          <w:bCs/>
          <w:sz w:val="24"/>
          <w:szCs w:val="24"/>
        </w:rPr>
        <w:t>domicilio</w:t>
      </w:r>
      <w:proofErr w:type="spellEnd"/>
    </w:p>
    <w:p w14:paraId="5417C0B4" w14:textId="77777777" w:rsidR="00023209" w:rsidRPr="008D1632" w:rsidRDefault="00000000">
      <w:pPr>
        <w:rPr>
          <w:rFonts w:asciiTheme="majorHAnsi" w:eastAsiaTheme="majorEastAsia" w:hAnsiTheme="majorHAnsi" w:cstheme="majorBidi"/>
          <w:sz w:val="24"/>
          <w:szCs w:val="24"/>
        </w:rPr>
      </w:pPr>
      <w:r w:rsidRPr="007B473C">
        <w:rPr>
          <w:rFonts w:asciiTheme="majorHAnsi" w:eastAsiaTheme="majorEastAsia" w:hAnsiTheme="majorHAnsi" w:cstheme="majorBidi"/>
          <w:sz w:val="24"/>
          <w:szCs w:val="24"/>
        </w:rPr>
        <w:t xml:space="preserve">- </w:t>
      </w:r>
      <w:proofErr w:type="spellStart"/>
      <w:r w:rsidRPr="007B473C">
        <w:rPr>
          <w:rFonts w:asciiTheme="majorHAnsi" w:eastAsiaTheme="majorEastAsia" w:hAnsiTheme="majorHAnsi" w:cstheme="majorBidi"/>
          <w:sz w:val="24"/>
          <w:szCs w:val="24"/>
        </w:rPr>
        <w:t>Destinato</w:t>
      </w:r>
      <w:proofErr w:type="spellEnd"/>
      <w:r w:rsidRPr="007B473C">
        <w:rPr>
          <w:rFonts w:asciiTheme="majorHAnsi" w:eastAsiaTheme="majorEastAsia" w:hAnsiTheme="majorHAnsi" w:cstheme="majorBidi"/>
          <w:sz w:val="24"/>
          <w:szCs w:val="24"/>
        </w:rPr>
        <w:t xml:space="preserve"> a </w:t>
      </w:r>
      <w:proofErr w:type="spellStart"/>
      <w:r w:rsidRPr="007B473C">
        <w:rPr>
          <w:rFonts w:asciiTheme="majorHAnsi" w:eastAsiaTheme="majorEastAsia" w:hAnsiTheme="majorHAnsi" w:cstheme="majorBidi"/>
          <w:sz w:val="24"/>
          <w:szCs w:val="24"/>
        </w:rPr>
        <w:t>persone</w:t>
      </w:r>
      <w:proofErr w:type="spellEnd"/>
      <w:r w:rsidRPr="007B473C">
        <w:rPr>
          <w:rFonts w:asciiTheme="majorHAnsi" w:eastAsiaTheme="majorEastAsia" w:hAnsiTheme="majorHAnsi" w:cstheme="majorBidi"/>
          <w:sz w:val="24"/>
          <w:szCs w:val="24"/>
        </w:rPr>
        <w:t xml:space="preserve"> </w:t>
      </w:r>
      <w:proofErr w:type="spellStart"/>
      <w:r w:rsidRPr="007B473C">
        <w:rPr>
          <w:rFonts w:asciiTheme="majorHAnsi" w:eastAsiaTheme="majorEastAsia" w:hAnsiTheme="majorHAnsi" w:cstheme="majorBidi"/>
          <w:sz w:val="24"/>
          <w:szCs w:val="24"/>
        </w:rPr>
        <w:t>anziane</w:t>
      </w:r>
      <w:proofErr w:type="spellEnd"/>
      <w:r w:rsidRPr="007B473C">
        <w:rPr>
          <w:rFonts w:asciiTheme="majorHAnsi" w:eastAsiaTheme="majorEastAsia" w:hAnsiTheme="majorHAnsi" w:cstheme="majorBidi"/>
          <w:sz w:val="24"/>
          <w:szCs w:val="24"/>
        </w:rPr>
        <w:t xml:space="preserve">, </w:t>
      </w:r>
      <w:proofErr w:type="spellStart"/>
      <w:r w:rsidRPr="007B473C">
        <w:rPr>
          <w:rFonts w:asciiTheme="majorHAnsi" w:eastAsiaTheme="majorEastAsia" w:hAnsiTheme="majorHAnsi" w:cstheme="majorBidi"/>
          <w:sz w:val="24"/>
          <w:szCs w:val="24"/>
        </w:rPr>
        <w:t>disabili</w:t>
      </w:r>
      <w:proofErr w:type="spellEnd"/>
      <w:r w:rsidRPr="007B473C">
        <w:rPr>
          <w:rFonts w:asciiTheme="majorHAnsi" w:eastAsiaTheme="majorEastAsia" w:hAnsiTheme="majorHAnsi" w:cstheme="majorBidi"/>
          <w:sz w:val="24"/>
          <w:szCs w:val="24"/>
        </w:rPr>
        <w:t xml:space="preserve"> o con </w:t>
      </w:r>
      <w:proofErr w:type="spellStart"/>
      <w:r w:rsidRPr="007B473C">
        <w:rPr>
          <w:rFonts w:asciiTheme="majorHAnsi" w:eastAsiaTheme="majorEastAsia" w:hAnsiTheme="majorHAnsi" w:cstheme="majorBidi"/>
          <w:sz w:val="24"/>
          <w:szCs w:val="24"/>
        </w:rPr>
        <w:t>difficoltà</w:t>
      </w:r>
      <w:proofErr w:type="spellEnd"/>
      <w:r w:rsidRPr="007B473C">
        <w:rPr>
          <w:rFonts w:asciiTheme="majorHAnsi" w:eastAsiaTheme="majorEastAsia" w:hAnsiTheme="majorHAnsi" w:cstheme="majorBidi"/>
          <w:sz w:val="24"/>
          <w:szCs w:val="24"/>
        </w:rPr>
        <w:t xml:space="preserve"> </w:t>
      </w:r>
      <w:proofErr w:type="spellStart"/>
      <w:r w:rsidRPr="007B473C">
        <w:rPr>
          <w:rFonts w:asciiTheme="majorHAnsi" w:eastAsiaTheme="majorEastAsia" w:hAnsiTheme="majorHAnsi" w:cstheme="majorBidi"/>
          <w:sz w:val="24"/>
          <w:szCs w:val="24"/>
        </w:rPr>
        <w:t>economiche</w:t>
      </w:r>
      <w:proofErr w:type="spellEnd"/>
      <w:r w:rsidRPr="007B473C">
        <w:rPr>
          <w:rFonts w:asciiTheme="majorHAnsi" w:eastAsiaTheme="majorEastAsia" w:hAnsiTheme="majorHAnsi" w:cstheme="majorBidi"/>
          <w:sz w:val="24"/>
          <w:szCs w:val="24"/>
        </w:rPr>
        <w:br/>
        <w:t xml:space="preserve">- </w:t>
      </w:r>
      <w:proofErr w:type="spellStart"/>
      <w:r w:rsidRPr="007B473C">
        <w:rPr>
          <w:rFonts w:asciiTheme="majorHAnsi" w:eastAsiaTheme="majorEastAsia" w:hAnsiTheme="majorHAnsi" w:cstheme="majorBidi"/>
          <w:sz w:val="24"/>
          <w:szCs w:val="24"/>
        </w:rPr>
        <w:t>Collaborazione</w:t>
      </w:r>
      <w:proofErr w:type="spellEnd"/>
      <w:r w:rsidRPr="007B473C">
        <w:rPr>
          <w:rFonts w:asciiTheme="majorHAnsi" w:eastAsiaTheme="majorEastAsia" w:hAnsiTheme="majorHAnsi" w:cstheme="majorBidi"/>
          <w:sz w:val="24"/>
          <w:szCs w:val="24"/>
        </w:rPr>
        <w:t xml:space="preserve"> con </w:t>
      </w:r>
      <w:proofErr w:type="spellStart"/>
      <w:r w:rsidRPr="007B473C">
        <w:rPr>
          <w:rFonts w:asciiTheme="majorHAnsi" w:eastAsiaTheme="majorEastAsia" w:hAnsiTheme="majorHAnsi" w:cstheme="majorBidi"/>
          <w:sz w:val="24"/>
          <w:szCs w:val="24"/>
        </w:rPr>
        <w:t>farmacie</w:t>
      </w:r>
      <w:proofErr w:type="spellEnd"/>
      <w:r w:rsidRPr="007B473C">
        <w:rPr>
          <w:rFonts w:asciiTheme="majorHAnsi" w:eastAsiaTheme="majorEastAsia" w:hAnsiTheme="majorHAnsi" w:cstheme="majorBidi"/>
          <w:sz w:val="24"/>
          <w:szCs w:val="24"/>
        </w:rPr>
        <w:t xml:space="preserve"> e </w:t>
      </w:r>
      <w:proofErr w:type="spellStart"/>
      <w:r w:rsidRPr="007B473C">
        <w:rPr>
          <w:rFonts w:asciiTheme="majorHAnsi" w:eastAsiaTheme="majorEastAsia" w:hAnsiTheme="majorHAnsi" w:cstheme="majorBidi"/>
          <w:sz w:val="24"/>
          <w:szCs w:val="24"/>
        </w:rPr>
        <w:t>medici</w:t>
      </w:r>
      <w:proofErr w:type="spellEnd"/>
      <w:r w:rsidRPr="007B473C">
        <w:rPr>
          <w:rFonts w:asciiTheme="majorHAnsi" w:eastAsiaTheme="majorEastAsia" w:hAnsiTheme="majorHAnsi" w:cstheme="majorBidi"/>
          <w:sz w:val="24"/>
          <w:szCs w:val="24"/>
        </w:rPr>
        <w:t xml:space="preserve"> di base per </w:t>
      </w:r>
      <w:proofErr w:type="spellStart"/>
      <w:r w:rsidRPr="007B473C">
        <w:rPr>
          <w:rFonts w:asciiTheme="majorHAnsi" w:eastAsiaTheme="majorEastAsia" w:hAnsiTheme="majorHAnsi" w:cstheme="majorBidi"/>
          <w:sz w:val="24"/>
          <w:szCs w:val="24"/>
        </w:rPr>
        <w:t>garantire</w:t>
      </w:r>
      <w:proofErr w:type="spellEnd"/>
      <w:r w:rsidRPr="007B473C">
        <w:rPr>
          <w:rFonts w:asciiTheme="majorHAnsi" w:eastAsiaTheme="majorEastAsia" w:hAnsiTheme="majorHAnsi" w:cstheme="majorBidi"/>
          <w:sz w:val="24"/>
          <w:szCs w:val="24"/>
        </w:rPr>
        <w:t xml:space="preserve"> la privacy e </w:t>
      </w:r>
      <w:proofErr w:type="spellStart"/>
      <w:r w:rsidRPr="007B473C">
        <w:rPr>
          <w:rFonts w:asciiTheme="majorHAnsi" w:eastAsiaTheme="majorEastAsia" w:hAnsiTheme="majorHAnsi" w:cstheme="majorBidi"/>
          <w:sz w:val="24"/>
          <w:szCs w:val="24"/>
        </w:rPr>
        <w:t>l'efficienza</w:t>
      </w:r>
      <w:proofErr w:type="spellEnd"/>
      <w:r w:rsidRPr="007B473C">
        <w:rPr>
          <w:rFonts w:asciiTheme="majorHAnsi" w:eastAsiaTheme="majorEastAsia" w:hAnsiTheme="majorHAnsi" w:cstheme="majorBidi"/>
          <w:sz w:val="24"/>
          <w:szCs w:val="24"/>
        </w:rPr>
        <w:t xml:space="preserve"> del </w:t>
      </w:r>
      <w:proofErr w:type="spellStart"/>
      <w:r w:rsidRPr="007B473C">
        <w:rPr>
          <w:rFonts w:asciiTheme="majorHAnsi" w:eastAsiaTheme="majorEastAsia" w:hAnsiTheme="majorHAnsi" w:cstheme="majorBidi"/>
          <w:sz w:val="24"/>
          <w:szCs w:val="24"/>
        </w:rPr>
        <w:t>servizio</w:t>
      </w:r>
      <w:proofErr w:type="spellEnd"/>
    </w:p>
    <w:p w14:paraId="2E4894A8" w14:textId="77777777" w:rsidR="00AD3EB2" w:rsidRPr="007B473C" w:rsidRDefault="00000000">
      <w:pPr>
        <w:rPr>
          <w:sz w:val="24"/>
          <w:szCs w:val="24"/>
        </w:rPr>
      </w:pPr>
      <w:r w:rsidRPr="007B473C">
        <w:rPr>
          <w:b/>
          <w:sz w:val="24"/>
          <w:szCs w:val="24"/>
        </w:rPr>
        <w:t xml:space="preserve">2. </w:t>
      </w:r>
      <w:proofErr w:type="spellStart"/>
      <w:r w:rsidRPr="007B473C">
        <w:rPr>
          <w:b/>
          <w:sz w:val="24"/>
          <w:szCs w:val="24"/>
        </w:rPr>
        <w:t>Adotta</w:t>
      </w:r>
      <w:proofErr w:type="spellEnd"/>
      <w:r w:rsidRPr="007B473C">
        <w:rPr>
          <w:b/>
          <w:sz w:val="24"/>
          <w:szCs w:val="24"/>
        </w:rPr>
        <w:t xml:space="preserve"> un Nonno</w:t>
      </w:r>
      <w:r w:rsidR="00E4447B">
        <w:rPr>
          <w:b/>
          <w:sz w:val="24"/>
          <w:szCs w:val="24"/>
        </w:rPr>
        <w:t xml:space="preserve"> “Progetto Pony”</w:t>
      </w:r>
    </w:p>
    <w:p w14:paraId="317BADA6" w14:textId="77777777" w:rsidR="00AD3EB2" w:rsidRPr="007B473C" w:rsidRDefault="00000000">
      <w:pPr>
        <w:rPr>
          <w:sz w:val="24"/>
          <w:szCs w:val="24"/>
        </w:rPr>
      </w:pPr>
      <w:r w:rsidRPr="007B473C">
        <w:rPr>
          <w:sz w:val="24"/>
          <w:szCs w:val="24"/>
        </w:rPr>
        <w:t xml:space="preserve">- </w:t>
      </w:r>
      <w:proofErr w:type="spellStart"/>
      <w:r w:rsidRPr="007B473C">
        <w:rPr>
          <w:rFonts w:asciiTheme="majorHAnsi" w:eastAsiaTheme="majorEastAsia" w:hAnsiTheme="majorHAnsi" w:cstheme="majorBidi"/>
          <w:sz w:val="24"/>
          <w:szCs w:val="24"/>
        </w:rPr>
        <w:t>Coinvolgimento</w:t>
      </w:r>
      <w:proofErr w:type="spellEnd"/>
      <w:r w:rsidRPr="007B473C">
        <w:rPr>
          <w:rFonts w:asciiTheme="majorHAnsi" w:eastAsiaTheme="majorEastAsia" w:hAnsiTheme="majorHAnsi" w:cstheme="majorBidi"/>
          <w:sz w:val="24"/>
          <w:szCs w:val="24"/>
        </w:rPr>
        <w:t xml:space="preserve"> di </w:t>
      </w:r>
      <w:proofErr w:type="spellStart"/>
      <w:r w:rsidRPr="007B473C">
        <w:rPr>
          <w:rFonts w:asciiTheme="majorHAnsi" w:eastAsiaTheme="majorEastAsia" w:hAnsiTheme="majorHAnsi" w:cstheme="majorBidi"/>
          <w:sz w:val="24"/>
          <w:szCs w:val="24"/>
        </w:rPr>
        <w:t>studenti</w:t>
      </w:r>
      <w:proofErr w:type="spellEnd"/>
      <w:r w:rsidRPr="007B473C">
        <w:rPr>
          <w:rFonts w:asciiTheme="majorHAnsi" w:eastAsiaTheme="majorEastAsia" w:hAnsiTheme="majorHAnsi" w:cstheme="majorBidi"/>
          <w:sz w:val="24"/>
          <w:szCs w:val="24"/>
        </w:rPr>
        <w:t xml:space="preserve"> </w:t>
      </w:r>
      <w:proofErr w:type="spellStart"/>
      <w:r w:rsidRPr="007B473C">
        <w:rPr>
          <w:rFonts w:asciiTheme="majorHAnsi" w:eastAsiaTheme="majorEastAsia" w:hAnsiTheme="majorHAnsi" w:cstheme="majorBidi"/>
          <w:sz w:val="24"/>
          <w:szCs w:val="24"/>
        </w:rPr>
        <w:t>delle</w:t>
      </w:r>
      <w:proofErr w:type="spellEnd"/>
      <w:r w:rsidRPr="007B473C">
        <w:rPr>
          <w:rFonts w:asciiTheme="majorHAnsi" w:eastAsiaTheme="majorEastAsia" w:hAnsiTheme="majorHAnsi" w:cstheme="majorBidi"/>
          <w:sz w:val="24"/>
          <w:szCs w:val="24"/>
        </w:rPr>
        <w:t xml:space="preserve"> </w:t>
      </w:r>
      <w:proofErr w:type="spellStart"/>
      <w:r w:rsidRPr="007B473C">
        <w:rPr>
          <w:rFonts w:asciiTheme="majorHAnsi" w:eastAsiaTheme="majorEastAsia" w:hAnsiTheme="majorHAnsi" w:cstheme="majorBidi"/>
          <w:sz w:val="24"/>
          <w:szCs w:val="24"/>
        </w:rPr>
        <w:t>scuole</w:t>
      </w:r>
      <w:proofErr w:type="spellEnd"/>
      <w:r w:rsidRPr="007B473C">
        <w:rPr>
          <w:rFonts w:asciiTheme="majorHAnsi" w:eastAsiaTheme="majorEastAsia" w:hAnsiTheme="majorHAnsi" w:cstheme="majorBidi"/>
          <w:sz w:val="24"/>
          <w:szCs w:val="24"/>
        </w:rPr>
        <w:t xml:space="preserve"> </w:t>
      </w:r>
      <w:proofErr w:type="spellStart"/>
      <w:r w:rsidRPr="007B473C">
        <w:rPr>
          <w:rFonts w:asciiTheme="majorHAnsi" w:eastAsiaTheme="majorEastAsia" w:hAnsiTheme="majorHAnsi" w:cstheme="majorBidi"/>
          <w:sz w:val="24"/>
          <w:szCs w:val="24"/>
        </w:rPr>
        <w:t>superiori</w:t>
      </w:r>
      <w:proofErr w:type="spellEnd"/>
      <w:r w:rsidRPr="007B473C">
        <w:rPr>
          <w:rFonts w:asciiTheme="majorHAnsi" w:eastAsiaTheme="majorEastAsia" w:hAnsiTheme="majorHAnsi" w:cstheme="majorBidi"/>
          <w:sz w:val="24"/>
          <w:szCs w:val="24"/>
        </w:rPr>
        <w:t xml:space="preserve"> (4° e 5° anno)</w:t>
      </w:r>
      <w:r w:rsidRPr="007B473C">
        <w:rPr>
          <w:rFonts w:asciiTheme="majorHAnsi" w:eastAsiaTheme="majorEastAsia" w:hAnsiTheme="majorHAnsi" w:cstheme="majorBidi"/>
          <w:sz w:val="24"/>
          <w:szCs w:val="24"/>
        </w:rPr>
        <w:br/>
        <w:t xml:space="preserve">- </w:t>
      </w:r>
      <w:proofErr w:type="spellStart"/>
      <w:r w:rsidRPr="007B473C">
        <w:rPr>
          <w:rFonts w:asciiTheme="majorHAnsi" w:eastAsiaTheme="majorEastAsia" w:hAnsiTheme="majorHAnsi" w:cstheme="majorBidi"/>
          <w:sz w:val="24"/>
          <w:szCs w:val="24"/>
        </w:rPr>
        <w:t>Visite</w:t>
      </w:r>
      <w:proofErr w:type="spellEnd"/>
      <w:r w:rsidRPr="007B473C">
        <w:rPr>
          <w:rFonts w:asciiTheme="majorHAnsi" w:eastAsiaTheme="majorEastAsia" w:hAnsiTheme="majorHAnsi" w:cstheme="majorBidi"/>
          <w:sz w:val="24"/>
          <w:szCs w:val="24"/>
        </w:rPr>
        <w:t xml:space="preserve"> a </w:t>
      </w:r>
      <w:proofErr w:type="spellStart"/>
      <w:r w:rsidRPr="007B473C">
        <w:rPr>
          <w:rFonts w:asciiTheme="majorHAnsi" w:eastAsiaTheme="majorEastAsia" w:hAnsiTheme="majorHAnsi" w:cstheme="majorBidi"/>
          <w:sz w:val="24"/>
          <w:szCs w:val="24"/>
        </w:rPr>
        <w:t>domicilio</w:t>
      </w:r>
      <w:proofErr w:type="spellEnd"/>
      <w:r w:rsidRPr="007B473C">
        <w:rPr>
          <w:rFonts w:asciiTheme="majorHAnsi" w:eastAsiaTheme="majorEastAsia" w:hAnsiTheme="majorHAnsi" w:cstheme="majorBidi"/>
          <w:sz w:val="24"/>
          <w:szCs w:val="24"/>
        </w:rPr>
        <w:t xml:space="preserve"> o in RSA per </w:t>
      </w:r>
      <w:proofErr w:type="spellStart"/>
      <w:r w:rsidRPr="007B473C">
        <w:rPr>
          <w:rFonts w:asciiTheme="majorHAnsi" w:eastAsiaTheme="majorEastAsia" w:hAnsiTheme="majorHAnsi" w:cstheme="majorBidi"/>
          <w:sz w:val="24"/>
          <w:szCs w:val="24"/>
        </w:rPr>
        <w:t>compagnia</w:t>
      </w:r>
      <w:proofErr w:type="spellEnd"/>
      <w:r w:rsidRPr="007B473C">
        <w:rPr>
          <w:rFonts w:asciiTheme="majorHAnsi" w:eastAsiaTheme="majorEastAsia" w:hAnsiTheme="majorHAnsi" w:cstheme="majorBidi"/>
          <w:sz w:val="24"/>
          <w:szCs w:val="24"/>
        </w:rPr>
        <w:t xml:space="preserve"> e </w:t>
      </w:r>
      <w:proofErr w:type="spellStart"/>
      <w:r w:rsidRPr="007B473C">
        <w:rPr>
          <w:rFonts w:asciiTheme="majorHAnsi" w:eastAsiaTheme="majorEastAsia" w:hAnsiTheme="majorHAnsi" w:cstheme="majorBidi"/>
          <w:sz w:val="24"/>
          <w:szCs w:val="24"/>
        </w:rPr>
        <w:t>piccole</w:t>
      </w:r>
      <w:proofErr w:type="spellEnd"/>
      <w:r w:rsidRPr="007B473C">
        <w:rPr>
          <w:rFonts w:asciiTheme="majorHAnsi" w:eastAsiaTheme="majorEastAsia" w:hAnsiTheme="majorHAnsi" w:cstheme="majorBidi"/>
          <w:sz w:val="24"/>
          <w:szCs w:val="24"/>
        </w:rPr>
        <w:t xml:space="preserve"> </w:t>
      </w:r>
      <w:proofErr w:type="spellStart"/>
      <w:r w:rsidRPr="007B473C">
        <w:rPr>
          <w:rFonts w:asciiTheme="majorHAnsi" w:eastAsiaTheme="majorEastAsia" w:hAnsiTheme="majorHAnsi" w:cstheme="majorBidi"/>
          <w:sz w:val="24"/>
          <w:szCs w:val="24"/>
        </w:rPr>
        <w:t>commissioni</w:t>
      </w:r>
      <w:proofErr w:type="spellEnd"/>
      <w:r w:rsidRPr="007B473C">
        <w:rPr>
          <w:rFonts w:asciiTheme="majorHAnsi" w:eastAsiaTheme="majorEastAsia" w:hAnsiTheme="majorHAnsi" w:cstheme="majorBidi"/>
          <w:sz w:val="24"/>
          <w:szCs w:val="24"/>
        </w:rPr>
        <w:br/>
        <w:t xml:space="preserve">- </w:t>
      </w:r>
      <w:proofErr w:type="spellStart"/>
      <w:r w:rsidRPr="007B473C">
        <w:rPr>
          <w:rFonts w:asciiTheme="majorHAnsi" w:eastAsiaTheme="majorEastAsia" w:hAnsiTheme="majorHAnsi" w:cstheme="majorBidi"/>
          <w:sz w:val="24"/>
          <w:szCs w:val="24"/>
        </w:rPr>
        <w:t>Riconoscimento</w:t>
      </w:r>
      <w:proofErr w:type="spellEnd"/>
      <w:r w:rsidRPr="007B473C">
        <w:rPr>
          <w:rFonts w:asciiTheme="majorHAnsi" w:eastAsiaTheme="majorEastAsia" w:hAnsiTheme="majorHAnsi" w:cstheme="majorBidi"/>
          <w:sz w:val="24"/>
          <w:szCs w:val="24"/>
        </w:rPr>
        <w:t xml:space="preserve"> di </w:t>
      </w:r>
      <w:proofErr w:type="spellStart"/>
      <w:r w:rsidRPr="007B473C">
        <w:rPr>
          <w:rFonts w:asciiTheme="majorHAnsi" w:eastAsiaTheme="majorEastAsia" w:hAnsiTheme="majorHAnsi" w:cstheme="majorBidi"/>
          <w:sz w:val="24"/>
          <w:szCs w:val="24"/>
        </w:rPr>
        <w:t>crediti</w:t>
      </w:r>
      <w:proofErr w:type="spellEnd"/>
      <w:r w:rsidRPr="007B473C">
        <w:rPr>
          <w:rFonts w:asciiTheme="majorHAnsi" w:eastAsiaTheme="majorEastAsia" w:hAnsiTheme="majorHAnsi" w:cstheme="majorBidi"/>
          <w:sz w:val="24"/>
          <w:szCs w:val="24"/>
        </w:rPr>
        <w:t xml:space="preserve"> </w:t>
      </w:r>
      <w:proofErr w:type="spellStart"/>
      <w:r w:rsidRPr="007B473C">
        <w:rPr>
          <w:rFonts w:asciiTheme="majorHAnsi" w:eastAsiaTheme="majorEastAsia" w:hAnsiTheme="majorHAnsi" w:cstheme="majorBidi"/>
          <w:sz w:val="24"/>
          <w:szCs w:val="24"/>
        </w:rPr>
        <w:t>formativi</w:t>
      </w:r>
      <w:proofErr w:type="spellEnd"/>
      <w:r w:rsidRPr="007B473C">
        <w:rPr>
          <w:rFonts w:asciiTheme="majorHAnsi" w:eastAsiaTheme="majorEastAsia" w:hAnsiTheme="majorHAnsi" w:cstheme="majorBidi"/>
          <w:sz w:val="24"/>
          <w:szCs w:val="24"/>
        </w:rPr>
        <w:br/>
        <w:t xml:space="preserve">- </w:t>
      </w:r>
      <w:proofErr w:type="spellStart"/>
      <w:r w:rsidRPr="007B473C">
        <w:rPr>
          <w:rFonts w:asciiTheme="majorHAnsi" w:eastAsiaTheme="majorEastAsia" w:hAnsiTheme="majorHAnsi" w:cstheme="majorBidi"/>
          <w:sz w:val="24"/>
          <w:szCs w:val="24"/>
        </w:rPr>
        <w:t>Scambio</w:t>
      </w:r>
      <w:proofErr w:type="spellEnd"/>
      <w:r w:rsidRPr="007B473C">
        <w:rPr>
          <w:rFonts w:asciiTheme="majorHAnsi" w:eastAsiaTheme="majorEastAsia" w:hAnsiTheme="majorHAnsi" w:cstheme="majorBidi"/>
          <w:sz w:val="24"/>
          <w:szCs w:val="24"/>
        </w:rPr>
        <w:t xml:space="preserve"> </w:t>
      </w:r>
      <w:proofErr w:type="spellStart"/>
      <w:r w:rsidRPr="007B473C">
        <w:rPr>
          <w:rFonts w:asciiTheme="majorHAnsi" w:eastAsiaTheme="majorEastAsia" w:hAnsiTheme="majorHAnsi" w:cstheme="majorBidi"/>
          <w:sz w:val="24"/>
          <w:szCs w:val="24"/>
        </w:rPr>
        <w:t>intergenerazionale</w:t>
      </w:r>
      <w:proofErr w:type="spellEnd"/>
      <w:r w:rsidRPr="007B473C">
        <w:rPr>
          <w:rFonts w:asciiTheme="majorHAnsi" w:eastAsiaTheme="majorEastAsia" w:hAnsiTheme="majorHAnsi" w:cstheme="majorBidi"/>
          <w:sz w:val="24"/>
          <w:szCs w:val="24"/>
        </w:rPr>
        <w:t xml:space="preserve"> e lotta </w:t>
      </w:r>
      <w:proofErr w:type="spellStart"/>
      <w:r w:rsidRPr="007B473C">
        <w:rPr>
          <w:rFonts w:asciiTheme="majorHAnsi" w:eastAsiaTheme="majorEastAsia" w:hAnsiTheme="majorHAnsi" w:cstheme="majorBidi"/>
          <w:sz w:val="24"/>
          <w:szCs w:val="24"/>
        </w:rPr>
        <w:t>alla</w:t>
      </w:r>
      <w:proofErr w:type="spellEnd"/>
      <w:r w:rsidRPr="007B473C">
        <w:rPr>
          <w:rFonts w:asciiTheme="majorHAnsi" w:eastAsiaTheme="majorEastAsia" w:hAnsiTheme="majorHAnsi" w:cstheme="majorBidi"/>
          <w:sz w:val="24"/>
          <w:szCs w:val="24"/>
        </w:rPr>
        <w:t xml:space="preserve"> </w:t>
      </w:r>
      <w:proofErr w:type="spellStart"/>
      <w:r w:rsidRPr="007B473C">
        <w:rPr>
          <w:rFonts w:asciiTheme="majorHAnsi" w:eastAsiaTheme="majorEastAsia" w:hAnsiTheme="majorHAnsi" w:cstheme="majorBidi"/>
          <w:sz w:val="24"/>
          <w:szCs w:val="24"/>
        </w:rPr>
        <w:t>solitudine</w:t>
      </w:r>
      <w:proofErr w:type="spellEnd"/>
    </w:p>
    <w:p w14:paraId="27A13AF4" w14:textId="2C6F3048" w:rsidR="00AD3EB2" w:rsidRPr="007B473C" w:rsidRDefault="001E70EC">
      <w:pPr>
        <w:rPr>
          <w:sz w:val="24"/>
          <w:szCs w:val="24"/>
        </w:rPr>
      </w:pPr>
      <w:r>
        <w:rPr>
          <w:b/>
          <w:sz w:val="24"/>
          <w:szCs w:val="24"/>
        </w:rPr>
        <w:t>3</w:t>
      </w:r>
      <w:r w:rsidRPr="007B473C">
        <w:rPr>
          <w:b/>
          <w:sz w:val="24"/>
          <w:szCs w:val="24"/>
        </w:rPr>
        <w:t xml:space="preserve">. </w:t>
      </w:r>
      <w:bookmarkStart w:id="1" w:name="_Hlk203726485"/>
      <w:proofErr w:type="spellStart"/>
      <w:r w:rsidRPr="007B473C">
        <w:rPr>
          <w:b/>
          <w:sz w:val="24"/>
          <w:szCs w:val="24"/>
        </w:rPr>
        <w:t>Attività</w:t>
      </w:r>
      <w:proofErr w:type="spellEnd"/>
      <w:r w:rsidRPr="007B473C">
        <w:rPr>
          <w:b/>
          <w:sz w:val="24"/>
          <w:szCs w:val="24"/>
        </w:rPr>
        <w:t xml:space="preserve"> di </w:t>
      </w:r>
      <w:proofErr w:type="spellStart"/>
      <w:r w:rsidRPr="007B473C">
        <w:rPr>
          <w:b/>
          <w:sz w:val="24"/>
          <w:szCs w:val="24"/>
        </w:rPr>
        <w:t>socializzazione</w:t>
      </w:r>
      <w:proofErr w:type="spellEnd"/>
      <w:r w:rsidRPr="007B473C">
        <w:rPr>
          <w:b/>
          <w:sz w:val="24"/>
          <w:szCs w:val="24"/>
        </w:rPr>
        <w:t xml:space="preserve"> e </w:t>
      </w:r>
      <w:proofErr w:type="spellStart"/>
      <w:r w:rsidRPr="007B473C">
        <w:rPr>
          <w:b/>
          <w:sz w:val="24"/>
          <w:szCs w:val="24"/>
        </w:rPr>
        <w:t>aggregazione</w:t>
      </w:r>
      <w:bookmarkEnd w:id="1"/>
      <w:proofErr w:type="spellEnd"/>
    </w:p>
    <w:p w14:paraId="6F5F6DB7" w14:textId="4F577550" w:rsidR="00AD3EB2" w:rsidRPr="007B473C" w:rsidRDefault="00000000">
      <w:pPr>
        <w:rPr>
          <w:sz w:val="24"/>
          <w:szCs w:val="24"/>
        </w:rPr>
      </w:pPr>
      <w:r w:rsidRPr="007B473C">
        <w:rPr>
          <w:sz w:val="24"/>
          <w:szCs w:val="24"/>
        </w:rPr>
        <w:t xml:space="preserve">- </w:t>
      </w:r>
      <w:r w:rsidRPr="007B473C">
        <w:rPr>
          <w:rFonts w:asciiTheme="majorHAnsi" w:eastAsiaTheme="majorEastAsia" w:hAnsiTheme="majorHAnsi" w:cstheme="majorBidi"/>
          <w:sz w:val="24"/>
          <w:szCs w:val="24"/>
        </w:rPr>
        <w:t>'</w:t>
      </w:r>
      <w:proofErr w:type="spellStart"/>
      <w:r w:rsidRPr="007B473C">
        <w:rPr>
          <w:rFonts w:asciiTheme="majorHAnsi" w:eastAsiaTheme="majorEastAsia" w:hAnsiTheme="majorHAnsi" w:cstheme="majorBidi"/>
          <w:sz w:val="24"/>
          <w:szCs w:val="24"/>
        </w:rPr>
        <w:t>C'era</w:t>
      </w:r>
      <w:proofErr w:type="spellEnd"/>
      <w:r w:rsidRPr="007B473C">
        <w:rPr>
          <w:rFonts w:asciiTheme="majorHAnsi" w:eastAsiaTheme="majorEastAsia" w:hAnsiTheme="majorHAnsi" w:cstheme="majorBidi"/>
          <w:sz w:val="24"/>
          <w:szCs w:val="24"/>
        </w:rPr>
        <w:t xml:space="preserve"> </w:t>
      </w:r>
      <w:proofErr w:type="spellStart"/>
      <w:r w:rsidRPr="007B473C">
        <w:rPr>
          <w:rFonts w:asciiTheme="majorHAnsi" w:eastAsiaTheme="majorEastAsia" w:hAnsiTheme="majorHAnsi" w:cstheme="majorBidi"/>
          <w:sz w:val="24"/>
          <w:szCs w:val="24"/>
        </w:rPr>
        <w:t>una</w:t>
      </w:r>
      <w:proofErr w:type="spellEnd"/>
      <w:r w:rsidRPr="007B473C">
        <w:rPr>
          <w:rFonts w:asciiTheme="majorHAnsi" w:eastAsiaTheme="majorEastAsia" w:hAnsiTheme="majorHAnsi" w:cstheme="majorBidi"/>
          <w:sz w:val="24"/>
          <w:szCs w:val="24"/>
        </w:rPr>
        <w:t xml:space="preserve"> volta </w:t>
      </w:r>
      <w:proofErr w:type="spellStart"/>
      <w:r w:rsidRPr="007B473C">
        <w:rPr>
          <w:rFonts w:asciiTheme="majorHAnsi" w:eastAsiaTheme="majorEastAsia" w:hAnsiTheme="majorHAnsi" w:cstheme="majorBidi"/>
          <w:sz w:val="24"/>
          <w:szCs w:val="24"/>
        </w:rPr>
        <w:t>l'Osteria</w:t>
      </w:r>
      <w:proofErr w:type="spellEnd"/>
      <w:r w:rsidRPr="007B473C">
        <w:rPr>
          <w:rFonts w:asciiTheme="majorHAnsi" w:eastAsiaTheme="majorEastAsia" w:hAnsiTheme="majorHAnsi" w:cstheme="majorBidi"/>
          <w:sz w:val="24"/>
          <w:szCs w:val="24"/>
        </w:rPr>
        <w:t xml:space="preserve">': </w:t>
      </w:r>
      <w:proofErr w:type="spellStart"/>
      <w:r w:rsidRPr="007B473C">
        <w:rPr>
          <w:rFonts w:asciiTheme="majorHAnsi" w:eastAsiaTheme="majorEastAsia" w:hAnsiTheme="majorHAnsi" w:cstheme="majorBidi"/>
          <w:sz w:val="24"/>
          <w:szCs w:val="24"/>
        </w:rPr>
        <w:t>spazio</w:t>
      </w:r>
      <w:proofErr w:type="spellEnd"/>
      <w:r w:rsidRPr="007B473C">
        <w:rPr>
          <w:rFonts w:asciiTheme="majorHAnsi" w:eastAsiaTheme="majorEastAsia" w:hAnsiTheme="majorHAnsi" w:cstheme="majorBidi"/>
          <w:sz w:val="24"/>
          <w:szCs w:val="24"/>
        </w:rPr>
        <w:t xml:space="preserve"> con </w:t>
      </w:r>
      <w:r w:rsidR="005918F2">
        <w:rPr>
          <w:rFonts w:asciiTheme="majorHAnsi" w:eastAsiaTheme="majorEastAsia" w:hAnsiTheme="majorHAnsi" w:cstheme="majorBidi"/>
          <w:sz w:val="24"/>
          <w:szCs w:val="24"/>
        </w:rPr>
        <w:t xml:space="preserve">libri, </w:t>
      </w:r>
      <w:proofErr w:type="spellStart"/>
      <w:r w:rsidRPr="007B473C">
        <w:rPr>
          <w:rFonts w:asciiTheme="majorHAnsi" w:eastAsiaTheme="majorEastAsia" w:hAnsiTheme="majorHAnsi" w:cstheme="majorBidi"/>
          <w:sz w:val="24"/>
          <w:szCs w:val="24"/>
        </w:rPr>
        <w:t>giornali</w:t>
      </w:r>
      <w:proofErr w:type="spellEnd"/>
      <w:r w:rsidRPr="007B473C">
        <w:rPr>
          <w:rFonts w:asciiTheme="majorHAnsi" w:eastAsiaTheme="majorEastAsia" w:hAnsiTheme="majorHAnsi" w:cstheme="majorBidi"/>
          <w:sz w:val="24"/>
          <w:szCs w:val="24"/>
        </w:rPr>
        <w:t xml:space="preserve">, </w:t>
      </w:r>
      <w:proofErr w:type="spellStart"/>
      <w:r w:rsidRPr="007B473C">
        <w:rPr>
          <w:rFonts w:asciiTheme="majorHAnsi" w:eastAsiaTheme="majorEastAsia" w:hAnsiTheme="majorHAnsi" w:cstheme="majorBidi"/>
          <w:sz w:val="24"/>
          <w:szCs w:val="24"/>
        </w:rPr>
        <w:t>giochi</w:t>
      </w:r>
      <w:proofErr w:type="spellEnd"/>
      <w:r w:rsidRPr="007B473C">
        <w:rPr>
          <w:rFonts w:asciiTheme="majorHAnsi" w:eastAsiaTheme="majorEastAsia" w:hAnsiTheme="majorHAnsi" w:cstheme="majorBidi"/>
          <w:sz w:val="24"/>
          <w:szCs w:val="24"/>
        </w:rPr>
        <w:t xml:space="preserve"> da </w:t>
      </w:r>
      <w:proofErr w:type="spellStart"/>
      <w:r w:rsidRPr="007B473C">
        <w:rPr>
          <w:rFonts w:asciiTheme="majorHAnsi" w:eastAsiaTheme="majorEastAsia" w:hAnsiTheme="majorHAnsi" w:cstheme="majorBidi"/>
          <w:sz w:val="24"/>
          <w:szCs w:val="24"/>
        </w:rPr>
        <w:t>tavolo</w:t>
      </w:r>
      <w:proofErr w:type="spellEnd"/>
      <w:r w:rsidRPr="007B473C">
        <w:rPr>
          <w:rFonts w:asciiTheme="majorHAnsi" w:eastAsiaTheme="majorEastAsia" w:hAnsiTheme="majorHAnsi" w:cstheme="majorBidi"/>
          <w:sz w:val="24"/>
          <w:szCs w:val="24"/>
        </w:rPr>
        <w:t>, caffè e tisane</w:t>
      </w:r>
      <w:r w:rsidRPr="007B473C">
        <w:rPr>
          <w:rFonts w:asciiTheme="majorHAnsi" w:eastAsiaTheme="majorEastAsia" w:hAnsiTheme="majorHAnsi" w:cstheme="majorBidi"/>
          <w:sz w:val="24"/>
          <w:szCs w:val="24"/>
        </w:rPr>
        <w:br/>
        <w:t xml:space="preserve">- </w:t>
      </w:r>
      <w:proofErr w:type="spellStart"/>
      <w:r w:rsidRPr="007B473C">
        <w:rPr>
          <w:rFonts w:asciiTheme="majorHAnsi" w:eastAsiaTheme="majorEastAsia" w:hAnsiTheme="majorHAnsi" w:cstheme="majorBidi"/>
          <w:sz w:val="24"/>
          <w:szCs w:val="24"/>
        </w:rPr>
        <w:t>Occasioni</w:t>
      </w:r>
      <w:proofErr w:type="spellEnd"/>
      <w:r w:rsidRPr="007B473C">
        <w:rPr>
          <w:rFonts w:asciiTheme="majorHAnsi" w:eastAsiaTheme="majorEastAsia" w:hAnsiTheme="majorHAnsi" w:cstheme="majorBidi"/>
          <w:sz w:val="24"/>
          <w:szCs w:val="24"/>
        </w:rPr>
        <w:t xml:space="preserve"> di </w:t>
      </w:r>
      <w:proofErr w:type="spellStart"/>
      <w:r w:rsidRPr="007B473C">
        <w:rPr>
          <w:rFonts w:asciiTheme="majorHAnsi" w:eastAsiaTheme="majorEastAsia" w:hAnsiTheme="majorHAnsi" w:cstheme="majorBidi"/>
          <w:sz w:val="24"/>
          <w:szCs w:val="24"/>
        </w:rPr>
        <w:t>incontro</w:t>
      </w:r>
      <w:proofErr w:type="spellEnd"/>
      <w:r w:rsidRPr="007B473C">
        <w:rPr>
          <w:rFonts w:asciiTheme="majorHAnsi" w:eastAsiaTheme="majorEastAsia" w:hAnsiTheme="majorHAnsi" w:cstheme="majorBidi"/>
          <w:sz w:val="24"/>
          <w:szCs w:val="24"/>
        </w:rPr>
        <w:t xml:space="preserve"> libero per </w:t>
      </w:r>
      <w:proofErr w:type="spellStart"/>
      <w:r w:rsidRPr="007B473C">
        <w:rPr>
          <w:rFonts w:asciiTheme="majorHAnsi" w:eastAsiaTheme="majorEastAsia" w:hAnsiTheme="majorHAnsi" w:cstheme="majorBidi"/>
          <w:sz w:val="24"/>
          <w:szCs w:val="24"/>
        </w:rPr>
        <w:t>socializzare</w:t>
      </w:r>
      <w:proofErr w:type="spellEnd"/>
      <w:r w:rsidRPr="007B473C">
        <w:rPr>
          <w:rFonts w:asciiTheme="majorHAnsi" w:eastAsiaTheme="majorEastAsia" w:hAnsiTheme="majorHAnsi" w:cstheme="majorBidi"/>
          <w:sz w:val="24"/>
          <w:szCs w:val="24"/>
        </w:rPr>
        <w:t xml:space="preserve"> in un </w:t>
      </w:r>
      <w:proofErr w:type="spellStart"/>
      <w:r w:rsidRPr="007B473C">
        <w:rPr>
          <w:rFonts w:asciiTheme="majorHAnsi" w:eastAsiaTheme="majorEastAsia" w:hAnsiTheme="majorHAnsi" w:cstheme="majorBidi"/>
          <w:sz w:val="24"/>
          <w:szCs w:val="24"/>
        </w:rPr>
        <w:t>ambiente</w:t>
      </w:r>
      <w:proofErr w:type="spellEnd"/>
      <w:r w:rsidRPr="007B473C">
        <w:rPr>
          <w:rFonts w:asciiTheme="majorHAnsi" w:eastAsiaTheme="majorEastAsia" w:hAnsiTheme="majorHAnsi" w:cstheme="majorBidi"/>
          <w:sz w:val="24"/>
          <w:szCs w:val="24"/>
        </w:rPr>
        <w:t xml:space="preserve"> </w:t>
      </w:r>
      <w:proofErr w:type="spellStart"/>
      <w:r w:rsidRPr="007B473C">
        <w:rPr>
          <w:rFonts w:asciiTheme="majorHAnsi" w:eastAsiaTheme="majorEastAsia" w:hAnsiTheme="majorHAnsi" w:cstheme="majorBidi"/>
          <w:sz w:val="24"/>
          <w:szCs w:val="24"/>
        </w:rPr>
        <w:t>sereno</w:t>
      </w:r>
      <w:proofErr w:type="spellEnd"/>
      <w:r w:rsidRPr="007B473C">
        <w:rPr>
          <w:rFonts w:asciiTheme="majorHAnsi" w:eastAsiaTheme="majorEastAsia" w:hAnsiTheme="majorHAnsi" w:cstheme="majorBidi"/>
          <w:sz w:val="24"/>
          <w:szCs w:val="24"/>
        </w:rPr>
        <w:t xml:space="preserve"> e </w:t>
      </w:r>
      <w:proofErr w:type="spellStart"/>
      <w:r w:rsidRPr="007B473C">
        <w:rPr>
          <w:rFonts w:asciiTheme="majorHAnsi" w:eastAsiaTheme="majorEastAsia" w:hAnsiTheme="majorHAnsi" w:cstheme="majorBidi"/>
          <w:sz w:val="24"/>
          <w:szCs w:val="24"/>
        </w:rPr>
        <w:t>familiare</w:t>
      </w:r>
      <w:proofErr w:type="spellEnd"/>
    </w:p>
    <w:p w14:paraId="6FF4E9ED" w14:textId="4F06B019" w:rsidR="002C3CD7" w:rsidRPr="00680EA0" w:rsidRDefault="00FA3DE0">
      <w:pPr>
        <w:rPr>
          <w:rFonts w:asciiTheme="majorHAnsi" w:eastAsiaTheme="majorEastAsia" w:hAnsiTheme="majorHAnsi" w:cstheme="majorBidi"/>
          <w:sz w:val="24"/>
          <w:szCs w:val="24"/>
        </w:rPr>
      </w:pPr>
      <w:r>
        <w:rPr>
          <w:b/>
          <w:sz w:val="24"/>
          <w:szCs w:val="24"/>
        </w:rPr>
        <w:t>4</w:t>
      </w:r>
      <w:r w:rsidR="005918F2">
        <w:rPr>
          <w:b/>
          <w:sz w:val="24"/>
          <w:szCs w:val="24"/>
        </w:rPr>
        <w:t xml:space="preserve">. </w:t>
      </w:r>
      <w:r w:rsidR="002C3CD7" w:rsidRPr="002C3CD7">
        <w:rPr>
          <w:b/>
          <w:sz w:val="24"/>
          <w:szCs w:val="24"/>
        </w:rPr>
        <w:t xml:space="preserve">Laboratorio </w:t>
      </w:r>
      <w:proofErr w:type="spellStart"/>
      <w:r w:rsidR="002C3CD7" w:rsidRPr="002C3CD7">
        <w:rPr>
          <w:b/>
          <w:sz w:val="24"/>
          <w:szCs w:val="24"/>
        </w:rPr>
        <w:t>pedagogico</w:t>
      </w:r>
      <w:proofErr w:type="spellEnd"/>
      <w:r w:rsidR="002C3CD7" w:rsidRPr="002C3CD7">
        <w:rPr>
          <w:b/>
          <w:sz w:val="24"/>
          <w:szCs w:val="24"/>
        </w:rPr>
        <w:t xml:space="preserve"> per la terza </w:t>
      </w:r>
      <w:proofErr w:type="spellStart"/>
      <w:r w:rsidR="002C3CD7" w:rsidRPr="002C3CD7">
        <w:rPr>
          <w:b/>
          <w:sz w:val="24"/>
          <w:szCs w:val="24"/>
        </w:rPr>
        <w:t>età</w:t>
      </w:r>
      <w:proofErr w:type="spellEnd"/>
    </w:p>
    <w:p w14:paraId="21BF1A51" w14:textId="77777777" w:rsidR="002C3CD7" w:rsidRDefault="002C3CD7" w:rsidP="002C3CD7">
      <w:pPr>
        <w:spacing w:after="0"/>
        <w:rPr>
          <w:bCs/>
          <w:sz w:val="24"/>
          <w:szCs w:val="24"/>
        </w:rPr>
      </w:pPr>
      <w:r>
        <w:rPr>
          <w:bCs/>
          <w:sz w:val="24"/>
          <w:szCs w:val="24"/>
        </w:rPr>
        <w:t xml:space="preserve">-Laboratorio </w:t>
      </w:r>
      <w:proofErr w:type="spellStart"/>
      <w:r>
        <w:rPr>
          <w:bCs/>
          <w:sz w:val="24"/>
          <w:szCs w:val="24"/>
        </w:rPr>
        <w:t>delle</w:t>
      </w:r>
      <w:proofErr w:type="spellEnd"/>
      <w:r>
        <w:rPr>
          <w:bCs/>
          <w:sz w:val="24"/>
          <w:szCs w:val="24"/>
        </w:rPr>
        <w:t xml:space="preserve"> mani e </w:t>
      </w:r>
      <w:proofErr w:type="spellStart"/>
      <w:r>
        <w:rPr>
          <w:bCs/>
          <w:sz w:val="24"/>
          <w:szCs w:val="24"/>
        </w:rPr>
        <w:t>delle</w:t>
      </w:r>
      <w:proofErr w:type="spellEnd"/>
      <w:r>
        <w:rPr>
          <w:bCs/>
          <w:sz w:val="24"/>
          <w:szCs w:val="24"/>
        </w:rPr>
        <w:t xml:space="preserve"> </w:t>
      </w:r>
      <w:proofErr w:type="spellStart"/>
      <w:r>
        <w:rPr>
          <w:bCs/>
          <w:sz w:val="24"/>
          <w:szCs w:val="24"/>
        </w:rPr>
        <w:t>menti</w:t>
      </w:r>
      <w:proofErr w:type="spellEnd"/>
    </w:p>
    <w:p w14:paraId="3B615A96" w14:textId="77777777" w:rsidR="002C3CD7" w:rsidRDefault="002C3CD7" w:rsidP="002C3CD7">
      <w:pPr>
        <w:spacing w:after="0"/>
        <w:rPr>
          <w:bCs/>
          <w:sz w:val="24"/>
          <w:szCs w:val="24"/>
        </w:rPr>
      </w:pPr>
      <w:r>
        <w:rPr>
          <w:bCs/>
          <w:sz w:val="24"/>
          <w:szCs w:val="24"/>
        </w:rPr>
        <w:t xml:space="preserve">-Laboratorio </w:t>
      </w:r>
      <w:proofErr w:type="spellStart"/>
      <w:r>
        <w:rPr>
          <w:bCs/>
          <w:sz w:val="24"/>
          <w:szCs w:val="24"/>
        </w:rPr>
        <w:t>dei</w:t>
      </w:r>
      <w:proofErr w:type="spellEnd"/>
      <w:r>
        <w:rPr>
          <w:bCs/>
          <w:sz w:val="24"/>
          <w:szCs w:val="24"/>
        </w:rPr>
        <w:t xml:space="preserve"> </w:t>
      </w:r>
      <w:proofErr w:type="spellStart"/>
      <w:r>
        <w:rPr>
          <w:bCs/>
          <w:sz w:val="24"/>
          <w:szCs w:val="24"/>
        </w:rPr>
        <w:t>ricordi</w:t>
      </w:r>
      <w:proofErr w:type="spellEnd"/>
    </w:p>
    <w:p w14:paraId="20DCF912" w14:textId="77777777" w:rsidR="00685A46" w:rsidRPr="000A182F" w:rsidRDefault="002C3CD7" w:rsidP="002C3CD7">
      <w:pPr>
        <w:spacing w:after="100" w:afterAutospacing="1"/>
        <w:rPr>
          <w:bCs/>
          <w:sz w:val="24"/>
          <w:szCs w:val="24"/>
        </w:rPr>
      </w:pPr>
      <w:r>
        <w:rPr>
          <w:bCs/>
          <w:sz w:val="24"/>
          <w:szCs w:val="24"/>
        </w:rPr>
        <w:t xml:space="preserve">-Laboratorio </w:t>
      </w:r>
      <w:proofErr w:type="spellStart"/>
      <w:r>
        <w:rPr>
          <w:bCs/>
          <w:sz w:val="24"/>
          <w:szCs w:val="24"/>
        </w:rPr>
        <w:t>delle</w:t>
      </w:r>
      <w:proofErr w:type="spellEnd"/>
      <w:r>
        <w:rPr>
          <w:bCs/>
          <w:sz w:val="24"/>
          <w:szCs w:val="24"/>
        </w:rPr>
        <w:t xml:space="preserve"> </w:t>
      </w:r>
      <w:proofErr w:type="spellStart"/>
      <w:r>
        <w:rPr>
          <w:bCs/>
          <w:sz w:val="24"/>
          <w:szCs w:val="24"/>
        </w:rPr>
        <w:t>storie</w:t>
      </w:r>
      <w:proofErr w:type="spellEnd"/>
      <w:r>
        <w:rPr>
          <w:bCs/>
          <w:sz w:val="24"/>
          <w:szCs w:val="24"/>
        </w:rPr>
        <w:t xml:space="preserve"> e </w:t>
      </w:r>
      <w:proofErr w:type="spellStart"/>
      <w:r>
        <w:rPr>
          <w:bCs/>
          <w:sz w:val="24"/>
          <w:szCs w:val="24"/>
        </w:rPr>
        <w:t>delle</w:t>
      </w:r>
      <w:proofErr w:type="spellEnd"/>
      <w:r>
        <w:rPr>
          <w:bCs/>
          <w:sz w:val="24"/>
          <w:szCs w:val="24"/>
        </w:rPr>
        <w:t xml:space="preserve"> </w:t>
      </w:r>
      <w:proofErr w:type="spellStart"/>
      <w:r>
        <w:rPr>
          <w:bCs/>
          <w:sz w:val="24"/>
          <w:szCs w:val="24"/>
        </w:rPr>
        <w:t>emozioni</w:t>
      </w:r>
      <w:proofErr w:type="spellEnd"/>
    </w:p>
    <w:p w14:paraId="584BF371" w14:textId="316249A4" w:rsidR="00AD3EB2" w:rsidRPr="007B473C" w:rsidRDefault="00FA3DE0">
      <w:pPr>
        <w:rPr>
          <w:sz w:val="24"/>
          <w:szCs w:val="24"/>
        </w:rPr>
      </w:pPr>
      <w:r>
        <w:rPr>
          <w:b/>
          <w:sz w:val="24"/>
          <w:szCs w:val="24"/>
        </w:rPr>
        <w:t>5</w:t>
      </w:r>
      <w:r w:rsidR="002C3CD7" w:rsidRPr="007B473C">
        <w:rPr>
          <w:b/>
          <w:sz w:val="24"/>
          <w:szCs w:val="24"/>
        </w:rPr>
        <w:t xml:space="preserve">. </w:t>
      </w:r>
      <w:proofErr w:type="spellStart"/>
      <w:r w:rsidR="002C3CD7" w:rsidRPr="007B473C">
        <w:rPr>
          <w:b/>
          <w:sz w:val="24"/>
          <w:szCs w:val="24"/>
        </w:rPr>
        <w:t>Attività</w:t>
      </w:r>
      <w:proofErr w:type="spellEnd"/>
      <w:r w:rsidR="002C3CD7" w:rsidRPr="007B473C">
        <w:rPr>
          <w:b/>
          <w:sz w:val="24"/>
          <w:szCs w:val="24"/>
        </w:rPr>
        <w:t xml:space="preserve"> </w:t>
      </w:r>
      <w:proofErr w:type="spellStart"/>
      <w:r w:rsidR="002C3CD7" w:rsidRPr="007B473C">
        <w:rPr>
          <w:b/>
          <w:sz w:val="24"/>
          <w:szCs w:val="24"/>
        </w:rPr>
        <w:t>ricreative</w:t>
      </w:r>
      <w:proofErr w:type="spellEnd"/>
    </w:p>
    <w:p w14:paraId="74C70FF6" w14:textId="090C7470" w:rsidR="00D16B56" w:rsidRDefault="00000000" w:rsidP="00D16B56">
      <w:pPr>
        <w:spacing w:after="0"/>
        <w:rPr>
          <w:rFonts w:asciiTheme="majorHAnsi" w:eastAsiaTheme="majorEastAsia" w:hAnsiTheme="majorHAnsi" w:cstheme="majorBidi"/>
          <w:sz w:val="24"/>
          <w:szCs w:val="24"/>
        </w:rPr>
      </w:pPr>
      <w:r w:rsidRPr="007B473C">
        <w:rPr>
          <w:sz w:val="24"/>
          <w:szCs w:val="24"/>
        </w:rPr>
        <w:t xml:space="preserve">- </w:t>
      </w:r>
      <w:proofErr w:type="spellStart"/>
      <w:r w:rsidRPr="007B473C">
        <w:rPr>
          <w:rFonts w:asciiTheme="majorHAnsi" w:eastAsiaTheme="majorEastAsia" w:hAnsiTheme="majorHAnsi" w:cstheme="majorBidi"/>
          <w:sz w:val="24"/>
          <w:szCs w:val="24"/>
        </w:rPr>
        <w:t>Laboratori</w:t>
      </w:r>
      <w:proofErr w:type="spellEnd"/>
      <w:r w:rsidRPr="007B473C">
        <w:rPr>
          <w:rFonts w:asciiTheme="majorHAnsi" w:eastAsiaTheme="majorEastAsia" w:hAnsiTheme="majorHAnsi" w:cstheme="majorBidi"/>
          <w:sz w:val="24"/>
          <w:szCs w:val="24"/>
        </w:rPr>
        <w:t xml:space="preserve"> di </w:t>
      </w:r>
      <w:proofErr w:type="spellStart"/>
      <w:r w:rsidRPr="007B473C">
        <w:rPr>
          <w:rFonts w:asciiTheme="majorHAnsi" w:eastAsiaTheme="majorEastAsia" w:hAnsiTheme="majorHAnsi" w:cstheme="majorBidi"/>
          <w:sz w:val="24"/>
          <w:szCs w:val="24"/>
        </w:rPr>
        <w:t>manualità</w:t>
      </w:r>
      <w:proofErr w:type="spellEnd"/>
      <w:r w:rsidRPr="007B473C">
        <w:rPr>
          <w:rFonts w:asciiTheme="majorHAnsi" w:eastAsiaTheme="majorEastAsia" w:hAnsiTheme="majorHAnsi" w:cstheme="majorBidi"/>
          <w:sz w:val="24"/>
          <w:szCs w:val="24"/>
        </w:rPr>
        <w:t xml:space="preserve">, </w:t>
      </w:r>
      <w:proofErr w:type="spellStart"/>
      <w:r w:rsidRPr="007B473C">
        <w:rPr>
          <w:rFonts w:asciiTheme="majorHAnsi" w:eastAsiaTheme="majorEastAsia" w:hAnsiTheme="majorHAnsi" w:cstheme="majorBidi"/>
          <w:sz w:val="24"/>
          <w:szCs w:val="24"/>
        </w:rPr>
        <w:t>pittura</w:t>
      </w:r>
      <w:proofErr w:type="spellEnd"/>
      <w:r w:rsidRPr="007B473C">
        <w:rPr>
          <w:rFonts w:asciiTheme="majorHAnsi" w:eastAsiaTheme="majorEastAsia" w:hAnsiTheme="majorHAnsi" w:cstheme="majorBidi"/>
          <w:sz w:val="24"/>
          <w:szCs w:val="24"/>
        </w:rPr>
        <w:t xml:space="preserve">, musica, </w:t>
      </w:r>
      <w:r w:rsidR="00BB160A">
        <w:rPr>
          <w:rFonts w:asciiTheme="majorHAnsi" w:eastAsiaTheme="majorEastAsia" w:hAnsiTheme="majorHAnsi" w:cstheme="majorBidi"/>
          <w:sz w:val="24"/>
          <w:szCs w:val="24"/>
        </w:rPr>
        <w:t xml:space="preserve">Teatro, </w:t>
      </w:r>
      <w:proofErr w:type="spellStart"/>
      <w:r w:rsidR="00BB160A">
        <w:rPr>
          <w:rFonts w:asciiTheme="majorHAnsi" w:eastAsiaTheme="majorEastAsia" w:hAnsiTheme="majorHAnsi" w:cstheme="majorBidi"/>
          <w:sz w:val="24"/>
          <w:szCs w:val="24"/>
        </w:rPr>
        <w:t>visione</w:t>
      </w:r>
      <w:proofErr w:type="spellEnd"/>
      <w:r w:rsidR="00BB160A">
        <w:rPr>
          <w:rFonts w:asciiTheme="majorHAnsi" w:eastAsiaTheme="majorEastAsia" w:hAnsiTheme="majorHAnsi" w:cstheme="majorBidi"/>
          <w:sz w:val="24"/>
          <w:szCs w:val="24"/>
        </w:rPr>
        <w:t xml:space="preserve"> film</w:t>
      </w:r>
    </w:p>
    <w:p w14:paraId="13BC4F60" w14:textId="77777777" w:rsidR="00AD3EB2" w:rsidRDefault="00D16B56" w:rsidP="00D16B56">
      <w:pPr>
        <w:spacing w:after="0"/>
        <w:rPr>
          <w:rFonts w:asciiTheme="majorHAnsi" w:eastAsiaTheme="majorEastAsia" w:hAnsiTheme="majorHAnsi" w:cstheme="majorBidi"/>
          <w:sz w:val="24"/>
          <w:szCs w:val="24"/>
        </w:rPr>
      </w:pPr>
      <w:r>
        <w:rPr>
          <w:rFonts w:asciiTheme="majorHAnsi" w:eastAsiaTheme="majorEastAsia" w:hAnsiTheme="majorHAnsi" w:cstheme="majorBidi"/>
          <w:sz w:val="24"/>
          <w:szCs w:val="24"/>
        </w:rPr>
        <w:t xml:space="preserve">- Gite </w:t>
      </w:r>
      <w:proofErr w:type="spellStart"/>
      <w:r>
        <w:rPr>
          <w:rFonts w:asciiTheme="majorHAnsi" w:eastAsiaTheme="majorEastAsia" w:hAnsiTheme="majorHAnsi" w:cstheme="majorBidi"/>
          <w:sz w:val="24"/>
          <w:szCs w:val="24"/>
        </w:rPr>
        <w:t>turistiche</w:t>
      </w:r>
      <w:proofErr w:type="spellEnd"/>
      <w:r w:rsidRPr="007B473C">
        <w:rPr>
          <w:rFonts w:asciiTheme="majorHAnsi" w:eastAsiaTheme="majorEastAsia" w:hAnsiTheme="majorHAnsi" w:cstheme="majorBidi"/>
          <w:sz w:val="24"/>
          <w:szCs w:val="24"/>
        </w:rPr>
        <w:br/>
        <w:t xml:space="preserve">- </w:t>
      </w:r>
      <w:proofErr w:type="spellStart"/>
      <w:r w:rsidRPr="007B473C">
        <w:rPr>
          <w:rFonts w:asciiTheme="majorHAnsi" w:eastAsiaTheme="majorEastAsia" w:hAnsiTheme="majorHAnsi" w:cstheme="majorBidi"/>
          <w:sz w:val="24"/>
          <w:szCs w:val="24"/>
        </w:rPr>
        <w:t>Passeggiate</w:t>
      </w:r>
      <w:proofErr w:type="spellEnd"/>
      <w:r w:rsidRPr="007B473C">
        <w:rPr>
          <w:rFonts w:asciiTheme="majorHAnsi" w:eastAsiaTheme="majorEastAsia" w:hAnsiTheme="majorHAnsi" w:cstheme="majorBidi"/>
          <w:sz w:val="24"/>
          <w:szCs w:val="24"/>
        </w:rPr>
        <w:t xml:space="preserve"> </w:t>
      </w:r>
      <w:r w:rsidRPr="007B473C">
        <w:rPr>
          <w:rFonts w:asciiTheme="majorHAnsi" w:eastAsiaTheme="majorEastAsia" w:hAnsiTheme="majorHAnsi" w:cstheme="majorBidi"/>
          <w:sz w:val="24"/>
          <w:szCs w:val="24"/>
        </w:rPr>
        <w:br/>
        <w:t xml:space="preserve">- </w:t>
      </w:r>
      <w:proofErr w:type="spellStart"/>
      <w:r w:rsidRPr="007B473C">
        <w:rPr>
          <w:rFonts w:asciiTheme="majorHAnsi" w:eastAsiaTheme="majorEastAsia" w:hAnsiTheme="majorHAnsi" w:cstheme="majorBidi"/>
          <w:sz w:val="24"/>
          <w:szCs w:val="24"/>
        </w:rPr>
        <w:t>Proposte</w:t>
      </w:r>
      <w:proofErr w:type="spellEnd"/>
      <w:r w:rsidRPr="007B473C">
        <w:rPr>
          <w:rFonts w:asciiTheme="majorHAnsi" w:eastAsiaTheme="majorEastAsia" w:hAnsiTheme="majorHAnsi" w:cstheme="majorBidi"/>
          <w:sz w:val="24"/>
          <w:szCs w:val="24"/>
        </w:rPr>
        <w:t xml:space="preserve"> </w:t>
      </w:r>
      <w:proofErr w:type="spellStart"/>
      <w:r w:rsidRPr="007B473C">
        <w:rPr>
          <w:rFonts w:asciiTheme="majorHAnsi" w:eastAsiaTheme="majorEastAsia" w:hAnsiTheme="majorHAnsi" w:cstheme="majorBidi"/>
          <w:sz w:val="24"/>
          <w:szCs w:val="24"/>
        </w:rPr>
        <w:t>pensate</w:t>
      </w:r>
      <w:proofErr w:type="spellEnd"/>
      <w:r w:rsidRPr="007B473C">
        <w:rPr>
          <w:rFonts w:asciiTheme="majorHAnsi" w:eastAsiaTheme="majorEastAsia" w:hAnsiTheme="majorHAnsi" w:cstheme="majorBidi"/>
          <w:sz w:val="24"/>
          <w:szCs w:val="24"/>
        </w:rPr>
        <w:t xml:space="preserve"> per </w:t>
      </w:r>
      <w:proofErr w:type="spellStart"/>
      <w:r w:rsidRPr="007B473C">
        <w:rPr>
          <w:rFonts w:asciiTheme="majorHAnsi" w:eastAsiaTheme="majorEastAsia" w:hAnsiTheme="majorHAnsi" w:cstheme="majorBidi"/>
          <w:sz w:val="24"/>
          <w:szCs w:val="24"/>
        </w:rPr>
        <w:t>stimolare</w:t>
      </w:r>
      <w:proofErr w:type="spellEnd"/>
      <w:r w:rsidRPr="007B473C">
        <w:rPr>
          <w:rFonts w:asciiTheme="majorHAnsi" w:eastAsiaTheme="majorEastAsia" w:hAnsiTheme="majorHAnsi" w:cstheme="majorBidi"/>
          <w:sz w:val="24"/>
          <w:szCs w:val="24"/>
        </w:rPr>
        <w:t xml:space="preserve"> il </w:t>
      </w:r>
      <w:proofErr w:type="spellStart"/>
      <w:r w:rsidRPr="007B473C">
        <w:rPr>
          <w:rFonts w:asciiTheme="majorHAnsi" w:eastAsiaTheme="majorEastAsia" w:hAnsiTheme="majorHAnsi" w:cstheme="majorBidi"/>
          <w:sz w:val="24"/>
          <w:szCs w:val="24"/>
        </w:rPr>
        <w:t>corpo</w:t>
      </w:r>
      <w:proofErr w:type="spellEnd"/>
      <w:r w:rsidRPr="007B473C">
        <w:rPr>
          <w:rFonts w:asciiTheme="majorHAnsi" w:eastAsiaTheme="majorEastAsia" w:hAnsiTheme="majorHAnsi" w:cstheme="majorBidi"/>
          <w:sz w:val="24"/>
          <w:szCs w:val="24"/>
        </w:rPr>
        <w:t xml:space="preserve"> e la </w:t>
      </w:r>
      <w:proofErr w:type="spellStart"/>
      <w:r w:rsidRPr="007B473C">
        <w:rPr>
          <w:rFonts w:asciiTheme="majorHAnsi" w:eastAsiaTheme="majorEastAsia" w:hAnsiTheme="majorHAnsi" w:cstheme="majorBidi"/>
          <w:sz w:val="24"/>
          <w:szCs w:val="24"/>
        </w:rPr>
        <w:t>mente</w:t>
      </w:r>
      <w:proofErr w:type="spellEnd"/>
    </w:p>
    <w:p w14:paraId="51A44519" w14:textId="77777777" w:rsidR="00D16B56" w:rsidRPr="007B473C" w:rsidRDefault="00D16B56" w:rsidP="00D16B56">
      <w:pPr>
        <w:spacing w:after="0"/>
        <w:rPr>
          <w:rFonts w:asciiTheme="majorHAnsi" w:eastAsiaTheme="majorEastAsia" w:hAnsiTheme="majorHAnsi" w:cstheme="majorBidi"/>
          <w:sz w:val="24"/>
          <w:szCs w:val="24"/>
        </w:rPr>
      </w:pPr>
    </w:p>
    <w:p w14:paraId="51697112" w14:textId="53BA1B9E" w:rsidR="00E01F43" w:rsidRDefault="00FA3DE0" w:rsidP="0077424C">
      <w:pPr>
        <w:rPr>
          <w:b/>
          <w:sz w:val="24"/>
          <w:szCs w:val="24"/>
        </w:rPr>
      </w:pPr>
      <w:r>
        <w:rPr>
          <w:b/>
          <w:sz w:val="24"/>
          <w:szCs w:val="24"/>
        </w:rPr>
        <w:t>6</w:t>
      </w:r>
      <w:r w:rsidR="002C3CD7" w:rsidRPr="007B473C">
        <w:rPr>
          <w:b/>
          <w:sz w:val="24"/>
          <w:szCs w:val="24"/>
        </w:rPr>
        <w:t xml:space="preserve">. </w:t>
      </w:r>
      <w:proofErr w:type="spellStart"/>
      <w:r w:rsidR="002C3CD7" w:rsidRPr="007B473C">
        <w:rPr>
          <w:b/>
          <w:sz w:val="24"/>
          <w:szCs w:val="24"/>
        </w:rPr>
        <w:t>Supporto</w:t>
      </w:r>
      <w:proofErr w:type="spellEnd"/>
      <w:r w:rsidR="002C3CD7" w:rsidRPr="007B473C">
        <w:rPr>
          <w:b/>
          <w:sz w:val="24"/>
          <w:szCs w:val="24"/>
        </w:rPr>
        <w:t xml:space="preserve"> ai </w:t>
      </w:r>
      <w:proofErr w:type="spellStart"/>
      <w:r w:rsidR="002C3CD7" w:rsidRPr="007B473C">
        <w:rPr>
          <w:b/>
          <w:sz w:val="24"/>
          <w:szCs w:val="24"/>
        </w:rPr>
        <w:t>diversamente</w:t>
      </w:r>
      <w:proofErr w:type="spellEnd"/>
      <w:r w:rsidR="002C3CD7" w:rsidRPr="007B473C">
        <w:rPr>
          <w:b/>
          <w:sz w:val="24"/>
          <w:szCs w:val="24"/>
        </w:rPr>
        <w:t xml:space="preserve"> </w:t>
      </w:r>
      <w:proofErr w:type="spellStart"/>
      <w:r w:rsidR="002C3CD7" w:rsidRPr="007B473C">
        <w:rPr>
          <w:b/>
          <w:sz w:val="24"/>
          <w:szCs w:val="24"/>
        </w:rPr>
        <w:t>abili</w:t>
      </w:r>
      <w:proofErr w:type="spellEnd"/>
    </w:p>
    <w:p w14:paraId="43594CE8" w14:textId="4469BD77" w:rsidR="00CA49C1" w:rsidRPr="00E01F43" w:rsidRDefault="00000000" w:rsidP="00565CE3">
      <w:pPr>
        <w:rPr>
          <w:sz w:val="24"/>
          <w:szCs w:val="24"/>
        </w:rPr>
      </w:pPr>
      <w:r w:rsidRPr="007B473C">
        <w:rPr>
          <w:sz w:val="24"/>
          <w:szCs w:val="24"/>
        </w:rPr>
        <w:t xml:space="preserve">- </w:t>
      </w:r>
      <w:proofErr w:type="spellStart"/>
      <w:r w:rsidRPr="007B473C">
        <w:rPr>
          <w:rFonts w:asciiTheme="majorHAnsi" w:eastAsiaTheme="majorEastAsia" w:hAnsiTheme="majorHAnsi" w:cstheme="majorBidi"/>
          <w:sz w:val="24"/>
          <w:szCs w:val="24"/>
        </w:rPr>
        <w:t>Attività</w:t>
      </w:r>
      <w:proofErr w:type="spellEnd"/>
      <w:r w:rsidR="00BB160A">
        <w:rPr>
          <w:rFonts w:asciiTheme="majorHAnsi" w:eastAsiaTheme="majorEastAsia" w:hAnsiTheme="majorHAnsi" w:cstheme="majorBidi"/>
          <w:sz w:val="24"/>
          <w:szCs w:val="24"/>
        </w:rPr>
        <w:t xml:space="preserve"> </w:t>
      </w:r>
      <w:proofErr w:type="spellStart"/>
      <w:r w:rsidR="00BB160A">
        <w:rPr>
          <w:rFonts w:asciiTheme="majorHAnsi" w:eastAsiaTheme="majorEastAsia" w:hAnsiTheme="majorHAnsi" w:cstheme="majorBidi"/>
          <w:sz w:val="24"/>
          <w:szCs w:val="24"/>
        </w:rPr>
        <w:t>manuali</w:t>
      </w:r>
      <w:proofErr w:type="spellEnd"/>
      <w:r w:rsidR="00BB160A">
        <w:rPr>
          <w:rFonts w:asciiTheme="majorHAnsi" w:eastAsiaTheme="majorEastAsia" w:hAnsiTheme="majorHAnsi" w:cstheme="majorBidi"/>
          <w:sz w:val="24"/>
          <w:szCs w:val="24"/>
        </w:rPr>
        <w:t>,</w:t>
      </w:r>
      <w:r w:rsidRPr="007B473C">
        <w:rPr>
          <w:rFonts w:asciiTheme="majorHAnsi" w:eastAsiaTheme="majorEastAsia" w:hAnsiTheme="majorHAnsi" w:cstheme="majorBidi"/>
          <w:sz w:val="24"/>
          <w:szCs w:val="24"/>
        </w:rPr>
        <w:t xml:space="preserve"> </w:t>
      </w:r>
      <w:proofErr w:type="spellStart"/>
      <w:r w:rsidRPr="007B473C">
        <w:rPr>
          <w:rFonts w:asciiTheme="majorHAnsi" w:eastAsiaTheme="majorEastAsia" w:hAnsiTheme="majorHAnsi" w:cstheme="majorBidi"/>
          <w:sz w:val="24"/>
          <w:szCs w:val="24"/>
        </w:rPr>
        <w:t>ludico</w:t>
      </w:r>
      <w:proofErr w:type="spellEnd"/>
      <w:r w:rsidRPr="007B473C">
        <w:rPr>
          <w:rFonts w:asciiTheme="majorHAnsi" w:eastAsiaTheme="majorEastAsia" w:hAnsiTheme="majorHAnsi" w:cstheme="majorBidi"/>
          <w:sz w:val="24"/>
          <w:szCs w:val="24"/>
        </w:rPr>
        <w:t>-educative</w:t>
      </w:r>
      <w:r w:rsidR="0052786C">
        <w:rPr>
          <w:rFonts w:asciiTheme="majorHAnsi" w:eastAsiaTheme="majorEastAsia" w:hAnsiTheme="majorHAnsi" w:cstheme="majorBidi"/>
          <w:sz w:val="24"/>
          <w:szCs w:val="24"/>
        </w:rPr>
        <w:t xml:space="preserve">, </w:t>
      </w:r>
      <w:proofErr w:type="spellStart"/>
      <w:r w:rsidR="0052786C">
        <w:rPr>
          <w:rFonts w:asciiTheme="majorHAnsi" w:eastAsiaTheme="majorEastAsia" w:hAnsiTheme="majorHAnsi" w:cstheme="majorBidi"/>
          <w:sz w:val="24"/>
          <w:szCs w:val="24"/>
        </w:rPr>
        <w:t>ricreative</w:t>
      </w:r>
      <w:proofErr w:type="spellEnd"/>
      <w:r w:rsidRPr="007B473C">
        <w:rPr>
          <w:rFonts w:asciiTheme="majorHAnsi" w:eastAsiaTheme="majorEastAsia" w:hAnsiTheme="majorHAnsi" w:cstheme="majorBidi"/>
          <w:sz w:val="24"/>
          <w:szCs w:val="24"/>
        </w:rPr>
        <w:t xml:space="preserve"> e sportive</w:t>
      </w:r>
      <w:r w:rsidRPr="007B473C">
        <w:rPr>
          <w:rFonts w:asciiTheme="majorHAnsi" w:eastAsiaTheme="majorEastAsia" w:hAnsiTheme="majorHAnsi" w:cstheme="majorBidi"/>
          <w:sz w:val="24"/>
          <w:szCs w:val="24"/>
        </w:rPr>
        <w:br/>
        <w:t xml:space="preserve">- </w:t>
      </w:r>
      <w:proofErr w:type="spellStart"/>
      <w:r w:rsidRPr="007B473C">
        <w:rPr>
          <w:rFonts w:asciiTheme="majorHAnsi" w:eastAsiaTheme="majorEastAsia" w:hAnsiTheme="majorHAnsi" w:cstheme="majorBidi"/>
          <w:sz w:val="24"/>
          <w:szCs w:val="24"/>
        </w:rPr>
        <w:t>Inserimento</w:t>
      </w:r>
      <w:proofErr w:type="spellEnd"/>
      <w:r w:rsidRPr="007B473C">
        <w:rPr>
          <w:rFonts w:asciiTheme="majorHAnsi" w:eastAsiaTheme="majorEastAsia" w:hAnsiTheme="majorHAnsi" w:cstheme="majorBidi"/>
          <w:sz w:val="24"/>
          <w:szCs w:val="24"/>
        </w:rPr>
        <w:t xml:space="preserve"> </w:t>
      </w:r>
      <w:r w:rsidR="0052786C">
        <w:rPr>
          <w:rFonts w:asciiTheme="majorHAnsi" w:eastAsiaTheme="majorEastAsia" w:hAnsiTheme="majorHAnsi" w:cstheme="majorBidi"/>
          <w:sz w:val="24"/>
          <w:szCs w:val="24"/>
        </w:rPr>
        <w:t xml:space="preserve">in un </w:t>
      </w:r>
      <w:proofErr w:type="spellStart"/>
      <w:r w:rsidR="0052786C">
        <w:rPr>
          <w:rFonts w:asciiTheme="majorHAnsi" w:eastAsiaTheme="majorEastAsia" w:hAnsiTheme="majorHAnsi" w:cstheme="majorBidi"/>
          <w:sz w:val="24"/>
          <w:szCs w:val="24"/>
        </w:rPr>
        <w:t>contest</w:t>
      </w:r>
      <w:r w:rsidR="00E4447B">
        <w:rPr>
          <w:rFonts w:asciiTheme="majorHAnsi" w:eastAsiaTheme="majorEastAsia" w:hAnsiTheme="majorHAnsi" w:cstheme="majorBidi"/>
          <w:sz w:val="24"/>
          <w:szCs w:val="24"/>
        </w:rPr>
        <w:t>o</w:t>
      </w:r>
      <w:proofErr w:type="spellEnd"/>
      <w:r w:rsidR="0052786C">
        <w:rPr>
          <w:rFonts w:asciiTheme="majorHAnsi" w:eastAsiaTheme="majorEastAsia" w:hAnsiTheme="majorHAnsi" w:cstheme="majorBidi"/>
          <w:sz w:val="24"/>
          <w:szCs w:val="24"/>
        </w:rPr>
        <w:t xml:space="preserve"> </w:t>
      </w:r>
      <w:proofErr w:type="spellStart"/>
      <w:r w:rsidR="0052786C">
        <w:rPr>
          <w:rFonts w:asciiTheme="majorHAnsi" w:eastAsiaTheme="majorEastAsia" w:hAnsiTheme="majorHAnsi" w:cstheme="majorBidi"/>
          <w:sz w:val="24"/>
          <w:szCs w:val="24"/>
        </w:rPr>
        <w:t>accogliente</w:t>
      </w:r>
      <w:proofErr w:type="spellEnd"/>
      <w:r w:rsidR="0052786C">
        <w:rPr>
          <w:rFonts w:asciiTheme="majorHAnsi" w:eastAsiaTheme="majorEastAsia" w:hAnsiTheme="majorHAnsi" w:cstheme="majorBidi"/>
          <w:sz w:val="24"/>
          <w:szCs w:val="24"/>
        </w:rPr>
        <w:t xml:space="preserve"> </w:t>
      </w:r>
      <w:proofErr w:type="spellStart"/>
      <w:r w:rsidR="0052786C">
        <w:rPr>
          <w:rFonts w:asciiTheme="majorHAnsi" w:eastAsiaTheme="majorEastAsia" w:hAnsiTheme="majorHAnsi" w:cstheme="majorBidi"/>
          <w:sz w:val="24"/>
          <w:szCs w:val="24"/>
        </w:rPr>
        <w:t>attraverso</w:t>
      </w:r>
      <w:proofErr w:type="spellEnd"/>
      <w:r w:rsidR="0052786C">
        <w:rPr>
          <w:rFonts w:asciiTheme="majorHAnsi" w:eastAsiaTheme="majorEastAsia" w:hAnsiTheme="majorHAnsi" w:cstheme="majorBidi"/>
          <w:sz w:val="24"/>
          <w:szCs w:val="24"/>
        </w:rPr>
        <w:t xml:space="preserve"> </w:t>
      </w:r>
      <w:proofErr w:type="spellStart"/>
      <w:r w:rsidR="0052786C">
        <w:rPr>
          <w:rFonts w:asciiTheme="majorHAnsi" w:eastAsiaTheme="majorEastAsia" w:hAnsiTheme="majorHAnsi" w:cstheme="majorBidi"/>
          <w:sz w:val="24"/>
          <w:szCs w:val="24"/>
        </w:rPr>
        <w:t>piccoli</w:t>
      </w:r>
      <w:proofErr w:type="spellEnd"/>
      <w:r w:rsidR="0052786C">
        <w:rPr>
          <w:rFonts w:asciiTheme="majorHAnsi" w:eastAsiaTheme="majorEastAsia" w:hAnsiTheme="majorHAnsi" w:cstheme="majorBidi"/>
          <w:sz w:val="24"/>
          <w:szCs w:val="24"/>
        </w:rPr>
        <w:t xml:space="preserve"> </w:t>
      </w:r>
      <w:proofErr w:type="spellStart"/>
      <w:r w:rsidR="0052786C">
        <w:rPr>
          <w:rFonts w:asciiTheme="majorHAnsi" w:eastAsiaTheme="majorEastAsia" w:hAnsiTheme="majorHAnsi" w:cstheme="majorBidi"/>
          <w:sz w:val="24"/>
          <w:szCs w:val="24"/>
        </w:rPr>
        <w:t>compiti</w:t>
      </w:r>
      <w:proofErr w:type="spellEnd"/>
      <w:r w:rsidR="0052786C">
        <w:rPr>
          <w:rFonts w:asciiTheme="majorHAnsi" w:eastAsiaTheme="majorEastAsia" w:hAnsiTheme="majorHAnsi" w:cstheme="majorBidi"/>
          <w:sz w:val="24"/>
          <w:szCs w:val="24"/>
        </w:rPr>
        <w:t xml:space="preserve"> </w:t>
      </w:r>
      <w:proofErr w:type="spellStart"/>
      <w:r w:rsidR="0052786C">
        <w:rPr>
          <w:rFonts w:asciiTheme="majorHAnsi" w:eastAsiaTheme="majorEastAsia" w:hAnsiTheme="majorHAnsi" w:cstheme="majorBidi"/>
          <w:sz w:val="24"/>
          <w:szCs w:val="24"/>
        </w:rPr>
        <w:t>simbolici</w:t>
      </w:r>
      <w:proofErr w:type="spellEnd"/>
      <w:r w:rsidRPr="007B473C">
        <w:rPr>
          <w:rFonts w:asciiTheme="majorHAnsi" w:eastAsiaTheme="majorEastAsia" w:hAnsiTheme="majorHAnsi" w:cstheme="majorBidi"/>
          <w:sz w:val="24"/>
          <w:szCs w:val="24"/>
        </w:rPr>
        <w:t xml:space="preserve"> in </w:t>
      </w:r>
      <w:proofErr w:type="spellStart"/>
      <w:r w:rsidRPr="007B473C">
        <w:rPr>
          <w:rFonts w:asciiTheme="majorHAnsi" w:eastAsiaTheme="majorEastAsia" w:hAnsiTheme="majorHAnsi" w:cstheme="majorBidi"/>
          <w:sz w:val="24"/>
          <w:szCs w:val="24"/>
        </w:rPr>
        <w:t>laboratori</w:t>
      </w:r>
      <w:proofErr w:type="spellEnd"/>
      <w:r w:rsidRPr="007B473C">
        <w:rPr>
          <w:rFonts w:asciiTheme="majorHAnsi" w:eastAsiaTheme="majorEastAsia" w:hAnsiTheme="majorHAnsi" w:cstheme="majorBidi"/>
          <w:sz w:val="24"/>
          <w:szCs w:val="24"/>
        </w:rPr>
        <w:t xml:space="preserve"> </w:t>
      </w:r>
      <w:proofErr w:type="spellStart"/>
      <w:r w:rsidRPr="007B473C">
        <w:rPr>
          <w:rFonts w:asciiTheme="majorHAnsi" w:eastAsiaTheme="majorEastAsia" w:hAnsiTheme="majorHAnsi" w:cstheme="majorBidi"/>
          <w:sz w:val="24"/>
          <w:szCs w:val="24"/>
        </w:rPr>
        <w:t>compatibili</w:t>
      </w:r>
      <w:proofErr w:type="spellEnd"/>
      <w:r w:rsidRPr="007B473C">
        <w:rPr>
          <w:rFonts w:asciiTheme="majorHAnsi" w:eastAsiaTheme="majorEastAsia" w:hAnsiTheme="majorHAnsi" w:cstheme="majorBidi"/>
          <w:sz w:val="24"/>
          <w:szCs w:val="24"/>
        </w:rPr>
        <w:t xml:space="preserve"> </w:t>
      </w:r>
      <w:r w:rsidR="00E4447B">
        <w:rPr>
          <w:rFonts w:asciiTheme="majorHAnsi" w:eastAsiaTheme="majorEastAsia" w:hAnsiTheme="majorHAnsi" w:cstheme="majorBidi"/>
          <w:sz w:val="24"/>
          <w:szCs w:val="24"/>
        </w:rPr>
        <w:t xml:space="preserve">      </w:t>
      </w:r>
      <w:r w:rsidR="00B7432B">
        <w:rPr>
          <w:rFonts w:asciiTheme="majorHAnsi" w:eastAsiaTheme="majorEastAsia" w:hAnsiTheme="majorHAnsi" w:cstheme="majorBidi"/>
          <w:sz w:val="24"/>
          <w:szCs w:val="24"/>
        </w:rPr>
        <w:t xml:space="preserve">     </w:t>
      </w:r>
      <w:r w:rsidR="00925753">
        <w:rPr>
          <w:rFonts w:asciiTheme="majorHAnsi" w:eastAsiaTheme="majorEastAsia" w:hAnsiTheme="majorHAnsi" w:cstheme="majorBidi"/>
          <w:sz w:val="24"/>
          <w:szCs w:val="24"/>
        </w:rPr>
        <w:t xml:space="preserve">   </w:t>
      </w:r>
      <w:r w:rsidR="00E01F43">
        <w:rPr>
          <w:rFonts w:asciiTheme="majorHAnsi" w:eastAsiaTheme="majorEastAsia" w:hAnsiTheme="majorHAnsi" w:cstheme="majorBidi"/>
          <w:sz w:val="24"/>
          <w:szCs w:val="24"/>
        </w:rPr>
        <w:t xml:space="preserve">    </w:t>
      </w:r>
      <w:r w:rsidR="008C08F5">
        <w:rPr>
          <w:rFonts w:asciiTheme="majorHAnsi" w:eastAsiaTheme="majorEastAsia" w:hAnsiTheme="majorHAnsi" w:cstheme="majorBidi"/>
          <w:sz w:val="24"/>
          <w:szCs w:val="24"/>
        </w:rPr>
        <w:t xml:space="preserve">  </w:t>
      </w:r>
      <w:r w:rsidR="00565CE3">
        <w:rPr>
          <w:rFonts w:asciiTheme="majorHAnsi" w:eastAsiaTheme="majorEastAsia" w:hAnsiTheme="majorHAnsi" w:cstheme="majorBidi"/>
          <w:sz w:val="24"/>
          <w:szCs w:val="24"/>
        </w:rPr>
        <w:t xml:space="preserve">   </w:t>
      </w:r>
      <w:r w:rsidR="00B7432B">
        <w:rPr>
          <w:rFonts w:asciiTheme="majorHAnsi" w:eastAsiaTheme="majorEastAsia" w:hAnsiTheme="majorHAnsi" w:cstheme="majorBidi"/>
          <w:sz w:val="24"/>
          <w:szCs w:val="24"/>
        </w:rPr>
        <w:t>c</w:t>
      </w:r>
      <w:r w:rsidR="00925753">
        <w:rPr>
          <w:rFonts w:asciiTheme="majorHAnsi" w:eastAsiaTheme="majorEastAsia" w:hAnsiTheme="majorHAnsi" w:cstheme="majorBidi"/>
          <w:sz w:val="24"/>
          <w:szCs w:val="24"/>
        </w:rPr>
        <w:t xml:space="preserve">on </w:t>
      </w:r>
      <w:r w:rsidR="0052786C">
        <w:rPr>
          <w:rFonts w:asciiTheme="majorHAnsi" w:eastAsiaTheme="majorEastAsia" w:hAnsiTheme="majorHAnsi" w:cstheme="majorBidi"/>
          <w:sz w:val="24"/>
          <w:szCs w:val="24"/>
        </w:rPr>
        <w:t xml:space="preserve"> </w:t>
      </w:r>
      <w:r w:rsidRPr="007B473C">
        <w:rPr>
          <w:rFonts w:asciiTheme="majorHAnsi" w:eastAsiaTheme="majorEastAsia" w:hAnsiTheme="majorHAnsi" w:cstheme="majorBidi"/>
          <w:sz w:val="24"/>
          <w:szCs w:val="24"/>
        </w:rPr>
        <w:t xml:space="preserve">le loro </w:t>
      </w:r>
      <w:proofErr w:type="spellStart"/>
      <w:r w:rsidRPr="007B473C">
        <w:rPr>
          <w:rFonts w:asciiTheme="majorHAnsi" w:eastAsiaTheme="majorEastAsia" w:hAnsiTheme="majorHAnsi" w:cstheme="majorBidi"/>
          <w:sz w:val="24"/>
          <w:szCs w:val="24"/>
        </w:rPr>
        <w:t>abilità</w:t>
      </w:r>
      <w:proofErr w:type="spellEnd"/>
    </w:p>
    <w:p w14:paraId="0DA618F9" w14:textId="2EC32DAF" w:rsidR="00E4447B" w:rsidRDefault="00FA3DE0">
      <w:pPr>
        <w:rPr>
          <w:b/>
          <w:bCs/>
          <w:sz w:val="24"/>
          <w:szCs w:val="24"/>
        </w:rPr>
      </w:pPr>
      <w:r>
        <w:rPr>
          <w:b/>
          <w:bCs/>
          <w:sz w:val="24"/>
          <w:szCs w:val="24"/>
        </w:rPr>
        <w:t>7</w:t>
      </w:r>
      <w:r w:rsidR="00752AAD">
        <w:rPr>
          <w:b/>
          <w:bCs/>
          <w:sz w:val="24"/>
          <w:szCs w:val="24"/>
        </w:rPr>
        <w:t>. Medicina e Salute</w:t>
      </w:r>
    </w:p>
    <w:p w14:paraId="001E63EA" w14:textId="28EBBABC" w:rsidR="004C1C04" w:rsidRPr="004C1C04" w:rsidRDefault="004C1C04" w:rsidP="004C1C04">
      <w:pPr>
        <w:jc w:val="both"/>
        <w:rPr>
          <w:rFonts w:asciiTheme="majorHAnsi" w:eastAsiaTheme="majorEastAsia" w:hAnsiTheme="majorHAnsi" w:cstheme="majorBidi"/>
          <w:sz w:val="24"/>
          <w:szCs w:val="24"/>
        </w:rPr>
      </w:pPr>
      <w:proofErr w:type="spellStart"/>
      <w:r w:rsidRPr="004C1C04">
        <w:rPr>
          <w:rFonts w:asciiTheme="majorHAnsi" w:eastAsiaTheme="majorEastAsia" w:hAnsiTheme="majorHAnsi" w:cstheme="majorBidi"/>
          <w:sz w:val="24"/>
          <w:szCs w:val="24"/>
        </w:rPr>
        <w:t>Visite</w:t>
      </w:r>
      <w:proofErr w:type="spellEnd"/>
      <w:r w:rsidRPr="004C1C04">
        <w:rPr>
          <w:rFonts w:asciiTheme="majorHAnsi" w:eastAsiaTheme="majorEastAsia" w:hAnsiTheme="majorHAnsi" w:cstheme="majorBidi"/>
          <w:sz w:val="24"/>
          <w:szCs w:val="24"/>
        </w:rPr>
        <w:t xml:space="preserve"> </w:t>
      </w:r>
      <w:proofErr w:type="spellStart"/>
      <w:r w:rsidRPr="004C1C04">
        <w:rPr>
          <w:rFonts w:asciiTheme="majorHAnsi" w:eastAsiaTheme="majorEastAsia" w:hAnsiTheme="majorHAnsi" w:cstheme="majorBidi"/>
          <w:sz w:val="24"/>
          <w:szCs w:val="24"/>
        </w:rPr>
        <w:t>periodiche</w:t>
      </w:r>
      <w:proofErr w:type="spellEnd"/>
      <w:r w:rsidRPr="004C1C04">
        <w:rPr>
          <w:rFonts w:asciiTheme="majorHAnsi" w:eastAsiaTheme="majorEastAsia" w:hAnsiTheme="majorHAnsi" w:cstheme="majorBidi"/>
          <w:sz w:val="24"/>
          <w:szCs w:val="24"/>
        </w:rPr>
        <w:t xml:space="preserve"> con un medico di base, un </w:t>
      </w:r>
      <w:proofErr w:type="spellStart"/>
      <w:r w:rsidRPr="004C1C04">
        <w:rPr>
          <w:rFonts w:asciiTheme="majorHAnsi" w:eastAsiaTheme="majorEastAsia" w:hAnsiTheme="majorHAnsi" w:cstheme="majorBidi"/>
          <w:sz w:val="24"/>
          <w:szCs w:val="24"/>
        </w:rPr>
        <w:t>ottico</w:t>
      </w:r>
      <w:proofErr w:type="spellEnd"/>
      <w:r w:rsidRPr="004C1C04">
        <w:rPr>
          <w:rFonts w:asciiTheme="majorHAnsi" w:eastAsiaTheme="majorEastAsia" w:hAnsiTheme="majorHAnsi" w:cstheme="majorBidi"/>
          <w:sz w:val="24"/>
          <w:szCs w:val="24"/>
        </w:rPr>
        <w:t xml:space="preserve"> e uno </w:t>
      </w:r>
      <w:proofErr w:type="spellStart"/>
      <w:r w:rsidRPr="002202D9">
        <w:rPr>
          <w:rFonts w:asciiTheme="majorHAnsi" w:eastAsiaTheme="majorEastAsia" w:hAnsiTheme="majorHAnsi" w:cstheme="majorBidi"/>
          <w:sz w:val="24"/>
          <w:szCs w:val="24"/>
        </w:rPr>
        <w:t>psicologo</w:t>
      </w:r>
      <w:proofErr w:type="spellEnd"/>
      <w:r w:rsidRPr="004C1C04">
        <w:rPr>
          <w:rFonts w:asciiTheme="majorHAnsi" w:eastAsiaTheme="majorEastAsia" w:hAnsiTheme="majorHAnsi" w:cstheme="majorBidi"/>
          <w:sz w:val="24"/>
          <w:szCs w:val="24"/>
        </w:rPr>
        <w:t xml:space="preserve"> per </w:t>
      </w:r>
      <w:proofErr w:type="spellStart"/>
      <w:r w:rsidRPr="004C1C04">
        <w:rPr>
          <w:rFonts w:asciiTheme="majorHAnsi" w:eastAsiaTheme="majorEastAsia" w:hAnsiTheme="majorHAnsi" w:cstheme="majorBidi"/>
          <w:sz w:val="24"/>
          <w:szCs w:val="24"/>
        </w:rPr>
        <w:t>monitorare</w:t>
      </w:r>
      <w:proofErr w:type="spellEnd"/>
      <w:r w:rsidRPr="004C1C04">
        <w:rPr>
          <w:rFonts w:asciiTheme="majorHAnsi" w:eastAsiaTheme="majorEastAsia" w:hAnsiTheme="majorHAnsi" w:cstheme="majorBidi"/>
          <w:sz w:val="24"/>
          <w:szCs w:val="24"/>
        </w:rPr>
        <w:t xml:space="preserve"> lo </w:t>
      </w:r>
      <w:proofErr w:type="spellStart"/>
      <w:r w:rsidRPr="004C1C04">
        <w:rPr>
          <w:rFonts w:asciiTheme="majorHAnsi" w:eastAsiaTheme="majorEastAsia" w:hAnsiTheme="majorHAnsi" w:cstheme="majorBidi"/>
          <w:sz w:val="24"/>
          <w:szCs w:val="24"/>
        </w:rPr>
        <w:t>stato</w:t>
      </w:r>
      <w:proofErr w:type="spellEnd"/>
      <w:r w:rsidRPr="004C1C04">
        <w:rPr>
          <w:rFonts w:asciiTheme="majorHAnsi" w:eastAsiaTheme="majorEastAsia" w:hAnsiTheme="majorHAnsi" w:cstheme="majorBidi"/>
          <w:sz w:val="24"/>
          <w:szCs w:val="24"/>
        </w:rPr>
        <w:t xml:space="preserve"> di salute generale, la vista e il </w:t>
      </w:r>
      <w:proofErr w:type="spellStart"/>
      <w:r w:rsidRPr="004C1C04">
        <w:rPr>
          <w:rFonts w:asciiTheme="majorHAnsi" w:eastAsiaTheme="majorEastAsia" w:hAnsiTheme="majorHAnsi" w:cstheme="majorBidi"/>
          <w:sz w:val="24"/>
          <w:szCs w:val="24"/>
        </w:rPr>
        <w:t>benessere</w:t>
      </w:r>
      <w:proofErr w:type="spellEnd"/>
      <w:r w:rsidRPr="004C1C04">
        <w:rPr>
          <w:rFonts w:asciiTheme="majorHAnsi" w:eastAsiaTheme="majorEastAsia" w:hAnsiTheme="majorHAnsi" w:cstheme="majorBidi"/>
          <w:sz w:val="24"/>
          <w:szCs w:val="24"/>
        </w:rPr>
        <w:t xml:space="preserve"> </w:t>
      </w:r>
      <w:proofErr w:type="spellStart"/>
      <w:r w:rsidRPr="004C1C04">
        <w:rPr>
          <w:rFonts w:asciiTheme="majorHAnsi" w:eastAsiaTheme="majorEastAsia" w:hAnsiTheme="majorHAnsi" w:cstheme="majorBidi"/>
          <w:sz w:val="24"/>
          <w:szCs w:val="24"/>
        </w:rPr>
        <w:t>psicologico</w:t>
      </w:r>
      <w:proofErr w:type="spellEnd"/>
      <w:r w:rsidRPr="004C1C04">
        <w:rPr>
          <w:rFonts w:asciiTheme="majorHAnsi" w:eastAsiaTheme="majorEastAsia" w:hAnsiTheme="majorHAnsi" w:cstheme="majorBidi"/>
          <w:sz w:val="24"/>
          <w:szCs w:val="24"/>
        </w:rPr>
        <w:t xml:space="preserve">, </w:t>
      </w:r>
      <w:proofErr w:type="spellStart"/>
      <w:r w:rsidRPr="004C1C04">
        <w:rPr>
          <w:rFonts w:asciiTheme="majorHAnsi" w:eastAsiaTheme="majorEastAsia" w:hAnsiTheme="majorHAnsi" w:cstheme="majorBidi"/>
          <w:sz w:val="24"/>
          <w:szCs w:val="24"/>
        </w:rPr>
        <w:t>prevenendo</w:t>
      </w:r>
      <w:proofErr w:type="spellEnd"/>
      <w:r w:rsidRPr="004C1C04">
        <w:rPr>
          <w:rFonts w:asciiTheme="majorHAnsi" w:eastAsiaTheme="majorEastAsia" w:hAnsiTheme="majorHAnsi" w:cstheme="majorBidi"/>
          <w:sz w:val="24"/>
          <w:szCs w:val="24"/>
        </w:rPr>
        <w:t xml:space="preserve"> </w:t>
      </w:r>
      <w:proofErr w:type="spellStart"/>
      <w:r w:rsidRPr="004C1C04">
        <w:rPr>
          <w:rFonts w:asciiTheme="majorHAnsi" w:eastAsiaTheme="majorEastAsia" w:hAnsiTheme="majorHAnsi" w:cstheme="majorBidi"/>
          <w:sz w:val="24"/>
          <w:szCs w:val="24"/>
        </w:rPr>
        <w:t>eventuali</w:t>
      </w:r>
      <w:proofErr w:type="spellEnd"/>
      <w:r w:rsidRPr="004C1C04">
        <w:rPr>
          <w:rFonts w:asciiTheme="majorHAnsi" w:eastAsiaTheme="majorEastAsia" w:hAnsiTheme="majorHAnsi" w:cstheme="majorBidi"/>
          <w:sz w:val="24"/>
          <w:szCs w:val="24"/>
        </w:rPr>
        <w:t xml:space="preserve"> </w:t>
      </w:r>
      <w:proofErr w:type="spellStart"/>
      <w:r w:rsidRPr="004C1C04">
        <w:rPr>
          <w:rFonts w:asciiTheme="majorHAnsi" w:eastAsiaTheme="majorEastAsia" w:hAnsiTheme="majorHAnsi" w:cstheme="majorBidi"/>
          <w:sz w:val="24"/>
          <w:szCs w:val="24"/>
        </w:rPr>
        <w:t>problemi</w:t>
      </w:r>
      <w:proofErr w:type="spellEnd"/>
      <w:r w:rsidRPr="004C1C04">
        <w:rPr>
          <w:rFonts w:asciiTheme="majorHAnsi" w:eastAsiaTheme="majorEastAsia" w:hAnsiTheme="majorHAnsi" w:cstheme="majorBidi"/>
          <w:sz w:val="24"/>
          <w:szCs w:val="24"/>
        </w:rPr>
        <w:t xml:space="preserve"> </w:t>
      </w:r>
      <w:proofErr w:type="spellStart"/>
      <w:r w:rsidRPr="004C1C04">
        <w:rPr>
          <w:rFonts w:asciiTheme="majorHAnsi" w:eastAsiaTheme="majorEastAsia" w:hAnsiTheme="majorHAnsi" w:cstheme="majorBidi"/>
          <w:sz w:val="24"/>
          <w:szCs w:val="24"/>
        </w:rPr>
        <w:t>attraverso</w:t>
      </w:r>
      <w:proofErr w:type="spellEnd"/>
      <w:r w:rsidRPr="004C1C04">
        <w:rPr>
          <w:rFonts w:asciiTheme="majorHAnsi" w:eastAsiaTheme="majorEastAsia" w:hAnsiTheme="majorHAnsi" w:cstheme="majorBidi"/>
          <w:sz w:val="24"/>
          <w:szCs w:val="24"/>
        </w:rPr>
        <w:t xml:space="preserve"> </w:t>
      </w:r>
      <w:proofErr w:type="spellStart"/>
      <w:r w:rsidRPr="004C1C04">
        <w:rPr>
          <w:rFonts w:asciiTheme="majorHAnsi" w:eastAsiaTheme="majorEastAsia" w:hAnsiTheme="majorHAnsi" w:cstheme="majorBidi"/>
          <w:sz w:val="24"/>
          <w:szCs w:val="24"/>
        </w:rPr>
        <w:t>controlli</w:t>
      </w:r>
      <w:proofErr w:type="spellEnd"/>
      <w:r w:rsidRPr="004C1C04">
        <w:rPr>
          <w:rFonts w:asciiTheme="majorHAnsi" w:eastAsiaTheme="majorEastAsia" w:hAnsiTheme="majorHAnsi" w:cstheme="majorBidi"/>
          <w:sz w:val="24"/>
          <w:szCs w:val="24"/>
        </w:rPr>
        <w:t xml:space="preserve"> </w:t>
      </w:r>
      <w:proofErr w:type="spellStart"/>
      <w:r w:rsidRPr="004C1C04">
        <w:rPr>
          <w:rFonts w:asciiTheme="majorHAnsi" w:eastAsiaTheme="majorEastAsia" w:hAnsiTheme="majorHAnsi" w:cstheme="majorBidi"/>
          <w:sz w:val="24"/>
          <w:szCs w:val="24"/>
        </w:rPr>
        <w:t>accessibili</w:t>
      </w:r>
      <w:proofErr w:type="spellEnd"/>
      <w:r w:rsidRPr="004C1C04">
        <w:rPr>
          <w:rFonts w:asciiTheme="majorHAnsi" w:eastAsiaTheme="majorEastAsia" w:hAnsiTheme="majorHAnsi" w:cstheme="majorBidi"/>
          <w:sz w:val="24"/>
          <w:szCs w:val="24"/>
        </w:rPr>
        <w:t xml:space="preserve"> e </w:t>
      </w:r>
      <w:proofErr w:type="spellStart"/>
      <w:r w:rsidRPr="004C1C04">
        <w:rPr>
          <w:rFonts w:asciiTheme="majorHAnsi" w:eastAsiaTheme="majorEastAsia" w:hAnsiTheme="majorHAnsi" w:cstheme="majorBidi"/>
          <w:sz w:val="24"/>
          <w:szCs w:val="24"/>
        </w:rPr>
        <w:t>offrendo</w:t>
      </w:r>
      <w:proofErr w:type="spellEnd"/>
      <w:r w:rsidRPr="004C1C04">
        <w:rPr>
          <w:rFonts w:asciiTheme="majorHAnsi" w:eastAsiaTheme="majorEastAsia" w:hAnsiTheme="majorHAnsi" w:cstheme="majorBidi"/>
          <w:sz w:val="24"/>
          <w:szCs w:val="24"/>
        </w:rPr>
        <w:t xml:space="preserve"> </w:t>
      </w:r>
      <w:proofErr w:type="spellStart"/>
      <w:r w:rsidRPr="004C1C04">
        <w:rPr>
          <w:rFonts w:asciiTheme="majorHAnsi" w:eastAsiaTheme="majorEastAsia" w:hAnsiTheme="majorHAnsi" w:cstheme="majorBidi"/>
          <w:sz w:val="24"/>
          <w:szCs w:val="24"/>
        </w:rPr>
        <w:t>momenti</w:t>
      </w:r>
      <w:proofErr w:type="spellEnd"/>
      <w:r w:rsidRPr="004C1C04">
        <w:rPr>
          <w:rFonts w:asciiTheme="majorHAnsi" w:eastAsiaTheme="majorEastAsia" w:hAnsiTheme="majorHAnsi" w:cstheme="majorBidi"/>
          <w:sz w:val="24"/>
          <w:szCs w:val="24"/>
        </w:rPr>
        <w:t xml:space="preserve"> di </w:t>
      </w:r>
      <w:proofErr w:type="spellStart"/>
      <w:r w:rsidRPr="004C1C04">
        <w:rPr>
          <w:rFonts w:asciiTheme="majorHAnsi" w:eastAsiaTheme="majorEastAsia" w:hAnsiTheme="majorHAnsi" w:cstheme="majorBidi"/>
          <w:sz w:val="24"/>
          <w:szCs w:val="24"/>
        </w:rPr>
        <w:t>ascolto</w:t>
      </w:r>
      <w:proofErr w:type="spellEnd"/>
      <w:r w:rsidRPr="004C1C04">
        <w:rPr>
          <w:rFonts w:asciiTheme="majorHAnsi" w:eastAsiaTheme="majorEastAsia" w:hAnsiTheme="majorHAnsi" w:cstheme="majorBidi"/>
          <w:sz w:val="24"/>
          <w:szCs w:val="24"/>
        </w:rPr>
        <w:t xml:space="preserve"> e </w:t>
      </w:r>
      <w:proofErr w:type="spellStart"/>
      <w:r w:rsidRPr="004C1C04">
        <w:rPr>
          <w:rFonts w:asciiTheme="majorHAnsi" w:eastAsiaTheme="majorEastAsia" w:hAnsiTheme="majorHAnsi" w:cstheme="majorBidi"/>
          <w:sz w:val="24"/>
          <w:szCs w:val="24"/>
        </w:rPr>
        <w:t>sostegno</w:t>
      </w:r>
      <w:proofErr w:type="spellEnd"/>
      <w:r w:rsidRPr="004C1C04">
        <w:rPr>
          <w:rFonts w:asciiTheme="majorHAnsi" w:eastAsiaTheme="majorEastAsia" w:hAnsiTheme="majorHAnsi" w:cstheme="majorBidi"/>
          <w:sz w:val="24"/>
          <w:szCs w:val="24"/>
        </w:rPr>
        <w:t xml:space="preserve"> per </w:t>
      </w:r>
      <w:proofErr w:type="spellStart"/>
      <w:r w:rsidRPr="004C1C04">
        <w:rPr>
          <w:rFonts w:asciiTheme="majorHAnsi" w:eastAsiaTheme="majorEastAsia" w:hAnsiTheme="majorHAnsi" w:cstheme="majorBidi"/>
          <w:sz w:val="24"/>
          <w:szCs w:val="24"/>
        </w:rPr>
        <w:t>affrontare</w:t>
      </w:r>
      <w:proofErr w:type="spellEnd"/>
      <w:r w:rsidRPr="004C1C04">
        <w:rPr>
          <w:rFonts w:asciiTheme="majorHAnsi" w:eastAsiaTheme="majorEastAsia" w:hAnsiTheme="majorHAnsi" w:cstheme="majorBidi"/>
          <w:sz w:val="24"/>
          <w:szCs w:val="24"/>
        </w:rPr>
        <w:t xml:space="preserve"> le </w:t>
      </w:r>
      <w:proofErr w:type="spellStart"/>
      <w:r w:rsidRPr="004C1C04">
        <w:rPr>
          <w:rFonts w:asciiTheme="majorHAnsi" w:eastAsiaTheme="majorEastAsia" w:hAnsiTheme="majorHAnsi" w:cstheme="majorBidi"/>
          <w:sz w:val="24"/>
          <w:szCs w:val="24"/>
        </w:rPr>
        <w:t>difficoltà</w:t>
      </w:r>
      <w:proofErr w:type="spellEnd"/>
      <w:r w:rsidRPr="004C1C04">
        <w:rPr>
          <w:rFonts w:asciiTheme="majorHAnsi" w:eastAsiaTheme="majorEastAsia" w:hAnsiTheme="majorHAnsi" w:cstheme="majorBidi"/>
          <w:sz w:val="24"/>
          <w:szCs w:val="24"/>
        </w:rPr>
        <w:t>.</w:t>
      </w:r>
    </w:p>
    <w:p w14:paraId="68CD97B7" w14:textId="77777777" w:rsidR="00FA3DE0" w:rsidRDefault="00FA3DE0">
      <w:pPr>
        <w:rPr>
          <w:b/>
          <w:sz w:val="24"/>
          <w:szCs w:val="24"/>
        </w:rPr>
      </w:pPr>
    </w:p>
    <w:p w14:paraId="30B6F96D" w14:textId="77777777" w:rsidR="00FA3DE0" w:rsidRDefault="00FA3DE0">
      <w:pPr>
        <w:rPr>
          <w:b/>
          <w:sz w:val="24"/>
          <w:szCs w:val="24"/>
        </w:rPr>
      </w:pPr>
    </w:p>
    <w:p w14:paraId="4CA7BF77" w14:textId="77777777" w:rsidR="00FA3DE0" w:rsidRDefault="00FA3DE0">
      <w:pPr>
        <w:rPr>
          <w:b/>
          <w:sz w:val="24"/>
          <w:szCs w:val="24"/>
        </w:rPr>
      </w:pPr>
    </w:p>
    <w:p w14:paraId="0B5D146C" w14:textId="77777777" w:rsidR="00FA3DE0" w:rsidRDefault="00FA3DE0">
      <w:pPr>
        <w:rPr>
          <w:b/>
          <w:sz w:val="24"/>
          <w:szCs w:val="24"/>
        </w:rPr>
      </w:pPr>
    </w:p>
    <w:p w14:paraId="29B4BD10" w14:textId="5A690E79" w:rsidR="00AD3EB2" w:rsidRPr="007B473C" w:rsidRDefault="00FA3DE0">
      <w:pPr>
        <w:rPr>
          <w:sz w:val="24"/>
          <w:szCs w:val="24"/>
        </w:rPr>
      </w:pPr>
      <w:r>
        <w:rPr>
          <w:b/>
          <w:sz w:val="24"/>
          <w:szCs w:val="24"/>
        </w:rPr>
        <w:t>8</w:t>
      </w:r>
      <w:r w:rsidR="002C3CD7" w:rsidRPr="007B473C">
        <w:rPr>
          <w:b/>
          <w:sz w:val="24"/>
          <w:szCs w:val="24"/>
        </w:rPr>
        <w:t xml:space="preserve">. </w:t>
      </w:r>
      <w:proofErr w:type="spellStart"/>
      <w:r w:rsidR="002C3CD7" w:rsidRPr="007B473C">
        <w:rPr>
          <w:b/>
          <w:sz w:val="24"/>
          <w:szCs w:val="24"/>
        </w:rPr>
        <w:t>Assistenza</w:t>
      </w:r>
      <w:proofErr w:type="spellEnd"/>
      <w:r w:rsidR="002C3CD7" w:rsidRPr="007B473C">
        <w:rPr>
          <w:b/>
          <w:sz w:val="24"/>
          <w:szCs w:val="24"/>
        </w:rPr>
        <w:t xml:space="preserve"> ai senza </w:t>
      </w:r>
      <w:proofErr w:type="spellStart"/>
      <w:r w:rsidR="002C3CD7" w:rsidRPr="007B473C">
        <w:rPr>
          <w:b/>
          <w:sz w:val="24"/>
          <w:szCs w:val="24"/>
        </w:rPr>
        <w:t>tetto</w:t>
      </w:r>
      <w:proofErr w:type="spellEnd"/>
    </w:p>
    <w:p w14:paraId="15C5E941" w14:textId="77777777" w:rsidR="004847A4" w:rsidRPr="00E4447B" w:rsidRDefault="00000000">
      <w:pPr>
        <w:rPr>
          <w:rFonts w:asciiTheme="majorHAnsi" w:eastAsiaTheme="majorEastAsia" w:hAnsiTheme="majorHAnsi" w:cstheme="majorBidi"/>
          <w:sz w:val="24"/>
          <w:szCs w:val="24"/>
        </w:rPr>
      </w:pPr>
      <w:r w:rsidRPr="007B473C">
        <w:rPr>
          <w:sz w:val="24"/>
          <w:szCs w:val="24"/>
        </w:rPr>
        <w:t xml:space="preserve">- </w:t>
      </w:r>
      <w:proofErr w:type="spellStart"/>
      <w:r w:rsidRPr="007B473C">
        <w:rPr>
          <w:rFonts w:asciiTheme="majorHAnsi" w:eastAsiaTheme="majorEastAsia" w:hAnsiTheme="majorHAnsi" w:cstheme="majorBidi"/>
          <w:sz w:val="24"/>
          <w:szCs w:val="24"/>
        </w:rPr>
        <w:t>Distribuzione</w:t>
      </w:r>
      <w:proofErr w:type="spellEnd"/>
      <w:r w:rsidRPr="007B473C">
        <w:rPr>
          <w:rFonts w:asciiTheme="majorHAnsi" w:eastAsiaTheme="majorEastAsia" w:hAnsiTheme="majorHAnsi" w:cstheme="majorBidi"/>
          <w:sz w:val="24"/>
          <w:szCs w:val="24"/>
        </w:rPr>
        <w:t xml:space="preserve"> di </w:t>
      </w:r>
      <w:proofErr w:type="spellStart"/>
      <w:r w:rsidRPr="007B473C">
        <w:rPr>
          <w:rFonts w:asciiTheme="majorHAnsi" w:eastAsiaTheme="majorEastAsia" w:hAnsiTheme="majorHAnsi" w:cstheme="majorBidi"/>
          <w:sz w:val="24"/>
          <w:szCs w:val="24"/>
        </w:rPr>
        <w:t>pasti</w:t>
      </w:r>
      <w:proofErr w:type="spellEnd"/>
      <w:r w:rsidRPr="007B473C">
        <w:rPr>
          <w:rFonts w:asciiTheme="majorHAnsi" w:eastAsiaTheme="majorEastAsia" w:hAnsiTheme="majorHAnsi" w:cstheme="majorBidi"/>
          <w:sz w:val="24"/>
          <w:szCs w:val="24"/>
        </w:rPr>
        <w:t xml:space="preserve"> </w:t>
      </w:r>
      <w:proofErr w:type="spellStart"/>
      <w:r w:rsidRPr="007B473C">
        <w:rPr>
          <w:rFonts w:asciiTheme="majorHAnsi" w:eastAsiaTheme="majorEastAsia" w:hAnsiTheme="majorHAnsi" w:cstheme="majorBidi"/>
          <w:sz w:val="24"/>
          <w:szCs w:val="24"/>
        </w:rPr>
        <w:t>caldi</w:t>
      </w:r>
      <w:proofErr w:type="spellEnd"/>
      <w:r w:rsidRPr="007B473C">
        <w:rPr>
          <w:rFonts w:asciiTheme="majorHAnsi" w:eastAsiaTheme="majorEastAsia" w:hAnsiTheme="majorHAnsi" w:cstheme="majorBidi"/>
          <w:sz w:val="24"/>
          <w:szCs w:val="24"/>
        </w:rPr>
        <w:t xml:space="preserve">, </w:t>
      </w:r>
      <w:proofErr w:type="spellStart"/>
      <w:r w:rsidRPr="007B473C">
        <w:rPr>
          <w:rFonts w:asciiTheme="majorHAnsi" w:eastAsiaTheme="majorEastAsia" w:hAnsiTheme="majorHAnsi" w:cstheme="majorBidi"/>
          <w:sz w:val="24"/>
          <w:szCs w:val="24"/>
        </w:rPr>
        <w:t>sacchi</w:t>
      </w:r>
      <w:proofErr w:type="spellEnd"/>
      <w:r w:rsidRPr="007B473C">
        <w:rPr>
          <w:rFonts w:asciiTheme="majorHAnsi" w:eastAsiaTheme="majorEastAsia" w:hAnsiTheme="majorHAnsi" w:cstheme="majorBidi"/>
          <w:sz w:val="24"/>
          <w:szCs w:val="24"/>
        </w:rPr>
        <w:t xml:space="preserve"> a </w:t>
      </w:r>
      <w:proofErr w:type="spellStart"/>
      <w:r w:rsidRPr="007B473C">
        <w:rPr>
          <w:rFonts w:asciiTheme="majorHAnsi" w:eastAsiaTheme="majorEastAsia" w:hAnsiTheme="majorHAnsi" w:cstheme="majorBidi"/>
          <w:sz w:val="24"/>
          <w:szCs w:val="24"/>
        </w:rPr>
        <w:t>pelo</w:t>
      </w:r>
      <w:proofErr w:type="spellEnd"/>
      <w:r w:rsidRPr="007B473C">
        <w:rPr>
          <w:rFonts w:asciiTheme="majorHAnsi" w:eastAsiaTheme="majorEastAsia" w:hAnsiTheme="majorHAnsi" w:cstheme="majorBidi"/>
          <w:sz w:val="24"/>
          <w:szCs w:val="24"/>
        </w:rPr>
        <w:t xml:space="preserve">, kit </w:t>
      </w:r>
      <w:proofErr w:type="spellStart"/>
      <w:r w:rsidRPr="007B473C">
        <w:rPr>
          <w:rFonts w:asciiTheme="majorHAnsi" w:eastAsiaTheme="majorEastAsia" w:hAnsiTheme="majorHAnsi" w:cstheme="majorBidi"/>
          <w:sz w:val="24"/>
          <w:szCs w:val="24"/>
        </w:rPr>
        <w:t>igienici</w:t>
      </w:r>
      <w:proofErr w:type="spellEnd"/>
      <w:r w:rsidRPr="007B473C">
        <w:rPr>
          <w:rFonts w:asciiTheme="majorHAnsi" w:eastAsiaTheme="majorEastAsia" w:hAnsiTheme="majorHAnsi" w:cstheme="majorBidi"/>
          <w:sz w:val="24"/>
          <w:szCs w:val="24"/>
        </w:rPr>
        <w:br/>
        <w:t xml:space="preserve">- </w:t>
      </w:r>
      <w:proofErr w:type="spellStart"/>
      <w:r w:rsidRPr="007B473C">
        <w:rPr>
          <w:rFonts w:asciiTheme="majorHAnsi" w:eastAsiaTheme="majorEastAsia" w:hAnsiTheme="majorHAnsi" w:cstheme="majorBidi"/>
          <w:sz w:val="24"/>
          <w:szCs w:val="24"/>
        </w:rPr>
        <w:t>Creazione</w:t>
      </w:r>
      <w:proofErr w:type="spellEnd"/>
      <w:r w:rsidRPr="007B473C">
        <w:rPr>
          <w:rFonts w:asciiTheme="majorHAnsi" w:eastAsiaTheme="majorEastAsia" w:hAnsiTheme="majorHAnsi" w:cstheme="majorBidi"/>
          <w:sz w:val="24"/>
          <w:szCs w:val="24"/>
        </w:rPr>
        <w:t xml:space="preserve"> di </w:t>
      </w:r>
      <w:proofErr w:type="spellStart"/>
      <w:r w:rsidRPr="007B473C">
        <w:rPr>
          <w:rFonts w:asciiTheme="majorHAnsi" w:eastAsiaTheme="majorEastAsia" w:hAnsiTheme="majorHAnsi" w:cstheme="majorBidi"/>
          <w:sz w:val="24"/>
          <w:szCs w:val="24"/>
        </w:rPr>
        <w:t>punti</w:t>
      </w:r>
      <w:proofErr w:type="spellEnd"/>
      <w:r w:rsidRPr="007B473C">
        <w:rPr>
          <w:rFonts w:asciiTheme="majorHAnsi" w:eastAsiaTheme="majorEastAsia" w:hAnsiTheme="majorHAnsi" w:cstheme="majorBidi"/>
          <w:sz w:val="24"/>
          <w:szCs w:val="24"/>
        </w:rPr>
        <w:t xml:space="preserve"> di </w:t>
      </w:r>
      <w:proofErr w:type="spellStart"/>
      <w:r w:rsidRPr="007B473C">
        <w:rPr>
          <w:rFonts w:asciiTheme="majorHAnsi" w:eastAsiaTheme="majorEastAsia" w:hAnsiTheme="majorHAnsi" w:cstheme="majorBidi"/>
          <w:sz w:val="24"/>
          <w:szCs w:val="24"/>
        </w:rPr>
        <w:t>contatto</w:t>
      </w:r>
      <w:proofErr w:type="spellEnd"/>
      <w:r w:rsidRPr="007B473C">
        <w:rPr>
          <w:rFonts w:asciiTheme="majorHAnsi" w:eastAsiaTheme="majorEastAsia" w:hAnsiTheme="majorHAnsi" w:cstheme="majorBidi"/>
          <w:sz w:val="24"/>
          <w:szCs w:val="24"/>
        </w:rPr>
        <w:t xml:space="preserve"> e </w:t>
      </w:r>
      <w:proofErr w:type="spellStart"/>
      <w:r w:rsidRPr="007B473C">
        <w:rPr>
          <w:rFonts w:asciiTheme="majorHAnsi" w:eastAsiaTheme="majorEastAsia" w:hAnsiTheme="majorHAnsi" w:cstheme="majorBidi"/>
          <w:sz w:val="24"/>
          <w:szCs w:val="24"/>
        </w:rPr>
        <w:t>ascolto</w:t>
      </w:r>
      <w:proofErr w:type="spellEnd"/>
      <w:r w:rsidRPr="007B473C">
        <w:rPr>
          <w:rFonts w:asciiTheme="majorHAnsi" w:eastAsiaTheme="majorEastAsia" w:hAnsiTheme="majorHAnsi" w:cstheme="majorBidi"/>
          <w:sz w:val="24"/>
          <w:szCs w:val="24"/>
        </w:rPr>
        <w:br/>
        <w:t xml:space="preserve">- In </w:t>
      </w:r>
      <w:proofErr w:type="spellStart"/>
      <w:r w:rsidRPr="007B473C">
        <w:rPr>
          <w:rFonts w:asciiTheme="majorHAnsi" w:eastAsiaTheme="majorEastAsia" w:hAnsiTheme="majorHAnsi" w:cstheme="majorBidi"/>
          <w:sz w:val="24"/>
          <w:szCs w:val="24"/>
        </w:rPr>
        <w:t>inverno</w:t>
      </w:r>
      <w:proofErr w:type="spellEnd"/>
      <w:r w:rsidRPr="007B473C">
        <w:rPr>
          <w:rFonts w:asciiTheme="majorHAnsi" w:eastAsiaTheme="majorEastAsia" w:hAnsiTheme="majorHAnsi" w:cstheme="majorBidi"/>
          <w:sz w:val="24"/>
          <w:szCs w:val="24"/>
        </w:rPr>
        <w:t xml:space="preserve">, </w:t>
      </w:r>
      <w:proofErr w:type="spellStart"/>
      <w:r w:rsidRPr="007B473C">
        <w:rPr>
          <w:rFonts w:asciiTheme="majorHAnsi" w:eastAsiaTheme="majorEastAsia" w:hAnsiTheme="majorHAnsi" w:cstheme="majorBidi"/>
          <w:sz w:val="24"/>
          <w:szCs w:val="24"/>
        </w:rPr>
        <w:t>predisposizione</w:t>
      </w:r>
      <w:proofErr w:type="spellEnd"/>
      <w:r w:rsidRPr="007B473C">
        <w:rPr>
          <w:rFonts w:asciiTheme="majorHAnsi" w:eastAsiaTheme="majorEastAsia" w:hAnsiTheme="majorHAnsi" w:cstheme="majorBidi"/>
          <w:sz w:val="24"/>
          <w:szCs w:val="24"/>
        </w:rPr>
        <w:t xml:space="preserve"> di </w:t>
      </w:r>
      <w:proofErr w:type="spellStart"/>
      <w:r w:rsidRPr="007B473C">
        <w:rPr>
          <w:rFonts w:asciiTheme="majorHAnsi" w:eastAsiaTheme="majorEastAsia" w:hAnsiTheme="majorHAnsi" w:cstheme="majorBidi"/>
          <w:sz w:val="24"/>
          <w:szCs w:val="24"/>
        </w:rPr>
        <w:t>rifugi</w:t>
      </w:r>
      <w:proofErr w:type="spellEnd"/>
      <w:r w:rsidRPr="007B473C">
        <w:rPr>
          <w:rFonts w:asciiTheme="majorHAnsi" w:eastAsiaTheme="majorEastAsia" w:hAnsiTheme="majorHAnsi" w:cstheme="majorBidi"/>
          <w:sz w:val="24"/>
          <w:szCs w:val="24"/>
        </w:rPr>
        <w:t xml:space="preserve"> </w:t>
      </w:r>
      <w:proofErr w:type="spellStart"/>
      <w:r w:rsidRPr="007B473C">
        <w:rPr>
          <w:rFonts w:asciiTheme="majorHAnsi" w:eastAsiaTheme="majorEastAsia" w:hAnsiTheme="majorHAnsi" w:cstheme="majorBidi"/>
          <w:sz w:val="24"/>
          <w:szCs w:val="24"/>
        </w:rPr>
        <w:t>temporanei</w:t>
      </w:r>
      <w:proofErr w:type="spellEnd"/>
    </w:p>
    <w:p w14:paraId="64921F4E" w14:textId="007971C6" w:rsidR="007B473C" w:rsidRDefault="00FA3DE0">
      <w:pPr>
        <w:rPr>
          <w:rFonts w:asciiTheme="majorHAnsi" w:eastAsiaTheme="majorEastAsia" w:hAnsiTheme="majorHAnsi" w:cstheme="majorBidi"/>
          <w:b/>
          <w:bCs/>
          <w:sz w:val="24"/>
          <w:szCs w:val="24"/>
        </w:rPr>
      </w:pPr>
      <w:r>
        <w:rPr>
          <w:b/>
          <w:bCs/>
          <w:sz w:val="24"/>
          <w:szCs w:val="24"/>
        </w:rPr>
        <w:t>9</w:t>
      </w:r>
      <w:r w:rsidR="007B473C" w:rsidRPr="007B473C">
        <w:rPr>
          <w:b/>
          <w:bCs/>
          <w:sz w:val="24"/>
          <w:szCs w:val="24"/>
        </w:rPr>
        <w:t xml:space="preserve">. </w:t>
      </w:r>
      <w:proofErr w:type="spellStart"/>
      <w:r w:rsidR="005918F2">
        <w:rPr>
          <w:rFonts w:asciiTheme="majorHAnsi" w:eastAsiaTheme="majorEastAsia" w:hAnsiTheme="majorHAnsi" w:cstheme="majorBidi"/>
          <w:b/>
          <w:bCs/>
          <w:sz w:val="24"/>
          <w:szCs w:val="24"/>
        </w:rPr>
        <w:t>Dicci</w:t>
      </w:r>
      <w:proofErr w:type="spellEnd"/>
      <w:r w:rsidR="007B473C" w:rsidRPr="007B473C">
        <w:rPr>
          <w:rFonts w:asciiTheme="majorHAnsi" w:eastAsiaTheme="majorEastAsia" w:hAnsiTheme="majorHAnsi" w:cstheme="majorBidi"/>
          <w:b/>
          <w:bCs/>
          <w:sz w:val="24"/>
          <w:szCs w:val="24"/>
        </w:rPr>
        <w:t xml:space="preserve"> come </w:t>
      </w:r>
      <w:proofErr w:type="spellStart"/>
      <w:r w:rsidR="007B473C" w:rsidRPr="007B473C">
        <w:rPr>
          <w:rFonts w:asciiTheme="majorHAnsi" w:eastAsiaTheme="majorEastAsia" w:hAnsiTheme="majorHAnsi" w:cstheme="majorBidi"/>
          <w:b/>
          <w:bCs/>
          <w:sz w:val="24"/>
          <w:szCs w:val="24"/>
        </w:rPr>
        <w:t>stai</w:t>
      </w:r>
      <w:proofErr w:type="spellEnd"/>
      <w:r w:rsidR="007B473C" w:rsidRPr="007B473C">
        <w:rPr>
          <w:rFonts w:asciiTheme="majorHAnsi" w:eastAsiaTheme="majorEastAsia" w:hAnsiTheme="majorHAnsi" w:cstheme="majorBidi"/>
          <w:b/>
          <w:bCs/>
          <w:sz w:val="24"/>
          <w:szCs w:val="24"/>
        </w:rPr>
        <w:t>.</w:t>
      </w:r>
      <w:r w:rsidR="007B473C" w:rsidRPr="007B473C">
        <w:rPr>
          <w:rFonts w:asciiTheme="majorHAnsi" w:eastAsiaTheme="majorEastAsia" w:hAnsiTheme="majorHAnsi" w:cstheme="majorBidi"/>
          <w:sz w:val="24"/>
          <w:szCs w:val="24"/>
        </w:rPr>
        <w:t xml:space="preserve"> </w:t>
      </w:r>
      <w:r w:rsidR="007B473C" w:rsidRPr="007B473C">
        <w:rPr>
          <w:rFonts w:asciiTheme="majorHAnsi" w:eastAsiaTheme="majorEastAsia" w:hAnsiTheme="majorHAnsi" w:cstheme="majorBidi"/>
          <w:b/>
          <w:bCs/>
          <w:sz w:val="24"/>
          <w:szCs w:val="24"/>
        </w:rPr>
        <w:t xml:space="preserve">Compagnia a </w:t>
      </w:r>
      <w:proofErr w:type="spellStart"/>
      <w:r w:rsidR="007B473C" w:rsidRPr="007B473C">
        <w:rPr>
          <w:rFonts w:asciiTheme="majorHAnsi" w:eastAsiaTheme="majorEastAsia" w:hAnsiTheme="majorHAnsi" w:cstheme="majorBidi"/>
          <w:b/>
          <w:bCs/>
          <w:sz w:val="24"/>
          <w:szCs w:val="24"/>
        </w:rPr>
        <w:t>Domicilio</w:t>
      </w:r>
      <w:proofErr w:type="spellEnd"/>
      <w:r w:rsidR="007B473C" w:rsidRPr="007B473C">
        <w:rPr>
          <w:rFonts w:asciiTheme="majorHAnsi" w:eastAsiaTheme="majorEastAsia" w:hAnsiTheme="majorHAnsi" w:cstheme="majorBidi"/>
          <w:b/>
          <w:bCs/>
          <w:sz w:val="24"/>
          <w:szCs w:val="24"/>
        </w:rPr>
        <w:t xml:space="preserve"> o Telefonica</w:t>
      </w:r>
    </w:p>
    <w:p w14:paraId="10D4C07D" w14:textId="77D6C6BE" w:rsidR="00586590" w:rsidRDefault="004847A4" w:rsidP="00E01F43">
      <w:pPr>
        <w:jc w:val="both"/>
        <w:rPr>
          <w:rFonts w:asciiTheme="majorHAnsi" w:eastAsiaTheme="majorEastAsia" w:hAnsiTheme="majorHAnsi" w:cstheme="majorBidi"/>
          <w:sz w:val="24"/>
          <w:szCs w:val="24"/>
        </w:rPr>
      </w:pPr>
      <w:r>
        <w:rPr>
          <w:rFonts w:asciiTheme="majorHAnsi" w:eastAsiaTheme="majorEastAsia" w:hAnsiTheme="majorHAnsi" w:cstheme="majorBidi"/>
          <w:sz w:val="24"/>
          <w:szCs w:val="24"/>
        </w:rPr>
        <w:t xml:space="preserve">- </w:t>
      </w:r>
      <w:r w:rsidRPr="004847A4">
        <w:rPr>
          <w:rFonts w:asciiTheme="majorHAnsi" w:eastAsiaTheme="majorEastAsia" w:hAnsiTheme="majorHAnsi" w:cstheme="majorBidi"/>
          <w:sz w:val="24"/>
          <w:szCs w:val="24"/>
        </w:rPr>
        <w:t xml:space="preserve">Sempre </w:t>
      </w:r>
      <w:proofErr w:type="spellStart"/>
      <w:r w:rsidRPr="004847A4">
        <w:rPr>
          <w:rFonts w:asciiTheme="majorHAnsi" w:eastAsiaTheme="majorEastAsia" w:hAnsiTheme="majorHAnsi" w:cstheme="majorBidi"/>
          <w:sz w:val="24"/>
          <w:szCs w:val="24"/>
        </w:rPr>
        <w:t>più</w:t>
      </w:r>
      <w:proofErr w:type="spellEnd"/>
      <w:r w:rsidRPr="004847A4">
        <w:rPr>
          <w:rFonts w:asciiTheme="majorHAnsi" w:eastAsiaTheme="majorEastAsia" w:hAnsiTheme="majorHAnsi" w:cstheme="majorBidi"/>
          <w:sz w:val="24"/>
          <w:szCs w:val="24"/>
        </w:rPr>
        <w:t xml:space="preserve"> </w:t>
      </w:r>
      <w:proofErr w:type="spellStart"/>
      <w:r w:rsidRPr="004847A4">
        <w:rPr>
          <w:rFonts w:asciiTheme="majorHAnsi" w:eastAsiaTheme="majorEastAsia" w:hAnsiTheme="majorHAnsi" w:cstheme="majorBidi"/>
          <w:sz w:val="24"/>
          <w:szCs w:val="24"/>
        </w:rPr>
        <w:t>persone</w:t>
      </w:r>
      <w:proofErr w:type="spellEnd"/>
      <w:r w:rsidRPr="004847A4">
        <w:rPr>
          <w:rFonts w:asciiTheme="majorHAnsi" w:eastAsiaTheme="majorEastAsia" w:hAnsiTheme="majorHAnsi" w:cstheme="majorBidi"/>
          <w:sz w:val="24"/>
          <w:szCs w:val="24"/>
        </w:rPr>
        <w:t xml:space="preserve"> </w:t>
      </w:r>
      <w:proofErr w:type="spellStart"/>
      <w:r w:rsidRPr="004847A4">
        <w:rPr>
          <w:rFonts w:asciiTheme="majorHAnsi" w:eastAsiaTheme="majorEastAsia" w:hAnsiTheme="majorHAnsi" w:cstheme="majorBidi"/>
          <w:sz w:val="24"/>
          <w:szCs w:val="24"/>
        </w:rPr>
        <w:t>nella</w:t>
      </w:r>
      <w:proofErr w:type="spellEnd"/>
      <w:r w:rsidRPr="004847A4">
        <w:rPr>
          <w:rFonts w:asciiTheme="majorHAnsi" w:eastAsiaTheme="majorEastAsia" w:hAnsiTheme="majorHAnsi" w:cstheme="majorBidi"/>
          <w:sz w:val="24"/>
          <w:szCs w:val="24"/>
        </w:rPr>
        <w:t xml:space="preserve"> nostra </w:t>
      </w:r>
      <w:proofErr w:type="spellStart"/>
      <w:r w:rsidRPr="004847A4">
        <w:rPr>
          <w:rFonts w:asciiTheme="majorHAnsi" w:eastAsiaTheme="majorEastAsia" w:hAnsiTheme="majorHAnsi" w:cstheme="majorBidi"/>
          <w:sz w:val="24"/>
          <w:szCs w:val="24"/>
        </w:rPr>
        <w:t>comunità</w:t>
      </w:r>
      <w:proofErr w:type="spellEnd"/>
      <w:r w:rsidRPr="004847A4">
        <w:rPr>
          <w:rFonts w:asciiTheme="majorHAnsi" w:eastAsiaTheme="majorEastAsia" w:hAnsiTheme="majorHAnsi" w:cstheme="majorBidi"/>
          <w:sz w:val="24"/>
          <w:szCs w:val="24"/>
        </w:rPr>
        <w:t xml:space="preserve"> </w:t>
      </w:r>
      <w:proofErr w:type="spellStart"/>
      <w:r w:rsidRPr="004847A4">
        <w:rPr>
          <w:rFonts w:asciiTheme="majorHAnsi" w:eastAsiaTheme="majorEastAsia" w:hAnsiTheme="majorHAnsi" w:cstheme="majorBidi"/>
          <w:sz w:val="24"/>
          <w:szCs w:val="24"/>
        </w:rPr>
        <w:t>vivono</w:t>
      </w:r>
      <w:proofErr w:type="spellEnd"/>
      <w:r w:rsidRPr="004847A4">
        <w:rPr>
          <w:rFonts w:asciiTheme="majorHAnsi" w:eastAsiaTheme="majorEastAsia" w:hAnsiTheme="majorHAnsi" w:cstheme="majorBidi"/>
          <w:sz w:val="24"/>
          <w:szCs w:val="24"/>
        </w:rPr>
        <w:t xml:space="preserve"> </w:t>
      </w:r>
      <w:proofErr w:type="spellStart"/>
      <w:r w:rsidRPr="004847A4">
        <w:rPr>
          <w:rFonts w:asciiTheme="majorHAnsi" w:eastAsiaTheme="majorEastAsia" w:hAnsiTheme="majorHAnsi" w:cstheme="majorBidi"/>
          <w:sz w:val="24"/>
          <w:szCs w:val="24"/>
        </w:rPr>
        <w:t>situazioni</w:t>
      </w:r>
      <w:proofErr w:type="spellEnd"/>
      <w:r w:rsidRPr="004847A4">
        <w:rPr>
          <w:rFonts w:asciiTheme="majorHAnsi" w:eastAsiaTheme="majorEastAsia" w:hAnsiTheme="majorHAnsi" w:cstheme="majorBidi"/>
          <w:sz w:val="24"/>
          <w:szCs w:val="24"/>
        </w:rPr>
        <w:t xml:space="preserve"> di </w:t>
      </w:r>
      <w:proofErr w:type="spellStart"/>
      <w:r w:rsidRPr="004847A4">
        <w:rPr>
          <w:rFonts w:asciiTheme="majorHAnsi" w:eastAsiaTheme="majorEastAsia" w:hAnsiTheme="majorHAnsi" w:cstheme="majorBidi"/>
          <w:sz w:val="24"/>
          <w:szCs w:val="24"/>
        </w:rPr>
        <w:t>solitudine</w:t>
      </w:r>
      <w:proofErr w:type="spellEnd"/>
      <w:r w:rsidRPr="004847A4">
        <w:rPr>
          <w:rFonts w:asciiTheme="majorHAnsi" w:eastAsiaTheme="majorEastAsia" w:hAnsiTheme="majorHAnsi" w:cstheme="majorBidi"/>
          <w:sz w:val="24"/>
          <w:szCs w:val="24"/>
        </w:rPr>
        <w:t xml:space="preserve">, </w:t>
      </w:r>
      <w:proofErr w:type="spellStart"/>
      <w:r w:rsidRPr="004847A4">
        <w:rPr>
          <w:rFonts w:asciiTheme="majorHAnsi" w:eastAsiaTheme="majorEastAsia" w:hAnsiTheme="majorHAnsi" w:cstheme="majorBidi"/>
          <w:sz w:val="24"/>
          <w:szCs w:val="24"/>
        </w:rPr>
        <w:t>malattia</w:t>
      </w:r>
      <w:proofErr w:type="spellEnd"/>
      <w:r w:rsidRPr="004847A4">
        <w:rPr>
          <w:rFonts w:asciiTheme="majorHAnsi" w:eastAsiaTheme="majorEastAsia" w:hAnsiTheme="majorHAnsi" w:cstheme="majorBidi"/>
          <w:sz w:val="24"/>
          <w:szCs w:val="24"/>
        </w:rPr>
        <w:t xml:space="preserve">, </w:t>
      </w:r>
      <w:proofErr w:type="spellStart"/>
      <w:r w:rsidRPr="004847A4">
        <w:rPr>
          <w:rFonts w:asciiTheme="majorHAnsi" w:eastAsiaTheme="majorEastAsia" w:hAnsiTheme="majorHAnsi" w:cstheme="majorBidi"/>
          <w:sz w:val="24"/>
          <w:szCs w:val="24"/>
        </w:rPr>
        <w:t>disabilità</w:t>
      </w:r>
      <w:proofErr w:type="spellEnd"/>
      <w:r w:rsidRPr="004847A4">
        <w:rPr>
          <w:rFonts w:asciiTheme="majorHAnsi" w:eastAsiaTheme="majorEastAsia" w:hAnsiTheme="majorHAnsi" w:cstheme="majorBidi"/>
          <w:sz w:val="24"/>
          <w:szCs w:val="24"/>
        </w:rPr>
        <w:t xml:space="preserve"> o </w:t>
      </w:r>
      <w:proofErr w:type="spellStart"/>
      <w:r w:rsidRPr="004847A4">
        <w:rPr>
          <w:rFonts w:asciiTheme="majorHAnsi" w:eastAsiaTheme="majorEastAsia" w:hAnsiTheme="majorHAnsi" w:cstheme="majorBidi"/>
          <w:sz w:val="24"/>
          <w:szCs w:val="24"/>
        </w:rPr>
        <w:t>fragilità</w:t>
      </w:r>
      <w:proofErr w:type="spellEnd"/>
      <w:r w:rsidRPr="004847A4">
        <w:rPr>
          <w:rFonts w:asciiTheme="majorHAnsi" w:eastAsiaTheme="majorEastAsia" w:hAnsiTheme="majorHAnsi" w:cstheme="majorBidi"/>
          <w:sz w:val="24"/>
          <w:szCs w:val="24"/>
        </w:rPr>
        <w:t xml:space="preserve"> </w:t>
      </w:r>
      <w:proofErr w:type="spellStart"/>
      <w:r w:rsidRPr="004847A4">
        <w:rPr>
          <w:rFonts w:asciiTheme="majorHAnsi" w:eastAsiaTheme="majorEastAsia" w:hAnsiTheme="majorHAnsi" w:cstheme="majorBidi"/>
          <w:sz w:val="24"/>
          <w:szCs w:val="24"/>
        </w:rPr>
        <w:t>psicologica</w:t>
      </w:r>
      <w:proofErr w:type="spellEnd"/>
      <w:r w:rsidRPr="004847A4">
        <w:rPr>
          <w:rFonts w:asciiTheme="majorHAnsi" w:eastAsiaTheme="majorEastAsia" w:hAnsiTheme="majorHAnsi" w:cstheme="majorBidi"/>
          <w:sz w:val="24"/>
          <w:szCs w:val="24"/>
        </w:rPr>
        <w:t xml:space="preserve">. </w:t>
      </w:r>
      <w:proofErr w:type="spellStart"/>
      <w:r w:rsidRPr="004847A4">
        <w:rPr>
          <w:rFonts w:asciiTheme="majorHAnsi" w:eastAsiaTheme="majorEastAsia" w:hAnsiTheme="majorHAnsi" w:cstheme="majorBidi"/>
          <w:sz w:val="24"/>
          <w:szCs w:val="24"/>
        </w:rPr>
        <w:t>Spesso</w:t>
      </w:r>
      <w:proofErr w:type="spellEnd"/>
      <w:r w:rsidRPr="004847A4">
        <w:rPr>
          <w:rFonts w:asciiTheme="majorHAnsi" w:eastAsiaTheme="majorEastAsia" w:hAnsiTheme="majorHAnsi" w:cstheme="majorBidi"/>
          <w:sz w:val="24"/>
          <w:szCs w:val="24"/>
        </w:rPr>
        <w:t xml:space="preserve"> </w:t>
      </w:r>
      <w:proofErr w:type="spellStart"/>
      <w:r w:rsidRPr="004847A4">
        <w:rPr>
          <w:rFonts w:asciiTheme="majorHAnsi" w:eastAsiaTheme="majorEastAsia" w:hAnsiTheme="majorHAnsi" w:cstheme="majorBidi"/>
          <w:sz w:val="24"/>
          <w:szCs w:val="24"/>
        </w:rPr>
        <w:t>si</w:t>
      </w:r>
      <w:proofErr w:type="spellEnd"/>
      <w:r w:rsidRPr="004847A4">
        <w:rPr>
          <w:rFonts w:asciiTheme="majorHAnsi" w:eastAsiaTheme="majorEastAsia" w:hAnsiTheme="majorHAnsi" w:cstheme="majorBidi"/>
          <w:sz w:val="24"/>
          <w:szCs w:val="24"/>
        </w:rPr>
        <w:t xml:space="preserve"> </w:t>
      </w:r>
      <w:proofErr w:type="spellStart"/>
      <w:r w:rsidRPr="004847A4">
        <w:rPr>
          <w:rFonts w:asciiTheme="majorHAnsi" w:eastAsiaTheme="majorEastAsia" w:hAnsiTheme="majorHAnsi" w:cstheme="majorBidi"/>
          <w:sz w:val="24"/>
          <w:szCs w:val="24"/>
        </w:rPr>
        <w:t>sentono</w:t>
      </w:r>
      <w:proofErr w:type="spellEnd"/>
      <w:r w:rsidRPr="004847A4">
        <w:rPr>
          <w:rFonts w:asciiTheme="majorHAnsi" w:eastAsiaTheme="majorEastAsia" w:hAnsiTheme="majorHAnsi" w:cstheme="majorBidi"/>
          <w:sz w:val="24"/>
          <w:szCs w:val="24"/>
        </w:rPr>
        <w:t xml:space="preserve"> </w:t>
      </w:r>
      <w:proofErr w:type="spellStart"/>
      <w:r w:rsidRPr="004847A4">
        <w:rPr>
          <w:rFonts w:asciiTheme="majorHAnsi" w:eastAsiaTheme="majorEastAsia" w:hAnsiTheme="majorHAnsi" w:cstheme="majorBidi"/>
          <w:sz w:val="24"/>
          <w:szCs w:val="24"/>
        </w:rPr>
        <w:t>invisibili</w:t>
      </w:r>
      <w:proofErr w:type="spellEnd"/>
      <w:r w:rsidRPr="004847A4">
        <w:rPr>
          <w:rFonts w:asciiTheme="majorHAnsi" w:eastAsiaTheme="majorEastAsia" w:hAnsiTheme="majorHAnsi" w:cstheme="majorBidi"/>
          <w:sz w:val="24"/>
          <w:szCs w:val="24"/>
        </w:rPr>
        <w:t xml:space="preserve">, </w:t>
      </w:r>
      <w:proofErr w:type="spellStart"/>
      <w:r w:rsidRPr="004847A4">
        <w:rPr>
          <w:rFonts w:asciiTheme="majorHAnsi" w:eastAsiaTheme="majorEastAsia" w:hAnsiTheme="majorHAnsi" w:cstheme="majorBidi"/>
          <w:sz w:val="24"/>
          <w:szCs w:val="24"/>
        </w:rPr>
        <w:t>abbandonate</w:t>
      </w:r>
      <w:proofErr w:type="spellEnd"/>
      <w:r w:rsidRPr="004847A4">
        <w:rPr>
          <w:rFonts w:asciiTheme="majorHAnsi" w:eastAsiaTheme="majorEastAsia" w:hAnsiTheme="majorHAnsi" w:cstheme="majorBidi"/>
          <w:sz w:val="24"/>
          <w:szCs w:val="24"/>
        </w:rPr>
        <w:t xml:space="preserve"> o senza voce. Il </w:t>
      </w:r>
      <w:proofErr w:type="spellStart"/>
      <w:r w:rsidRPr="004847A4">
        <w:rPr>
          <w:rFonts w:asciiTheme="majorHAnsi" w:eastAsiaTheme="majorEastAsia" w:hAnsiTheme="majorHAnsi" w:cstheme="majorBidi"/>
          <w:sz w:val="24"/>
          <w:szCs w:val="24"/>
        </w:rPr>
        <w:t>progetto</w:t>
      </w:r>
      <w:proofErr w:type="spellEnd"/>
      <w:r w:rsidRPr="004847A4">
        <w:rPr>
          <w:rFonts w:asciiTheme="majorHAnsi" w:eastAsiaTheme="majorEastAsia" w:hAnsiTheme="majorHAnsi" w:cstheme="majorBidi"/>
          <w:sz w:val="24"/>
          <w:szCs w:val="24"/>
        </w:rPr>
        <w:t xml:space="preserve"> </w:t>
      </w:r>
      <w:r w:rsidRPr="004847A4">
        <w:rPr>
          <w:rFonts w:asciiTheme="majorHAnsi" w:eastAsiaTheme="majorEastAsia" w:hAnsiTheme="majorHAnsi" w:cstheme="majorBidi"/>
          <w:b/>
          <w:bCs/>
          <w:sz w:val="24"/>
          <w:szCs w:val="24"/>
        </w:rPr>
        <w:t>"</w:t>
      </w:r>
      <w:proofErr w:type="spellStart"/>
      <w:r w:rsidR="00565CE3">
        <w:rPr>
          <w:rFonts w:asciiTheme="majorHAnsi" w:eastAsiaTheme="majorEastAsia" w:hAnsiTheme="majorHAnsi" w:cstheme="majorBidi"/>
          <w:b/>
          <w:bCs/>
          <w:sz w:val="24"/>
          <w:szCs w:val="24"/>
        </w:rPr>
        <w:t>Dicci</w:t>
      </w:r>
      <w:proofErr w:type="spellEnd"/>
      <w:r w:rsidRPr="004847A4">
        <w:rPr>
          <w:rFonts w:asciiTheme="majorHAnsi" w:eastAsiaTheme="majorEastAsia" w:hAnsiTheme="majorHAnsi" w:cstheme="majorBidi"/>
          <w:b/>
          <w:bCs/>
          <w:sz w:val="24"/>
          <w:szCs w:val="24"/>
        </w:rPr>
        <w:t xml:space="preserve"> </w:t>
      </w:r>
      <w:r w:rsidRPr="00EE1619">
        <w:rPr>
          <w:rFonts w:asciiTheme="majorHAnsi" w:eastAsiaTheme="majorEastAsia" w:hAnsiTheme="majorHAnsi" w:cstheme="majorBidi"/>
          <w:b/>
          <w:bCs/>
          <w:sz w:val="24"/>
          <w:szCs w:val="24"/>
        </w:rPr>
        <w:t xml:space="preserve">come </w:t>
      </w:r>
      <w:proofErr w:type="spellStart"/>
      <w:r w:rsidRPr="00EE1619">
        <w:rPr>
          <w:rFonts w:asciiTheme="majorHAnsi" w:eastAsiaTheme="majorEastAsia" w:hAnsiTheme="majorHAnsi" w:cstheme="majorBidi"/>
          <w:b/>
          <w:bCs/>
          <w:sz w:val="24"/>
          <w:szCs w:val="24"/>
        </w:rPr>
        <w:t>stai</w:t>
      </w:r>
      <w:proofErr w:type="spellEnd"/>
      <w:r w:rsidRPr="00EE1619">
        <w:rPr>
          <w:rFonts w:asciiTheme="majorHAnsi" w:eastAsiaTheme="majorEastAsia" w:hAnsiTheme="majorHAnsi" w:cstheme="majorBidi"/>
          <w:b/>
          <w:bCs/>
          <w:sz w:val="24"/>
          <w:szCs w:val="24"/>
        </w:rPr>
        <w:t>"</w:t>
      </w:r>
      <w:r w:rsidRPr="00EE1619">
        <w:rPr>
          <w:rFonts w:asciiTheme="majorHAnsi" w:eastAsiaTheme="majorEastAsia" w:hAnsiTheme="majorHAnsi" w:cstheme="majorBidi"/>
          <w:sz w:val="24"/>
          <w:szCs w:val="24"/>
        </w:rPr>
        <w:t xml:space="preserve"> </w:t>
      </w:r>
      <w:proofErr w:type="spellStart"/>
      <w:r w:rsidRPr="00EE1619">
        <w:rPr>
          <w:rFonts w:asciiTheme="majorHAnsi" w:eastAsiaTheme="majorEastAsia" w:hAnsiTheme="majorHAnsi" w:cstheme="majorBidi"/>
          <w:sz w:val="24"/>
          <w:szCs w:val="24"/>
        </w:rPr>
        <w:t>nasce</w:t>
      </w:r>
      <w:proofErr w:type="spellEnd"/>
      <w:r w:rsidRPr="00EE1619">
        <w:rPr>
          <w:rFonts w:asciiTheme="majorHAnsi" w:eastAsiaTheme="majorEastAsia" w:hAnsiTheme="majorHAnsi" w:cstheme="majorBidi"/>
          <w:sz w:val="24"/>
          <w:szCs w:val="24"/>
        </w:rPr>
        <w:t xml:space="preserve"> per </w:t>
      </w:r>
      <w:proofErr w:type="spellStart"/>
      <w:r w:rsidRPr="00EE1619">
        <w:rPr>
          <w:rFonts w:asciiTheme="majorHAnsi" w:eastAsiaTheme="majorEastAsia" w:hAnsiTheme="majorHAnsi" w:cstheme="majorBidi"/>
          <w:sz w:val="24"/>
          <w:szCs w:val="24"/>
        </w:rPr>
        <w:t>offrire</w:t>
      </w:r>
      <w:proofErr w:type="spellEnd"/>
      <w:r w:rsidRPr="00EE1619">
        <w:rPr>
          <w:rFonts w:asciiTheme="majorHAnsi" w:eastAsiaTheme="majorEastAsia" w:hAnsiTheme="majorHAnsi" w:cstheme="majorBidi"/>
          <w:sz w:val="24"/>
          <w:szCs w:val="24"/>
        </w:rPr>
        <w:t xml:space="preserve"> un </w:t>
      </w:r>
      <w:proofErr w:type="spellStart"/>
      <w:r w:rsidRPr="00EE1619">
        <w:rPr>
          <w:rFonts w:asciiTheme="majorHAnsi" w:eastAsiaTheme="majorEastAsia" w:hAnsiTheme="majorHAnsi" w:cstheme="majorBidi"/>
          <w:sz w:val="24"/>
          <w:szCs w:val="24"/>
        </w:rPr>
        <w:t>canale</w:t>
      </w:r>
      <w:proofErr w:type="spellEnd"/>
      <w:r w:rsidRPr="00EE1619">
        <w:rPr>
          <w:rFonts w:asciiTheme="majorHAnsi" w:eastAsiaTheme="majorEastAsia" w:hAnsiTheme="majorHAnsi" w:cstheme="majorBidi"/>
          <w:sz w:val="24"/>
          <w:szCs w:val="24"/>
        </w:rPr>
        <w:t xml:space="preserve"> di </w:t>
      </w:r>
      <w:proofErr w:type="spellStart"/>
      <w:r w:rsidRPr="00EE1619">
        <w:rPr>
          <w:rFonts w:asciiTheme="majorHAnsi" w:eastAsiaTheme="majorEastAsia" w:hAnsiTheme="majorHAnsi" w:cstheme="majorBidi"/>
          <w:sz w:val="24"/>
          <w:szCs w:val="24"/>
        </w:rPr>
        <w:t>ascolto</w:t>
      </w:r>
      <w:proofErr w:type="spellEnd"/>
      <w:r w:rsidRPr="00EE1619">
        <w:rPr>
          <w:rFonts w:asciiTheme="majorHAnsi" w:eastAsiaTheme="majorEastAsia" w:hAnsiTheme="majorHAnsi" w:cstheme="majorBidi"/>
          <w:sz w:val="24"/>
          <w:szCs w:val="24"/>
        </w:rPr>
        <w:t xml:space="preserve"> </w:t>
      </w:r>
      <w:proofErr w:type="spellStart"/>
      <w:r w:rsidRPr="00EE1619">
        <w:rPr>
          <w:rFonts w:asciiTheme="majorHAnsi" w:eastAsiaTheme="majorEastAsia" w:hAnsiTheme="majorHAnsi" w:cstheme="majorBidi"/>
          <w:sz w:val="24"/>
          <w:szCs w:val="24"/>
        </w:rPr>
        <w:t>umano</w:t>
      </w:r>
      <w:proofErr w:type="spellEnd"/>
      <w:r w:rsidRPr="00EE1619">
        <w:rPr>
          <w:rFonts w:asciiTheme="majorHAnsi" w:eastAsiaTheme="majorEastAsia" w:hAnsiTheme="majorHAnsi" w:cstheme="majorBidi"/>
          <w:sz w:val="24"/>
          <w:szCs w:val="24"/>
        </w:rPr>
        <w:t xml:space="preserve">, </w:t>
      </w:r>
      <w:proofErr w:type="spellStart"/>
      <w:r w:rsidRPr="00EE1619">
        <w:rPr>
          <w:rFonts w:asciiTheme="majorHAnsi" w:eastAsiaTheme="majorEastAsia" w:hAnsiTheme="majorHAnsi" w:cstheme="majorBidi"/>
          <w:sz w:val="24"/>
          <w:szCs w:val="24"/>
        </w:rPr>
        <w:t>accogliente</w:t>
      </w:r>
      <w:proofErr w:type="spellEnd"/>
      <w:r w:rsidRPr="00EE1619">
        <w:rPr>
          <w:rFonts w:asciiTheme="majorHAnsi" w:eastAsiaTheme="majorEastAsia" w:hAnsiTheme="majorHAnsi" w:cstheme="majorBidi"/>
          <w:sz w:val="24"/>
          <w:szCs w:val="24"/>
        </w:rPr>
        <w:t xml:space="preserve"> e </w:t>
      </w:r>
      <w:proofErr w:type="spellStart"/>
      <w:r w:rsidRPr="00EE1619">
        <w:rPr>
          <w:rFonts w:asciiTheme="majorHAnsi" w:eastAsiaTheme="majorEastAsia" w:hAnsiTheme="majorHAnsi" w:cstheme="majorBidi"/>
          <w:sz w:val="24"/>
          <w:szCs w:val="24"/>
        </w:rPr>
        <w:t>continuativo</w:t>
      </w:r>
      <w:proofErr w:type="spellEnd"/>
      <w:r w:rsidRPr="00EE1619">
        <w:rPr>
          <w:rFonts w:asciiTheme="majorHAnsi" w:eastAsiaTheme="majorEastAsia" w:hAnsiTheme="majorHAnsi" w:cstheme="majorBidi"/>
          <w:sz w:val="24"/>
          <w:szCs w:val="24"/>
        </w:rPr>
        <w:t xml:space="preserve">, in cui ogni persona </w:t>
      </w:r>
      <w:proofErr w:type="spellStart"/>
      <w:r w:rsidRPr="00EE1619">
        <w:rPr>
          <w:rFonts w:asciiTheme="majorHAnsi" w:eastAsiaTheme="majorEastAsia" w:hAnsiTheme="majorHAnsi" w:cstheme="majorBidi"/>
          <w:sz w:val="24"/>
          <w:szCs w:val="24"/>
        </w:rPr>
        <w:t>possa</w:t>
      </w:r>
      <w:proofErr w:type="spellEnd"/>
      <w:r w:rsidRPr="00EE1619">
        <w:rPr>
          <w:rFonts w:asciiTheme="majorHAnsi" w:eastAsiaTheme="majorEastAsia" w:hAnsiTheme="majorHAnsi" w:cstheme="majorBidi"/>
          <w:sz w:val="24"/>
          <w:szCs w:val="24"/>
        </w:rPr>
        <w:t xml:space="preserve"> </w:t>
      </w:r>
      <w:proofErr w:type="spellStart"/>
      <w:r w:rsidRPr="00EE1619">
        <w:rPr>
          <w:rFonts w:asciiTheme="majorHAnsi" w:eastAsiaTheme="majorEastAsia" w:hAnsiTheme="majorHAnsi" w:cstheme="majorBidi"/>
          <w:sz w:val="24"/>
          <w:szCs w:val="24"/>
        </w:rPr>
        <w:t>essere</w:t>
      </w:r>
      <w:proofErr w:type="spellEnd"/>
      <w:r w:rsidRPr="004847A4">
        <w:rPr>
          <w:rFonts w:asciiTheme="majorHAnsi" w:eastAsiaTheme="majorEastAsia" w:hAnsiTheme="majorHAnsi" w:cstheme="majorBidi"/>
          <w:sz w:val="24"/>
          <w:szCs w:val="24"/>
        </w:rPr>
        <w:t xml:space="preserve"> vista, </w:t>
      </w:r>
      <w:proofErr w:type="spellStart"/>
      <w:r w:rsidRPr="004847A4">
        <w:rPr>
          <w:rFonts w:asciiTheme="majorHAnsi" w:eastAsiaTheme="majorEastAsia" w:hAnsiTheme="majorHAnsi" w:cstheme="majorBidi"/>
          <w:sz w:val="24"/>
          <w:szCs w:val="24"/>
        </w:rPr>
        <w:t>ascoltata</w:t>
      </w:r>
      <w:proofErr w:type="spellEnd"/>
      <w:r w:rsidRPr="004847A4">
        <w:rPr>
          <w:rFonts w:asciiTheme="majorHAnsi" w:eastAsiaTheme="majorEastAsia" w:hAnsiTheme="majorHAnsi" w:cstheme="majorBidi"/>
          <w:sz w:val="24"/>
          <w:szCs w:val="24"/>
        </w:rPr>
        <w:t xml:space="preserve"> e </w:t>
      </w:r>
      <w:proofErr w:type="spellStart"/>
      <w:r w:rsidRPr="004847A4">
        <w:rPr>
          <w:rFonts w:asciiTheme="majorHAnsi" w:eastAsiaTheme="majorEastAsia" w:hAnsiTheme="majorHAnsi" w:cstheme="majorBidi"/>
          <w:sz w:val="24"/>
          <w:szCs w:val="24"/>
        </w:rPr>
        <w:t>accompagnata</w:t>
      </w:r>
      <w:proofErr w:type="spellEnd"/>
      <w:r w:rsidRPr="004847A4">
        <w:rPr>
          <w:rFonts w:asciiTheme="majorHAnsi" w:eastAsiaTheme="majorEastAsia" w:hAnsiTheme="majorHAnsi" w:cstheme="majorBidi"/>
          <w:sz w:val="24"/>
          <w:szCs w:val="24"/>
        </w:rPr>
        <w:t>.</w:t>
      </w:r>
    </w:p>
    <w:p w14:paraId="282312DD" w14:textId="17484727" w:rsidR="004C7227" w:rsidRPr="002202D9" w:rsidRDefault="00DA5DAC">
      <w:pPr>
        <w:rPr>
          <w:rFonts w:asciiTheme="majorHAnsi" w:eastAsiaTheme="majorEastAsia" w:hAnsiTheme="majorHAnsi" w:cstheme="majorBidi"/>
          <w:b/>
          <w:bCs/>
          <w:sz w:val="24"/>
          <w:szCs w:val="24"/>
        </w:rPr>
      </w:pPr>
      <w:r>
        <w:rPr>
          <w:rFonts w:asciiTheme="majorHAnsi" w:eastAsiaTheme="majorEastAsia" w:hAnsiTheme="majorHAnsi" w:cstheme="majorBidi"/>
          <w:b/>
          <w:bCs/>
          <w:sz w:val="24"/>
          <w:szCs w:val="24"/>
        </w:rPr>
        <w:t>1</w:t>
      </w:r>
      <w:r w:rsidR="00FA3DE0">
        <w:rPr>
          <w:rFonts w:asciiTheme="majorHAnsi" w:eastAsiaTheme="majorEastAsia" w:hAnsiTheme="majorHAnsi" w:cstheme="majorBidi"/>
          <w:b/>
          <w:bCs/>
          <w:sz w:val="24"/>
          <w:szCs w:val="24"/>
        </w:rPr>
        <w:t>0</w:t>
      </w:r>
      <w:r>
        <w:rPr>
          <w:rFonts w:asciiTheme="majorHAnsi" w:eastAsiaTheme="majorEastAsia" w:hAnsiTheme="majorHAnsi" w:cstheme="majorBidi"/>
          <w:b/>
          <w:bCs/>
          <w:sz w:val="24"/>
          <w:szCs w:val="24"/>
        </w:rPr>
        <w:t xml:space="preserve">. </w:t>
      </w:r>
      <w:r w:rsidRPr="00DA5DAC">
        <w:rPr>
          <w:rFonts w:asciiTheme="majorHAnsi" w:eastAsiaTheme="majorEastAsia" w:hAnsiTheme="majorHAnsi" w:cstheme="majorBidi"/>
          <w:b/>
          <w:bCs/>
          <w:sz w:val="24"/>
          <w:szCs w:val="24"/>
        </w:rPr>
        <w:t xml:space="preserve">Progetto </w:t>
      </w:r>
      <w:proofErr w:type="spellStart"/>
      <w:r w:rsidRPr="00DA5DAC">
        <w:rPr>
          <w:rFonts w:asciiTheme="majorHAnsi" w:eastAsiaTheme="majorEastAsia" w:hAnsiTheme="majorHAnsi" w:cstheme="majorBidi"/>
          <w:b/>
          <w:bCs/>
          <w:sz w:val="24"/>
          <w:szCs w:val="24"/>
        </w:rPr>
        <w:t>scuola</w:t>
      </w:r>
      <w:proofErr w:type="spellEnd"/>
      <w:r>
        <w:rPr>
          <w:rFonts w:asciiTheme="majorHAnsi" w:eastAsiaTheme="majorEastAsia" w:hAnsiTheme="majorHAnsi" w:cstheme="majorBidi"/>
          <w:b/>
          <w:bCs/>
          <w:sz w:val="24"/>
          <w:szCs w:val="24"/>
        </w:rPr>
        <w:t xml:space="preserve"> “</w:t>
      </w:r>
      <w:proofErr w:type="spellStart"/>
      <w:r>
        <w:rPr>
          <w:rFonts w:asciiTheme="majorHAnsi" w:eastAsiaTheme="majorEastAsia" w:hAnsiTheme="majorHAnsi" w:cstheme="majorBidi"/>
          <w:b/>
          <w:bCs/>
          <w:sz w:val="24"/>
          <w:szCs w:val="24"/>
        </w:rPr>
        <w:t>coloriamo</w:t>
      </w:r>
      <w:proofErr w:type="spellEnd"/>
      <w:r>
        <w:rPr>
          <w:rFonts w:asciiTheme="majorHAnsi" w:eastAsiaTheme="majorEastAsia" w:hAnsiTheme="majorHAnsi" w:cstheme="majorBidi"/>
          <w:b/>
          <w:bCs/>
          <w:sz w:val="24"/>
          <w:szCs w:val="24"/>
        </w:rPr>
        <w:t xml:space="preserve"> la </w:t>
      </w:r>
      <w:proofErr w:type="spellStart"/>
      <w:r>
        <w:rPr>
          <w:rFonts w:asciiTheme="majorHAnsi" w:eastAsiaTheme="majorEastAsia" w:hAnsiTheme="majorHAnsi" w:cstheme="majorBidi"/>
          <w:b/>
          <w:bCs/>
          <w:sz w:val="24"/>
          <w:szCs w:val="24"/>
        </w:rPr>
        <w:t>gentilezza</w:t>
      </w:r>
      <w:proofErr w:type="spellEnd"/>
      <w:r>
        <w:rPr>
          <w:rFonts w:asciiTheme="majorHAnsi" w:eastAsiaTheme="majorEastAsia" w:hAnsiTheme="majorHAnsi" w:cstheme="majorBidi"/>
          <w:b/>
          <w:bCs/>
          <w:sz w:val="24"/>
          <w:szCs w:val="24"/>
        </w:rPr>
        <w:t xml:space="preserve"> e la </w:t>
      </w:r>
      <w:proofErr w:type="spellStart"/>
      <w:r>
        <w:rPr>
          <w:rFonts w:asciiTheme="majorHAnsi" w:eastAsiaTheme="majorEastAsia" w:hAnsiTheme="majorHAnsi" w:cstheme="majorBidi"/>
          <w:b/>
          <w:bCs/>
          <w:sz w:val="24"/>
          <w:szCs w:val="24"/>
        </w:rPr>
        <w:t>solidarietà</w:t>
      </w:r>
      <w:proofErr w:type="spellEnd"/>
      <w:r>
        <w:rPr>
          <w:rFonts w:asciiTheme="majorHAnsi" w:eastAsiaTheme="majorEastAsia" w:hAnsiTheme="majorHAnsi" w:cstheme="majorBidi"/>
          <w:b/>
          <w:bCs/>
          <w:sz w:val="24"/>
          <w:szCs w:val="24"/>
        </w:rPr>
        <w:t>”</w:t>
      </w:r>
    </w:p>
    <w:p w14:paraId="649771CA" w14:textId="77777777" w:rsidR="004C7227" w:rsidRPr="004C7227" w:rsidRDefault="004C7227">
      <w:pPr>
        <w:rPr>
          <w:rFonts w:asciiTheme="majorHAnsi" w:eastAsiaTheme="majorEastAsia" w:hAnsiTheme="majorHAnsi" w:cstheme="majorBidi"/>
          <w:sz w:val="24"/>
          <w:szCs w:val="24"/>
        </w:rPr>
      </w:pPr>
      <w:r w:rsidRPr="004C7227">
        <w:rPr>
          <w:rFonts w:asciiTheme="majorHAnsi" w:eastAsiaTheme="majorEastAsia" w:hAnsiTheme="majorHAnsi" w:cstheme="majorBidi"/>
          <w:b/>
          <w:bCs/>
          <w:sz w:val="24"/>
          <w:szCs w:val="24"/>
        </w:rPr>
        <w:t>Concorso di disegno</w:t>
      </w:r>
      <w:r>
        <w:rPr>
          <w:rFonts w:asciiTheme="majorHAnsi" w:eastAsiaTheme="majorEastAsia" w:hAnsiTheme="majorHAnsi" w:cstheme="majorBidi"/>
          <w:sz w:val="24"/>
          <w:szCs w:val="24"/>
        </w:rPr>
        <w:t xml:space="preserve">: Il </w:t>
      </w:r>
      <w:proofErr w:type="spellStart"/>
      <w:r>
        <w:rPr>
          <w:rFonts w:asciiTheme="majorHAnsi" w:eastAsiaTheme="majorEastAsia" w:hAnsiTheme="majorHAnsi" w:cstheme="majorBidi"/>
          <w:sz w:val="24"/>
          <w:szCs w:val="24"/>
        </w:rPr>
        <w:t>cuore</w:t>
      </w:r>
      <w:proofErr w:type="spellEnd"/>
      <w:r>
        <w:rPr>
          <w:rFonts w:asciiTheme="majorHAnsi" w:eastAsiaTheme="majorEastAsia" w:hAnsiTheme="majorHAnsi" w:cstheme="majorBidi"/>
          <w:sz w:val="24"/>
          <w:szCs w:val="24"/>
        </w:rPr>
        <w:t xml:space="preserve"> </w:t>
      </w:r>
      <w:proofErr w:type="spellStart"/>
      <w:r>
        <w:rPr>
          <w:rFonts w:asciiTheme="majorHAnsi" w:eastAsiaTheme="majorEastAsia" w:hAnsiTheme="majorHAnsi" w:cstheme="majorBidi"/>
          <w:sz w:val="24"/>
          <w:szCs w:val="24"/>
        </w:rPr>
        <w:t>della</w:t>
      </w:r>
      <w:proofErr w:type="spellEnd"/>
      <w:r>
        <w:rPr>
          <w:rFonts w:asciiTheme="majorHAnsi" w:eastAsiaTheme="majorEastAsia" w:hAnsiTheme="majorHAnsi" w:cstheme="majorBidi"/>
          <w:sz w:val="24"/>
          <w:szCs w:val="24"/>
        </w:rPr>
        <w:t xml:space="preserve"> </w:t>
      </w:r>
      <w:proofErr w:type="spellStart"/>
      <w:r>
        <w:rPr>
          <w:rFonts w:asciiTheme="majorHAnsi" w:eastAsiaTheme="majorEastAsia" w:hAnsiTheme="majorHAnsi" w:cstheme="majorBidi"/>
          <w:sz w:val="24"/>
          <w:szCs w:val="24"/>
        </w:rPr>
        <w:t>solidarietà</w:t>
      </w:r>
      <w:proofErr w:type="spellEnd"/>
    </w:p>
    <w:p w14:paraId="20F5337E" w14:textId="79914DE6" w:rsidR="00DA5DAC" w:rsidRPr="00DA5DAC" w:rsidRDefault="00DA5DAC" w:rsidP="008C08F5">
      <w:pPr>
        <w:rPr>
          <w:rFonts w:asciiTheme="majorHAnsi" w:eastAsiaTheme="majorEastAsia" w:hAnsiTheme="majorHAnsi" w:cstheme="majorBidi"/>
          <w:sz w:val="24"/>
          <w:szCs w:val="24"/>
        </w:rPr>
      </w:pPr>
      <w:r w:rsidRPr="008C08F5">
        <w:rPr>
          <w:rFonts w:asciiTheme="majorHAnsi" w:eastAsiaTheme="majorEastAsia" w:hAnsiTheme="majorHAnsi" w:cstheme="majorBidi"/>
          <w:b/>
          <w:bCs/>
          <w:sz w:val="24"/>
          <w:szCs w:val="24"/>
        </w:rPr>
        <w:t xml:space="preserve">Chi </w:t>
      </w:r>
      <w:proofErr w:type="spellStart"/>
      <w:r w:rsidRPr="008C08F5">
        <w:rPr>
          <w:rFonts w:asciiTheme="majorHAnsi" w:eastAsiaTheme="majorEastAsia" w:hAnsiTheme="majorHAnsi" w:cstheme="majorBidi"/>
          <w:b/>
          <w:bCs/>
          <w:sz w:val="24"/>
          <w:szCs w:val="24"/>
        </w:rPr>
        <w:t>può</w:t>
      </w:r>
      <w:proofErr w:type="spellEnd"/>
      <w:r w:rsidRPr="008C08F5">
        <w:rPr>
          <w:rFonts w:asciiTheme="majorHAnsi" w:eastAsiaTheme="majorEastAsia" w:hAnsiTheme="majorHAnsi" w:cstheme="majorBidi"/>
          <w:b/>
          <w:bCs/>
          <w:sz w:val="24"/>
          <w:szCs w:val="24"/>
        </w:rPr>
        <w:t xml:space="preserve"> </w:t>
      </w:r>
      <w:proofErr w:type="spellStart"/>
      <w:r w:rsidRPr="008C08F5">
        <w:rPr>
          <w:rFonts w:asciiTheme="majorHAnsi" w:eastAsiaTheme="majorEastAsia" w:hAnsiTheme="majorHAnsi" w:cstheme="majorBidi"/>
          <w:b/>
          <w:bCs/>
          <w:sz w:val="24"/>
          <w:szCs w:val="24"/>
        </w:rPr>
        <w:t>partecipare</w:t>
      </w:r>
      <w:proofErr w:type="spellEnd"/>
      <w:r w:rsidRPr="008C08F5">
        <w:rPr>
          <w:rFonts w:asciiTheme="majorHAnsi" w:eastAsiaTheme="majorEastAsia" w:hAnsiTheme="majorHAnsi" w:cstheme="majorBidi"/>
          <w:b/>
          <w:bCs/>
          <w:sz w:val="24"/>
          <w:szCs w:val="24"/>
        </w:rPr>
        <w:t>:</w:t>
      </w:r>
      <w:r w:rsidRPr="008C08F5">
        <w:rPr>
          <w:rFonts w:asciiTheme="majorHAnsi" w:eastAsiaTheme="majorEastAsia" w:hAnsiTheme="majorHAnsi" w:cstheme="majorBidi"/>
          <w:sz w:val="24"/>
          <w:szCs w:val="24"/>
        </w:rPr>
        <w:br/>
        <w:t xml:space="preserve">Il </w:t>
      </w:r>
      <w:proofErr w:type="spellStart"/>
      <w:r w:rsidRPr="008C08F5">
        <w:rPr>
          <w:rFonts w:asciiTheme="majorHAnsi" w:eastAsiaTheme="majorEastAsia" w:hAnsiTheme="majorHAnsi" w:cstheme="majorBidi"/>
          <w:sz w:val="24"/>
          <w:szCs w:val="24"/>
        </w:rPr>
        <w:t>progetto</w:t>
      </w:r>
      <w:proofErr w:type="spellEnd"/>
      <w:r w:rsidRPr="008C08F5">
        <w:rPr>
          <w:rFonts w:asciiTheme="majorHAnsi" w:eastAsiaTheme="majorEastAsia" w:hAnsiTheme="majorHAnsi" w:cstheme="majorBidi"/>
          <w:sz w:val="24"/>
          <w:szCs w:val="24"/>
        </w:rPr>
        <w:t xml:space="preserve"> è </w:t>
      </w:r>
      <w:proofErr w:type="spellStart"/>
      <w:r w:rsidRPr="008C08F5">
        <w:rPr>
          <w:rFonts w:asciiTheme="majorHAnsi" w:eastAsiaTheme="majorEastAsia" w:hAnsiTheme="majorHAnsi" w:cstheme="majorBidi"/>
          <w:sz w:val="24"/>
          <w:szCs w:val="24"/>
        </w:rPr>
        <w:t>aperto</w:t>
      </w:r>
      <w:proofErr w:type="spellEnd"/>
      <w:r w:rsidRPr="008C08F5">
        <w:rPr>
          <w:rFonts w:asciiTheme="majorHAnsi" w:eastAsiaTheme="majorEastAsia" w:hAnsiTheme="majorHAnsi" w:cstheme="majorBidi"/>
          <w:sz w:val="24"/>
          <w:szCs w:val="24"/>
        </w:rPr>
        <w:t xml:space="preserve"> a tutti </w:t>
      </w:r>
      <w:proofErr w:type="spellStart"/>
      <w:r w:rsidRPr="008C08F5">
        <w:rPr>
          <w:rFonts w:asciiTheme="majorHAnsi" w:eastAsiaTheme="majorEastAsia" w:hAnsiTheme="majorHAnsi" w:cstheme="majorBidi"/>
          <w:sz w:val="24"/>
          <w:szCs w:val="24"/>
        </w:rPr>
        <w:t>i</w:t>
      </w:r>
      <w:proofErr w:type="spellEnd"/>
      <w:r w:rsidRPr="008C08F5">
        <w:rPr>
          <w:rFonts w:asciiTheme="majorHAnsi" w:eastAsiaTheme="majorEastAsia" w:hAnsiTheme="majorHAnsi" w:cstheme="majorBidi"/>
          <w:sz w:val="24"/>
          <w:szCs w:val="24"/>
        </w:rPr>
        <w:t xml:space="preserve"> </w:t>
      </w:r>
      <w:r w:rsidR="00074CEB" w:rsidRPr="008C08F5">
        <w:rPr>
          <w:rFonts w:asciiTheme="majorHAnsi" w:eastAsiaTheme="majorEastAsia" w:hAnsiTheme="majorHAnsi" w:cstheme="majorBidi"/>
          <w:sz w:val="24"/>
          <w:szCs w:val="24"/>
        </w:rPr>
        <w:t xml:space="preserve">bambini </w:t>
      </w:r>
      <w:proofErr w:type="spellStart"/>
      <w:r w:rsidR="00074CEB" w:rsidRPr="008C08F5">
        <w:rPr>
          <w:rFonts w:asciiTheme="majorHAnsi" w:eastAsiaTheme="majorEastAsia" w:hAnsiTheme="majorHAnsi" w:cstheme="majorBidi"/>
          <w:sz w:val="24"/>
          <w:szCs w:val="24"/>
        </w:rPr>
        <w:t>della</w:t>
      </w:r>
      <w:proofErr w:type="spellEnd"/>
      <w:r w:rsidR="00074CEB" w:rsidRPr="008C08F5">
        <w:rPr>
          <w:rFonts w:asciiTheme="majorHAnsi" w:eastAsiaTheme="majorEastAsia" w:hAnsiTheme="majorHAnsi" w:cstheme="majorBidi"/>
          <w:sz w:val="24"/>
          <w:szCs w:val="24"/>
        </w:rPr>
        <w:t xml:space="preserve"> </w:t>
      </w:r>
      <w:proofErr w:type="spellStart"/>
      <w:r w:rsidR="00074CEB" w:rsidRPr="008C08F5">
        <w:rPr>
          <w:rFonts w:asciiTheme="majorHAnsi" w:eastAsiaTheme="majorEastAsia" w:hAnsiTheme="majorHAnsi" w:cstheme="majorBidi"/>
          <w:sz w:val="24"/>
          <w:szCs w:val="24"/>
        </w:rPr>
        <w:t>scuola</w:t>
      </w:r>
      <w:proofErr w:type="spellEnd"/>
      <w:r w:rsidR="00565CE3">
        <w:rPr>
          <w:rFonts w:asciiTheme="majorHAnsi" w:eastAsiaTheme="majorEastAsia" w:hAnsiTheme="majorHAnsi" w:cstheme="majorBidi"/>
          <w:sz w:val="24"/>
          <w:szCs w:val="24"/>
        </w:rPr>
        <w:t xml:space="preserve"> </w:t>
      </w:r>
      <w:proofErr w:type="spellStart"/>
      <w:r w:rsidR="00565CE3">
        <w:rPr>
          <w:rFonts w:asciiTheme="majorHAnsi" w:eastAsiaTheme="majorEastAsia" w:hAnsiTheme="majorHAnsi" w:cstheme="majorBidi"/>
          <w:sz w:val="24"/>
          <w:szCs w:val="24"/>
        </w:rPr>
        <w:t>dell’infanzia</w:t>
      </w:r>
      <w:proofErr w:type="spellEnd"/>
      <w:r w:rsidR="00565CE3">
        <w:rPr>
          <w:rFonts w:asciiTheme="majorHAnsi" w:eastAsiaTheme="majorEastAsia" w:hAnsiTheme="majorHAnsi" w:cstheme="majorBidi"/>
          <w:sz w:val="24"/>
          <w:szCs w:val="24"/>
        </w:rPr>
        <w:t xml:space="preserve">, </w:t>
      </w:r>
      <w:proofErr w:type="spellStart"/>
      <w:r w:rsidR="00565CE3">
        <w:rPr>
          <w:rFonts w:asciiTheme="majorHAnsi" w:eastAsiaTheme="majorEastAsia" w:hAnsiTheme="majorHAnsi" w:cstheme="majorBidi"/>
          <w:sz w:val="24"/>
          <w:szCs w:val="24"/>
        </w:rPr>
        <w:t>della</w:t>
      </w:r>
      <w:proofErr w:type="spellEnd"/>
      <w:r w:rsidR="00565CE3">
        <w:rPr>
          <w:rFonts w:asciiTheme="majorHAnsi" w:eastAsiaTheme="majorEastAsia" w:hAnsiTheme="majorHAnsi" w:cstheme="majorBidi"/>
          <w:sz w:val="24"/>
          <w:szCs w:val="24"/>
        </w:rPr>
        <w:t xml:space="preserve"> </w:t>
      </w:r>
      <w:proofErr w:type="spellStart"/>
      <w:r w:rsidR="00565CE3">
        <w:rPr>
          <w:rFonts w:asciiTheme="majorHAnsi" w:eastAsiaTheme="majorEastAsia" w:hAnsiTheme="majorHAnsi" w:cstheme="majorBidi"/>
          <w:sz w:val="24"/>
          <w:szCs w:val="24"/>
        </w:rPr>
        <w:t>scuola</w:t>
      </w:r>
      <w:proofErr w:type="spellEnd"/>
      <w:r w:rsidR="00074CEB" w:rsidRPr="008C08F5">
        <w:rPr>
          <w:rFonts w:asciiTheme="majorHAnsi" w:eastAsiaTheme="majorEastAsia" w:hAnsiTheme="majorHAnsi" w:cstheme="majorBidi"/>
          <w:sz w:val="24"/>
          <w:szCs w:val="24"/>
        </w:rPr>
        <w:t xml:space="preserve"> </w:t>
      </w:r>
      <w:proofErr w:type="spellStart"/>
      <w:r w:rsidR="00074CEB" w:rsidRPr="008C08F5">
        <w:rPr>
          <w:rFonts w:asciiTheme="majorHAnsi" w:eastAsiaTheme="majorEastAsia" w:hAnsiTheme="majorHAnsi" w:cstheme="majorBidi"/>
          <w:sz w:val="24"/>
          <w:szCs w:val="24"/>
        </w:rPr>
        <w:t>primaria</w:t>
      </w:r>
      <w:proofErr w:type="spellEnd"/>
      <w:r w:rsidR="00565CE3">
        <w:rPr>
          <w:rFonts w:asciiTheme="majorHAnsi" w:eastAsiaTheme="majorEastAsia" w:hAnsiTheme="majorHAnsi" w:cstheme="majorBidi"/>
          <w:sz w:val="24"/>
          <w:szCs w:val="24"/>
        </w:rPr>
        <w:t xml:space="preserve"> e</w:t>
      </w:r>
      <w:r w:rsidRPr="008C08F5">
        <w:rPr>
          <w:rFonts w:asciiTheme="majorHAnsi" w:eastAsiaTheme="majorEastAsia" w:hAnsiTheme="majorHAnsi" w:cstheme="majorBidi"/>
          <w:sz w:val="24"/>
          <w:szCs w:val="24"/>
        </w:rPr>
        <w:t xml:space="preserve"> ai </w:t>
      </w:r>
      <w:bookmarkStart w:id="2" w:name="_Hlk207805578"/>
      <w:proofErr w:type="spellStart"/>
      <w:r w:rsidRPr="008C08F5">
        <w:rPr>
          <w:rFonts w:asciiTheme="majorHAnsi" w:eastAsiaTheme="majorEastAsia" w:hAnsiTheme="majorHAnsi" w:cstheme="majorBidi"/>
          <w:sz w:val="24"/>
          <w:szCs w:val="24"/>
        </w:rPr>
        <w:t>ragazzi</w:t>
      </w:r>
      <w:proofErr w:type="spellEnd"/>
      <w:r w:rsidRPr="008C08F5">
        <w:rPr>
          <w:rFonts w:asciiTheme="majorHAnsi" w:eastAsiaTheme="majorEastAsia" w:hAnsiTheme="majorHAnsi" w:cstheme="majorBidi"/>
          <w:sz w:val="24"/>
          <w:szCs w:val="24"/>
        </w:rPr>
        <w:t xml:space="preserve"> </w:t>
      </w:r>
      <w:proofErr w:type="spellStart"/>
      <w:r w:rsidRPr="008C08F5">
        <w:rPr>
          <w:rFonts w:asciiTheme="majorHAnsi" w:eastAsiaTheme="majorEastAsia" w:hAnsiTheme="majorHAnsi" w:cstheme="majorBidi"/>
          <w:sz w:val="24"/>
          <w:szCs w:val="24"/>
        </w:rPr>
        <w:t>della</w:t>
      </w:r>
      <w:proofErr w:type="spellEnd"/>
      <w:r w:rsidRPr="008C08F5">
        <w:rPr>
          <w:rFonts w:asciiTheme="majorHAnsi" w:eastAsiaTheme="majorEastAsia" w:hAnsiTheme="majorHAnsi" w:cstheme="majorBidi"/>
          <w:sz w:val="24"/>
          <w:szCs w:val="24"/>
        </w:rPr>
        <w:t xml:space="preserve"> </w:t>
      </w:r>
      <w:proofErr w:type="spellStart"/>
      <w:r w:rsidRPr="008C08F5">
        <w:rPr>
          <w:rFonts w:asciiTheme="majorHAnsi" w:eastAsiaTheme="majorEastAsia" w:hAnsiTheme="majorHAnsi" w:cstheme="majorBidi"/>
          <w:sz w:val="24"/>
          <w:szCs w:val="24"/>
        </w:rPr>
        <w:t>scuola</w:t>
      </w:r>
      <w:proofErr w:type="spellEnd"/>
      <w:r w:rsidRPr="008C08F5">
        <w:rPr>
          <w:rFonts w:asciiTheme="majorHAnsi" w:eastAsiaTheme="majorEastAsia" w:hAnsiTheme="majorHAnsi" w:cstheme="majorBidi"/>
          <w:sz w:val="24"/>
          <w:szCs w:val="24"/>
        </w:rPr>
        <w:t xml:space="preserve"> </w:t>
      </w:r>
      <w:proofErr w:type="spellStart"/>
      <w:r w:rsidRPr="008C08F5">
        <w:rPr>
          <w:rFonts w:asciiTheme="majorHAnsi" w:eastAsiaTheme="majorEastAsia" w:hAnsiTheme="majorHAnsi" w:cstheme="majorBidi"/>
          <w:sz w:val="24"/>
          <w:szCs w:val="24"/>
        </w:rPr>
        <w:t>secondaria</w:t>
      </w:r>
      <w:proofErr w:type="spellEnd"/>
      <w:r w:rsidRPr="008C08F5">
        <w:rPr>
          <w:rFonts w:asciiTheme="majorHAnsi" w:eastAsiaTheme="majorEastAsia" w:hAnsiTheme="majorHAnsi" w:cstheme="majorBidi"/>
          <w:sz w:val="24"/>
          <w:szCs w:val="24"/>
        </w:rPr>
        <w:t xml:space="preserve"> di primo </w:t>
      </w:r>
      <w:proofErr w:type="spellStart"/>
      <w:r w:rsidRPr="008C08F5">
        <w:rPr>
          <w:rFonts w:asciiTheme="majorHAnsi" w:eastAsiaTheme="majorEastAsia" w:hAnsiTheme="majorHAnsi" w:cstheme="majorBidi"/>
          <w:sz w:val="24"/>
          <w:szCs w:val="24"/>
        </w:rPr>
        <w:t>grado</w:t>
      </w:r>
      <w:proofErr w:type="spellEnd"/>
      <w:r w:rsidR="008C08F5">
        <w:rPr>
          <w:rFonts w:asciiTheme="majorHAnsi" w:eastAsiaTheme="majorEastAsia" w:hAnsiTheme="majorHAnsi" w:cstheme="majorBidi"/>
          <w:sz w:val="24"/>
          <w:szCs w:val="24"/>
        </w:rPr>
        <w:t>.</w:t>
      </w:r>
    </w:p>
    <w:bookmarkEnd w:id="2"/>
    <w:p w14:paraId="79C52BD5" w14:textId="4E4FEDE1" w:rsidR="00D04BA0" w:rsidRDefault="00D04BA0">
      <w:pPr>
        <w:rPr>
          <w:rFonts w:asciiTheme="majorHAnsi" w:eastAsiaTheme="majorEastAsia" w:hAnsiTheme="majorHAnsi" w:cstheme="majorBidi"/>
          <w:b/>
          <w:bCs/>
          <w:sz w:val="24"/>
          <w:szCs w:val="24"/>
        </w:rPr>
      </w:pPr>
      <w:r>
        <w:rPr>
          <w:rFonts w:asciiTheme="majorHAnsi" w:eastAsiaTheme="majorEastAsia" w:hAnsiTheme="majorHAnsi" w:cstheme="majorBidi"/>
          <w:b/>
          <w:bCs/>
          <w:sz w:val="24"/>
          <w:szCs w:val="24"/>
        </w:rPr>
        <w:t>1</w:t>
      </w:r>
      <w:r w:rsidR="00FA3DE0">
        <w:rPr>
          <w:rFonts w:asciiTheme="majorHAnsi" w:eastAsiaTheme="majorEastAsia" w:hAnsiTheme="majorHAnsi" w:cstheme="majorBidi"/>
          <w:b/>
          <w:bCs/>
          <w:sz w:val="24"/>
          <w:szCs w:val="24"/>
        </w:rPr>
        <w:t>1</w:t>
      </w:r>
      <w:r>
        <w:rPr>
          <w:rFonts w:asciiTheme="majorHAnsi" w:eastAsiaTheme="majorEastAsia" w:hAnsiTheme="majorHAnsi" w:cstheme="majorBidi"/>
          <w:b/>
          <w:bCs/>
          <w:sz w:val="24"/>
          <w:szCs w:val="24"/>
        </w:rPr>
        <w:t xml:space="preserve">. </w:t>
      </w:r>
      <w:proofErr w:type="spellStart"/>
      <w:r>
        <w:rPr>
          <w:rFonts w:asciiTheme="majorHAnsi" w:eastAsiaTheme="majorEastAsia" w:hAnsiTheme="majorHAnsi" w:cstheme="majorBidi"/>
          <w:b/>
          <w:bCs/>
          <w:sz w:val="24"/>
          <w:szCs w:val="24"/>
        </w:rPr>
        <w:t>Auser</w:t>
      </w:r>
      <w:proofErr w:type="spellEnd"/>
      <w:r>
        <w:rPr>
          <w:rFonts w:asciiTheme="majorHAnsi" w:eastAsiaTheme="majorEastAsia" w:hAnsiTheme="majorHAnsi" w:cstheme="majorBidi"/>
          <w:b/>
          <w:bCs/>
          <w:sz w:val="24"/>
          <w:szCs w:val="24"/>
        </w:rPr>
        <w:t xml:space="preserve"> in </w:t>
      </w:r>
      <w:proofErr w:type="spellStart"/>
      <w:r>
        <w:rPr>
          <w:rFonts w:asciiTheme="majorHAnsi" w:eastAsiaTheme="majorEastAsia" w:hAnsiTheme="majorHAnsi" w:cstheme="majorBidi"/>
          <w:b/>
          <w:bCs/>
          <w:sz w:val="24"/>
          <w:szCs w:val="24"/>
        </w:rPr>
        <w:t>movimento</w:t>
      </w:r>
      <w:proofErr w:type="spellEnd"/>
    </w:p>
    <w:p w14:paraId="1C2F7A06" w14:textId="77777777" w:rsidR="00EE1619" w:rsidRDefault="00D04BA0" w:rsidP="00EE1619">
      <w:pPr>
        <w:pStyle w:val="NormaleWeb"/>
        <w:spacing w:before="0" w:beforeAutospacing="0" w:after="0" w:afterAutospacing="0"/>
        <w:jc w:val="both"/>
      </w:pPr>
      <w:r w:rsidRPr="00D04BA0">
        <w:rPr>
          <w:rFonts w:asciiTheme="majorHAnsi" w:eastAsiaTheme="majorEastAsia" w:hAnsiTheme="majorHAnsi" w:cstheme="majorBidi"/>
        </w:rPr>
        <w:t xml:space="preserve">- </w:t>
      </w:r>
      <w:proofErr w:type="spellStart"/>
      <w:r w:rsidR="00EE1619" w:rsidRPr="00EE1619">
        <w:rPr>
          <w:rFonts w:asciiTheme="majorHAnsi" w:eastAsiaTheme="majorEastAsia" w:hAnsiTheme="majorHAnsi" w:cstheme="majorBidi"/>
          <w:lang w:val="en-US" w:eastAsia="en-US"/>
        </w:rPr>
        <w:t>Garantire</w:t>
      </w:r>
      <w:proofErr w:type="spellEnd"/>
      <w:r w:rsidR="00EE1619" w:rsidRPr="00EE1619">
        <w:rPr>
          <w:rFonts w:asciiTheme="majorHAnsi" w:eastAsiaTheme="majorEastAsia" w:hAnsiTheme="majorHAnsi" w:cstheme="majorBidi"/>
          <w:lang w:val="en-US" w:eastAsia="en-US"/>
        </w:rPr>
        <w:t xml:space="preserve"> la </w:t>
      </w:r>
      <w:proofErr w:type="spellStart"/>
      <w:r w:rsidR="00EE1619" w:rsidRPr="00EE1619">
        <w:rPr>
          <w:rFonts w:asciiTheme="majorHAnsi" w:eastAsiaTheme="majorEastAsia" w:hAnsiTheme="majorHAnsi" w:cstheme="majorBidi"/>
          <w:lang w:val="en-US" w:eastAsia="en-US"/>
        </w:rPr>
        <w:t>piena</w:t>
      </w:r>
      <w:proofErr w:type="spellEnd"/>
      <w:r w:rsidR="00EE1619" w:rsidRPr="00EE1619">
        <w:rPr>
          <w:rFonts w:asciiTheme="majorHAnsi" w:eastAsiaTheme="majorEastAsia" w:hAnsiTheme="majorHAnsi" w:cstheme="majorBidi"/>
          <w:lang w:val="en-US" w:eastAsia="en-US"/>
        </w:rPr>
        <w:t xml:space="preserve"> </w:t>
      </w:r>
      <w:proofErr w:type="spellStart"/>
      <w:r w:rsidR="00EE1619" w:rsidRPr="00EE1619">
        <w:rPr>
          <w:rFonts w:asciiTheme="majorHAnsi" w:eastAsiaTheme="majorEastAsia" w:hAnsiTheme="majorHAnsi" w:cstheme="majorBidi"/>
          <w:lang w:val="en-US" w:eastAsia="en-US"/>
        </w:rPr>
        <w:t>accessibilità</w:t>
      </w:r>
      <w:proofErr w:type="spellEnd"/>
      <w:r w:rsidR="00EE1619" w:rsidRPr="00EE1619">
        <w:rPr>
          <w:rFonts w:asciiTheme="majorHAnsi" w:eastAsiaTheme="majorEastAsia" w:hAnsiTheme="majorHAnsi" w:cstheme="majorBidi"/>
          <w:lang w:val="en-US" w:eastAsia="en-US"/>
        </w:rPr>
        <w:t xml:space="preserve"> ai </w:t>
      </w:r>
      <w:proofErr w:type="spellStart"/>
      <w:r w:rsidR="00EE1619" w:rsidRPr="00EE1619">
        <w:rPr>
          <w:rFonts w:asciiTheme="majorHAnsi" w:eastAsiaTheme="majorEastAsia" w:hAnsiTheme="majorHAnsi" w:cstheme="majorBidi"/>
          <w:lang w:val="en-US" w:eastAsia="en-US"/>
        </w:rPr>
        <w:t>servizi</w:t>
      </w:r>
      <w:proofErr w:type="spellEnd"/>
      <w:r w:rsidR="00EE1619" w:rsidRPr="00EE1619">
        <w:rPr>
          <w:rFonts w:asciiTheme="majorHAnsi" w:eastAsiaTheme="majorEastAsia" w:hAnsiTheme="majorHAnsi" w:cstheme="majorBidi"/>
          <w:lang w:val="en-US" w:eastAsia="en-US"/>
        </w:rPr>
        <w:t xml:space="preserve"> e alle </w:t>
      </w:r>
      <w:proofErr w:type="spellStart"/>
      <w:r w:rsidR="00EE1619" w:rsidRPr="00EE1619">
        <w:rPr>
          <w:rFonts w:asciiTheme="majorHAnsi" w:eastAsiaTheme="majorEastAsia" w:hAnsiTheme="majorHAnsi" w:cstheme="majorBidi"/>
          <w:lang w:val="en-US" w:eastAsia="en-US"/>
        </w:rPr>
        <w:t>attività</w:t>
      </w:r>
      <w:proofErr w:type="spellEnd"/>
      <w:r w:rsidR="00EE1619" w:rsidRPr="00EE1619">
        <w:rPr>
          <w:rFonts w:asciiTheme="majorHAnsi" w:eastAsiaTheme="majorEastAsia" w:hAnsiTheme="majorHAnsi" w:cstheme="majorBidi"/>
          <w:lang w:val="en-US" w:eastAsia="en-US"/>
        </w:rPr>
        <w:t xml:space="preserve"> </w:t>
      </w:r>
      <w:proofErr w:type="spellStart"/>
      <w:r w:rsidR="00EE1619" w:rsidRPr="00EE1619">
        <w:rPr>
          <w:rFonts w:asciiTheme="majorHAnsi" w:eastAsiaTheme="majorEastAsia" w:hAnsiTheme="majorHAnsi" w:cstheme="majorBidi"/>
          <w:lang w:val="en-US" w:eastAsia="en-US"/>
        </w:rPr>
        <w:t>proposte</w:t>
      </w:r>
      <w:proofErr w:type="spellEnd"/>
      <w:r w:rsidR="00EE1619" w:rsidRPr="00EE1619">
        <w:rPr>
          <w:rFonts w:asciiTheme="majorHAnsi" w:eastAsiaTheme="majorEastAsia" w:hAnsiTheme="majorHAnsi" w:cstheme="majorBidi"/>
          <w:lang w:val="en-US" w:eastAsia="en-US"/>
        </w:rPr>
        <w:t xml:space="preserve"> </w:t>
      </w:r>
      <w:proofErr w:type="spellStart"/>
      <w:r w:rsidR="00EE1619" w:rsidRPr="00EE1619">
        <w:rPr>
          <w:rFonts w:asciiTheme="majorHAnsi" w:eastAsiaTheme="majorEastAsia" w:hAnsiTheme="majorHAnsi" w:cstheme="majorBidi"/>
          <w:lang w:val="en-US" w:eastAsia="en-US"/>
        </w:rPr>
        <w:t>dall'associazione</w:t>
      </w:r>
      <w:proofErr w:type="spellEnd"/>
      <w:r w:rsidR="00EE1619" w:rsidRPr="00EE1619">
        <w:rPr>
          <w:rFonts w:asciiTheme="majorHAnsi" w:eastAsiaTheme="majorEastAsia" w:hAnsiTheme="majorHAnsi" w:cstheme="majorBidi"/>
          <w:lang w:val="en-US" w:eastAsia="en-US"/>
        </w:rPr>
        <w:t xml:space="preserve"> </w:t>
      </w:r>
      <w:proofErr w:type="spellStart"/>
      <w:r w:rsidR="00EE1619" w:rsidRPr="00EE1619">
        <w:rPr>
          <w:rFonts w:asciiTheme="majorHAnsi" w:eastAsiaTheme="majorEastAsia" w:hAnsiTheme="majorHAnsi" w:cstheme="majorBidi"/>
          <w:lang w:val="en-US" w:eastAsia="en-US"/>
        </w:rPr>
        <w:t>anche</w:t>
      </w:r>
      <w:proofErr w:type="spellEnd"/>
      <w:r w:rsidR="00EE1619" w:rsidRPr="00EE1619">
        <w:rPr>
          <w:rFonts w:asciiTheme="majorHAnsi" w:eastAsiaTheme="majorEastAsia" w:hAnsiTheme="majorHAnsi" w:cstheme="majorBidi"/>
          <w:lang w:val="en-US" w:eastAsia="en-US"/>
        </w:rPr>
        <w:t xml:space="preserve"> </w:t>
      </w:r>
      <w:proofErr w:type="spellStart"/>
      <w:r w:rsidR="00EE1619" w:rsidRPr="00EE1619">
        <w:rPr>
          <w:rFonts w:asciiTheme="majorHAnsi" w:eastAsiaTheme="majorEastAsia" w:hAnsiTheme="majorHAnsi" w:cstheme="majorBidi"/>
          <w:lang w:val="en-US" w:eastAsia="en-US"/>
        </w:rPr>
        <w:t>agli</w:t>
      </w:r>
      <w:proofErr w:type="spellEnd"/>
      <w:r w:rsidR="00EE1619" w:rsidRPr="00EE1619">
        <w:rPr>
          <w:rFonts w:asciiTheme="majorHAnsi" w:eastAsiaTheme="majorEastAsia" w:hAnsiTheme="majorHAnsi" w:cstheme="majorBidi"/>
          <w:lang w:val="en-US" w:eastAsia="en-US"/>
        </w:rPr>
        <w:t xml:space="preserve"> </w:t>
      </w:r>
      <w:proofErr w:type="spellStart"/>
      <w:r w:rsidR="00EE1619" w:rsidRPr="00EE1619">
        <w:rPr>
          <w:rFonts w:asciiTheme="majorHAnsi" w:eastAsiaTheme="majorEastAsia" w:hAnsiTheme="majorHAnsi" w:cstheme="majorBidi"/>
          <w:lang w:val="en-US" w:eastAsia="en-US"/>
        </w:rPr>
        <w:t>utenti</w:t>
      </w:r>
      <w:proofErr w:type="spellEnd"/>
      <w:r w:rsidR="00EE1619" w:rsidRPr="00EE1619">
        <w:rPr>
          <w:rFonts w:asciiTheme="majorHAnsi" w:eastAsiaTheme="majorEastAsia" w:hAnsiTheme="majorHAnsi" w:cstheme="majorBidi"/>
          <w:lang w:val="en-US" w:eastAsia="en-US"/>
        </w:rPr>
        <w:t xml:space="preserve"> </w:t>
      </w:r>
      <w:proofErr w:type="spellStart"/>
      <w:r w:rsidR="00EE1619" w:rsidRPr="00EE1619">
        <w:rPr>
          <w:rFonts w:asciiTheme="majorHAnsi" w:eastAsiaTheme="majorEastAsia" w:hAnsiTheme="majorHAnsi" w:cstheme="majorBidi"/>
          <w:lang w:val="en-US" w:eastAsia="en-US"/>
        </w:rPr>
        <w:t>che</w:t>
      </w:r>
      <w:proofErr w:type="spellEnd"/>
      <w:r w:rsidR="00EE1619" w:rsidRPr="00EE1619">
        <w:rPr>
          <w:rFonts w:asciiTheme="majorHAnsi" w:eastAsiaTheme="majorEastAsia" w:hAnsiTheme="majorHAnsi" w:cstheme="majorBidi"/>
          <w:lang w:val="en-US" w:eastAsia="en-US"/>
        </w:rPr>
        <w:t xml:space="preserve">, per </w:t>
      </w:r>
      <w:proofErr w:type="spellStart"/>
      <w:r w:rsidR="00EE1619" w:rsidRPr="00EE1619">
        <w:rPr>
          <w:rFonts w:asciiTheme="majorHAnsi" w:eastAsiaTheme="majorEastAsia" w:hAnsiTheme="majorHAnsi" w:cstheme="majorBidi"/>
          <w:lang w:val="en-US" w:eastAsia="en-US"/>
        </w:rPr>
        <w:t>motivi</w:t>
      </w:r>
      <w:proofErr w:type="spellEnd"/>
      <w:r w:rsidR="00EE1619" w:rsidRPr="00EE1619">
        <w:rPr>
          <w:rFonts w:asciiTheme="majorHAnsi" w:eastAsiaTheme="majorEastAsia" w:hAnsiTheme="majorHAnsi" w:cstheme="majorBidi"/>
          <w:lang w:val="en-US" w:eastAsia="en-US"/>
        </w:rPr>
        <w:t xml:space="preserve"> di salute, </w:t>
      </w:r>
      <w:proofErr w:type="spellStart"/>
      <w:r w:rsidR="00EE1619" w:rsidRPr="00EE1619">
        <w:rPr>
          <w:rFonts w:asciiTheme="majorHAnsi" w:eastAsiaTheme="majorEastAsia" w:hAnsiTheme="majorHAnsi" w:cstheme="majorBidi"/>
          <w:lang w:val="en-US" w:eastAsia="en-US"/>
        </w:rPr>
        <w:t>mobilità</w:t>
      </w:r>
      <w:proofErr w:type="spellEnd"/>
      <w:r w:rsidR="00EE1619" w:rsidRPr="00EE1619">
        <w:rPr>
          <w:rFonts w:asciiTheme="majorHAnsi" w:eastAsiaTheme="majorEastAsia" w:hAnsiTheme="majorHAnsi" w:cstheme="majorBidi"/>
          <w:lang w:val="en-US" w:eastAsia="en-US"/>
        </w:rPr>
        <w:t xml:space="preserve"> </w:t>
      </w:r>
      <w:proofErr w:type="spellStart"/>
      <w:r w:rsidR="00EE1619" w:rsidRPr="00EE1619">
        <w:rPr>
          <w:rFonts w:asciiTheme="majorHAnsi" w:eastAsiaTheme="majorEastAsia" w:hAnsiTheme="majorHAnsi" w:cstheme="majorBidi"/>
          <w:lang w:val="en-US" w:eastAsia="en-US"/>
        </w:rPr>
        <w:t>ridotta</w:t>
      </w:r>
      <w:proofErr w:type="spellEnd"/>
      <w:r w:rsidR="00EE1619" w:rsidRPr="00EE1619">
        <w:rPr>
          <w:rFonts w:asciiTheme="majorHAnsi" w:eastAsiaTheme="majorEastAsia" w:hAnsiTheme="majorHAnsi" w:cstheme="majorBidi"/>
          <w:lang w:val="en-US" w:eastAsia="en-US"/>
        </w:rPr>
        <w:t xml:space="preserve"> o </w:t>
      </w:r>
      <w:proofErr w:type="spellStart"/>
      <w:r w:rsidR="00EE1619" w:rsidRPr="00EE1619">
        <w:rPr>
          <w:rFonts w:asciiTheme="majorHAnsi" w:eastAsiaTheme="majorEastAsia" w:hAnsiTheme="majorHAnsi" w:cstheme="majorBidi"/>
          <w:lang w:val="en-US" w:eastAsia="en-US"/>
        </w:rPr>
        <w:t>altre</w:t>
      </w:r>
      <w:proofErr w:type="spellEnd"/>
      <w:r w:rsidR="00EE1619" w:rsidRPr="00EE1619">
        <w:rPr>
          <w:rFonts w:asciiTheme="majorHAnsi" w:eastAsiaTheme="majorEastAsia" w:hAnsiTheme="majorHAnsi" w:cstheme="majorBidi"/>
          <w:lang w:val="en-US" w:eastAsia="en-US"/>
        </w:rPr>
        <w:t xml:space="preserve"> </w:t>
      </w:r>
      <w:proofErr w:type="spellStart"/>
      <w:r w:rsidR="00EE1619" w:rsidRPr="00EE1619">
        <w:rPr>
          <w:rFonts w:asciiTheme="majorHAnsi" w:eastAsiaTheme="majorEastAsia" w:hAnsiTheme="majorHAnsi" w:cstheme="majorBidi"/>
          <w:lang w:val="en-US" w:eastAsia="en-US"/>
        </w:rPr>
        <w:t>difficoltà</w:t>
      </w:r>
      <w:proofErr w:type="spellEnd"/>
      <w:r w:rsidR="00EE1619" w:rsidRPr="00EE1619">
        <w:rPr>
          <w:rFonts w:asciiTheme="majorHAnsi" w:eastAsiaTheme="majorEastAsia" w:hAnsiTheme="majorHAnsi" w:cstheme="majorBidi"/>
          <w:lang w:val="en-US" w:eastAsia="en-US"/>
        </w:rPr>
        <w:t xml:space="preserve">, non </w:t>
      </w:r>
      <w:proofErr w:type="spellStart"/>
      <w:r w:rsidR="00EE1619" w:rsidRPr="00EE1619">
        <w:rPr>
          <w:rFonts w:asciiTheme="majorHAnsi" w:eastAsiaTheme="majorEastAsia" w:hAnsiTheme="majorHAnsi" w:cstheme="majorBidi"/>
          <w:lang w:val="en-US" w:eastAsia="en-US"/>
        </w:rPr>
        <w:t>possono</w:t>
      </w:r>
      <w:proofErr w:type="spellEnd"/>
      <w:r w:rsidR="00EE1619" w:rsidRPr="00EE1619">
        <w:rPr>
          <w:rFonts w:asciiTheme="majorHAnsi" w:eastAsiaTheme="majorEastAsia" w:hAnsiTheme="majorHAnsi" w:cstheme="majorBidi"/>
          <w:lang w:val="en-US" w:eastAsia="en-US"/>
        </w:rPr>
        <w:t xml:space="preserve"> </w:t>
      </w:r>
      <w:proofErr w:type="spellStart"/>
      <w:r w:rsidR="00EE1619" w:rsidRPr="00EE1619">
        <w:rPr>
          <w:rFonts w:asciiTheme="majorHAnsi" w:eastAsiaTheme="majorEastAsia" w:hAnsiTheme="majorHAnsi" w:cstheme="majorBidi"/>
          <w:lang w:val="en-US" w:eastAsia="en-US"/>
        </w:rPr>
        <w:t>raggiungere</w:t>
      </w:r>
      <w:proofErr w:type="spellEnd"/>
      <w:r w:rsidR="00EE1619" w:rsidRPr="00EE1619">
        <w:rPr>
          <w:rFonts w:asciiTheme="majorHAnsi" w:eastAsiaTheme="majorEastAsia" w:hAnsiTheme="majorHAnsi" w:cstheme="majorBidi"/>
          <w:lang w:val="en-US" w:eastAsia="en-US"/>
        </w:rPr>
        <w:t xml:space="preserve"> </w:t>
      </w:r>
      <w:proofErr w:type="spellStart"/>
      <w:r w:rsidR="00EE1619" w:rsidRPr="00EE1619">
        <w:rPr>
          <w:rFonts w:asciiTheme="majorHAnsi" w:eastAsiaTheme="majorEastAsia" w:hAnsiTheme="majorHAnsi" w:cstheme="majorBidi"/>
          <w:lang w:val="en-US" w:eastAsia="en-US"/>
        </w:rPr>
        <w:t>autonomamente</w:t>
      </w:r>
      <w:proofErr w:type="spellEnd"/>
      <w:r w:rsidR="00EE1619" w:rsidRPr="00EE1619">
        <w:rPr>
          <w:rFonts w:asciiTheme="majorHAnsi" w:eastAsiaTheme="majorEastAsia" w:hAnsiTheme="majorHAnsi" w:cstheme="majorBidi"/>
          <w:lang w:val="en-US" w:eastAsia="en-US"/>
        </w:rPr>
        <w:t xml:space="preserve"> </w:t>
      </w:r>
      <w:proofErr w:type="spellStart"/>
      <w:r w:rsidR="00EE1619" w:rsidRPr="00EE1619">
        <w:rPr>
          <w:rFonts w:asciiTheme="majorHAnsi" w:eastAsiaTheme="majorEastAsia" w:hAnsiTheme="majorHAnsi" w:cstheme="majorBidi"/>
          <w:lang w:val="en-US" w:eastAsia="en-US"/>
        </w:rPr>
        <w:t>i</w:t>
      </w:r>
      <w:proofErr w:type="spellEnd"/>
      <w:r w:rsidR="00EE1619" w:rsidRPr="00EE1619">
        <w:rPr>
          <w:rFonts w:asciiTheme="majorHAnsi" w:eastAsiaTheme="majorEastAsia" w:hAnsiTheme="majorHAnsi" w:cstheme="majorBidi"/>
          <w:lang w:val="en-US" w:eastAsia="en-US"/>
        </w:rPr>
        <w:t xml:space="preserve"> </w:t>
      </w:r>
      <w:proofErr w:type="spellStart"/>
      <w:r w:rsidR="00EE1619" w:rsidRPr="00EE1619">
        <w:rPr>
          <w:rFonts w:asciiTheme="majorHAnsi" w:eastAsiaTheme="majorEastAsia" w:hAnsiTheme="majorHAnsi" w:cstheme="majorBidi"/>
          <w:lang w:val="en-US" w:eastAsia="en-US"/>
        </w:rPr>
        <w:t>nostri</w:t>
      </w:r>
      <w:proofErr w:type="spellEnd"/>
      <w:r w:rsidR="00EE1619" w:rsidRPr="00EE1619">
        <w:rPr>
          <w:rFonts w:asciiTheme="majorHAnsi" w:eastAsiaTheme="majorEastAsia" w:hAnsiTheme="majorHAnsi" w:cstheme="majorBidi"/>
          <w:lang w:val="en-US" w:eastAsia="en-US"/>
        </w:rPr>
        <w:t xml:space="preserve"> </w:t>
      </w:r>
      <w:proofErr w:type="spellStart"/>
      <w:r w:rsidR="00EE1619" w:rsidRPr="00EE1619">
        <w:rPr>
          <w:rFonts w:asciiTheme="majorHAnsi" w:eastAsiaTheme="majorEastAsia" w:hAnsiTheme="majorHAnsi" w:cstheme="majorBidi"/>
          <w:lang w:val="en-US" w:eastAsia="en-US"/>
        </w:rPr>
        <w:t>centri</w:t>
      </w:r>
      <w:proofErr w:type="spellEnd"/>
      <w:r w:rsidR="00EE1619">
        <w:t>.</w:t>
      </w:r>
    </w:p>
    <w:p w14:paraId="26C51934" w14:textId="77777777" w:rsidR="00D21598" w:rsidRDefault="00D21598" w:rsidP="00586590">
      <w:pPr>
        <w:rPr>
          <w:rFonts w:asciiTheme="majorHAnsi" w:hAnsiTheme="majorHAnsi" w:cstheme="majorBidi"/>
          <w:b/>
          <w:bCs/>
          <w:sz w:val="28"/>
          <w:szCs w:val="28"/>
        </w:rPr>
      </w:pPr>
    </w:p>
    <w:p w14:paraId="4EDF9C38" w14:textId="77777777" w:rsidR="00FA3DE0" w:rsidRDefault="00FA3DE0" w:rsidP="00586590">
      <w:pPr>
        <w:rPr>
          <w:rFonts w:asciiTheme="majorHAnsi" w:hAnsiTheme="majorHAnsi" w:cstheme="majorBidi"/>
          <w:b/>
          <w:bCs/>
          <w:sz w:val="28"/>
          <w:szCs w:val="28"/>
        </w:rPr>
      </w:pPr>
    </w:p>
    <w:p w14:paraId="7264995C" w14:textId="77777777" w:rsidR="00D21598" w:rsidRDefault="00D21598" w:rsidP="00586590">
      <w:pPr>
        <w:rPr>
          <w:rFonts w:asciiTheme="majorHAnsi" w:hAnsiTheme="majorHAnsi" w:cstheme="majorBidi"/>
          <w:b/>
          <w:bCs/>
          <w:sz w:val="28"/>
          <w:szCs w:val="28"/>
        </w:rPr>
      </w:pPr>
    </w:p>
    <w:p w14:paraId="185C447A" w14:textId="77777777" w:rsidR="00023209" w:rsidRPr="004847A4" w:rsidRDefault="00023209" w:rsidP="007B473C">
      <w:pPr>
        <w:jc w:val="center"/>
        <w:rPr>
          <w:rFonts w:asciiTheme="majorHAnsi" w:eastAsiaTheme="majorEastAsia" w:hAnsiTheme="majorHAnsi" w:cstheme="majorBidi"/>
          <w:b/>
          <w:bCs/>
          <w:sz w:val="28"/>
          <w:szCs w:val="28"/>
        </w:rPr>
      </w:pPr>
      <w:proofErr w:type="spellStart"/>
      <w:r w:rsidRPr="004847A4">
        <w:rPr>
          <w:rFonts w:asciiTheme="majorHAnsi" w:hAnsiTheme="majorHAnsi" w:cstheme="majorBidi"/>
          <w:b/>
          <w:bCs/>
          <w:sz w:val="28"/>
          <w:szCs w:val="28"/>
        </w:rPr>
        <w:t>Metodologia</w:t>
      </w:r>
      <w:proofErr w:type="spellEnd"/>
      <w:r w:rsidRPr="004847A4">
        <w:rPr>
          <w:rFonts w:asciiTheme="majorHAnsi" w:hAnsiTheme="majorHAnsi" w:cstheme="majorBidi"/>
          <w:b/>
          <w:bCs/>
          <w:sz w:val="28"/>
          <w:szCs w:val="28"/>
        </w:rPr>
        <w:t xml:space="preserve"> di </w:t>
      </w:r>
      <w:proofErr w:type="spellStart"/>
      <w:r w:rsidRPr="004847A4">
        <w:rPr>
          <w:rFonts w:asciiTheme="majorHAnsi" w:hAnsiTheme="majorHAnsi" w:cstheme="majorBidi"/>
          <w:b/>
          <w:bCs/>
          <w:sz w:val="28"/>
          <w:szCs w:val="28"/>
        </w:rPr>
        <w:t>realizzazione</w:t>
      </w:r>
      <w:proofErr w:type="spellEnd"/>
    </w:p>
    <w:p w14:paraId="26BBBF15" w14:textId="77777777" w:rsidR="00023209" w:rsidRPr="007B473C" w:rsidRDefault="00023209" w:rsidP="00023209">
      <w:pPr>
        <w:pStyle w:val="NormaleWeb"/>
        <w:numPr>
          <w:ilvl w:val="0"/>
          <w:numId w:val="10"/>
        </w:numPr>
        <w:jc w:val="both"/>
        <w:rPr>
          <w:rFonts w:asciiTheme="majorHAnsi" w:eastAsiaTheme="majorEastAsia" w:hAnsiTheme="majorHAnsi" w:cstheme="majorBidi"/>
          <w:lang w:val="en-US" w:eastAsia="en-US"/>
        </w:rPr>
      </w:pPr>
      <w:proofErr w:type="spellStart"/>
      <w:r w:rsidRPr="007B473C">
        <w:rPr>
          <w:rFonts w:asciiTheme="majorHAnsi" w:eastAsiaTheme="majorEastAsia" w:hAnsiTheme="majorHAnsi" w:cstheme="majorBidi"/>
          <w:lang w:val="en-US" w:eastAsia="en-US"/>
        </w:rPr>
        <w:t>Collaborazione</w:t>
      </w:r>
      <w:proofErr w:type="spellEnd"/>
      <w:r w:rsidRPr="007B473C">
        <w:rPr>
          <w:rFonts w:asciiTheme="majorHAnsi" w:eastAsiaTheme="majorEastAsia" w:hAnsiTheme="majorHAnsi" w:cstheme="majorBidi"/>
          <w:lang w:val="en-US" w:eastAsia="en-US"/>
        </w:rPr>
        <w:t xml:space="preserve"> con </w:t>
      </w:r>
      <w:proofErr w:type="spellStart"/>
      <w:r w:rsidRPr="007B473C">
        <w:rPr>
          <w:rFonts w:asciiTheme="majorHAnsi" w:eastAsiaTheme="majorEastAsia" w:hAnsiTheme="majorHAnsi" w:cstheme="majorBidi"/>
          <w:lang w:val="en-US" w:eastAsia="en-US"/>
        </w:rPr>
        <w:t>l'Amministrazione</w:t>
      </w:r>
      <w:proofErr w:type="spellEnd"/>
      <w:r w:rsidRPr="007B473C">
        <w:rPr>
          <w:rFonts w:asciiTheme="majorHAnsi" w:eastAsiaTheme="majorEastAsia" w:hAnsiTheme="majorHAnsi" w:cstheme="majorBidi"/>
          <w:lang w:val="en-US" w:eastAsia="en-US"/>
        </w:rPr>
        <w:t xml:space="preserve"> Comunale</w:t>
      </w:r>
      <w:r w:rsidR="001C18D1">
        <w:rPr>
          <w:rFonts w:asciiTheme="majorHAnsi" w:eastAsiaTheme="majorEastAsia" w:hAnsiTheme="majorHAnsi" w:cstheme="majorBidi"/>
          <w:lang w:val="en-US" w:eastAsia="en-US"/>
        </w:rPr>
        <w:t xml:space="preserve"> e </w:t>
      </w:r>
      <w:r w:rsidRPr="007B473C">
        <w:rPr>
          <w:rFonts w:asciiTheme="majorHAnsi" w:eastAsiaTheme="majorEastAsia" w:hAnsiTheme="majorHAnsi" w:cstheme="majorBidi"/>
          <w:lang w:val="en-US" w:eastAsia="en-US"/>
        </w:rPr>
        <w:t xml:space="preserve">Molinari per </w:t>
      </w:r>
      <w:proofErr w:type="spellStart"/>
      <w:r w:rsidRPr="007B473C">
        <w:rPr>
          <w:rFonts w:asciiTheme="majorHAnsi" w:eastAsiaTheme="majorEastAsia" w:hAnsiTheme="majorHAnsi" w:cstheme="majorBidi"/>
          <w:lang w:val="en-US" w:eastAsia="en-US"/>
        </w:rPr>
        <w:t>identificare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bisogni</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prioritari</w:t>
      </w:r>
      <w:proofErr w:type="spellEnd"/>
      <w:r w:rsidRPr="007B473C">
        <w:rPr>
          <w:rFonts w:asciiTheme="majorHAnsi" w:eastAsiaTheme="majorEastAsia" w:hAnsiTheme="majorHAnsi" w:cstheme="majorBidi"/>
          <w:lang w:val="en-US" w:eastAsia="en-US"/>
        </w:rPr>
        <w:t xml:space="preserve"> e </w:t>
      </w:r>
      <w:proofErr w:type="spellStart"/>
      <w:r w:rsidRPr="007B473C">
        <w:rPr>
          <w:rFonts w:asciiTheme="majorHAnsi" w:eastAsiaTheme="majorEastAsia" w:hAnsiTheme="majorHAnsi" w:cstheme="majorBidi"/>
          <w:lang w:val="en-US" w:eastAsia="en-US"/>
        </w:rPr>
        <w:t>aspetti</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normativi</w:t>
      </w:r>
      <w:proofErr w:type="spellEnd"/>
    </w:p>
    <w:p w14:paraId="0B9E5C67" w14:textId="77777777" w:rsidR="00023209" w:rsidRPr="007B473C" w:rsidRDefault="00023209" w:rsidP="00023209">
      <w:pPr>
        <w:pStyle w:val="NormaleWeb"/>
        <w:numPr>
          <w:ilvl w:val="0"/>
          <w:numId w:val="10"/>
        </w:numPr>
        <w:jc w:val="both"/>
        <w:rPr>
          <w:rFonts w:asciiTheme="majorHAnsi" w:eastAsiaTheme="majorEastAsia" w:hAnsiTheme="majorHAnsi" w:cstheme="majorBidi"/>
          <w:lang w:val="en-US" w:eastAsia="en-US"/>
        </w:rPr>
      </w:pPr>
      <w:proofErr w:type="spellStart"/>
      <w:r w:rsidRPr="007B473C">
        <w:rPr>
          <w:rFonts w:asciiTheme="majorHAnsi" w:eastAsiaTheme="majorEastAsia" w:hAnsiTheme="majorHAnsi" w:cstheme="majorBidi"/>
          <w:lang w:val="en-US" w:eastAsia="en-US"/>
        </w:rPr>
        <w:t>Attivazione</w:t>
      </w:r>
      <w:proofErr w:type="spellEnd"/>
      <w:r w:rsidRPr="007B473C">
        <w:rPr>
          <w:rFonts w:asciiTheme="majorHAnsi" w:eastAsiaTheme="majorEastAsia" w:hAnsiTheme="majorHAnsi" w:cstheme="majorBidi"/>
          <w:lang w:val="en-US" w:eastAsia="en-US"/>
        </w:rPr>
        <w:t xml:space="preserve"> di </w:t>
      </w:r>
      <w:proofErr w:type="spellStart"/>
      <w:r w:rsidRPr="007B473C">
        <w:rPr>
          <w:rFonts w:asciiTheme="majorHAnsi" w:eastAsiaTheme="majorEastAsia" w:hAnsiTheme="majorHAnsi" w:cstheme="majorBidi"/>
          <w:lang w:val="en-US" w:eastAsia="en-US"/>
        </w:rPr>
        <w:t>una</w:t>
      </w:r>
      <w:proofErr w:type="spellEnd"/>
      <w:r w:rsidRPr="007B473C">
        <w:rPr>
          <w:rFonts w:asciiTheme="majorHAnsi" w:eastAsiaTheme="majorEastAsia" w:hAnsiTheme="majorHAnsi" w:cstheme="majorBidi"/>
          <w:lang w:val="en-US" w:eastAsia="en-US"/>
        </w:rPr>
        <w:t xml:space="preserve"> rete </w:t>
      </w:r>
      <w:proofErr w:type="spellStart"/>
      <w:r w:rsidRPr="007B473C">
        <w:rPr>
          <w:rFonts w:asciiTheme="majorHAnsi" w:eastAsiaTheme="majorEastAsia" w:hAnsiTheme="majorHAnsi" w:cstheme="majorBidi"/>
          <w:lang w:val="en-US" w:eastAsia="en-US"/>
        </w:rPr>
        <w:t>tra</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associazioni</w:t>
      </w:r>
      <w:proofErr w:type="spellEnd"/>
      <w:r w:rsidRPr="007B473C">
        <w:rPr>
          <w:rFonts w:asciiTheme="majorHAnsi" w:eastAsiaTheme="majorEastAsia" w:hAnsiTheme="majorHAnsi" w:cstheme="majorBidi"/>
          <w:lang w:val="en-US" w:eastAsia="en-US"/>
        </w:rPr>
        <w:t xml:space="preserve"> del </w:t>
      </w:r>
      <w:proofErr w:type="spellStart"/>
      <w:r w:rsidRPr="007B473C">
        <w:rPr>
          <w:rFonts w:asciiTheme="majorHAnsi" w:eastAsiaTheme="majorEastAsia" w:hAnsiTheme="majorHAnsi" w:cstheme="majorBidi"/>
          <w:lang w:val="en-US" w:eastAsia="en-US"/>
        </w:rPr>
        <w:t>territorio</w:t>
      </w:r>
      <w:proofErr w:type="spellEnd"/>
      <w:r w:rsidR="001C18D1">
        <w:rPr>
          <w:rFonts w:asciiTheme="majorHAnsi" w:eastAsiaTheme="majorEastAsia" w:hAnsiTheme="majorHAnsi" w:cstheme="majorBidi"/>
          <w:lang w:val="en-US" w:eastAsia="en-US"/>
        </w:rPr>
        <w:t xml:space="preserve"> e </w:t>
      </w:r>
      <w:proofErr w:type="spellStart"/>
      <w:r w:rsidR="001C18D1">
        <w:rPr>
          <w:rFonts w:asciiTheme="majorHAnsi" w:eastAsiaTheme="majorEastAsia" w:hAnsiTheme="majorHAnsi" w:cstheme="majorBidi"/>
          <w:lang w:val="en-US" w:eastAsia="en-US"/>
        </w:rPr>
        <w:t>assistenti</w:t>
      </w:r>
      <w:proofErr w:type="spellEnd"/>
      <w:r w:rsidR="001C18D1">
        <w:rPr>
          <w:rFonts w:asciiTheme="majorHAnsi" w:eastAsiaTheme="majorEastAsia" w:hAnsiTheme="majorHAnsi" w:cstheme="majorBidi"/>
          <w:lang w:val="en-US" w:eastAsia="en-US"/>
        </w:rPr>
        <w:t xml:space="preserve"> </w:t>
      </w:r>
      <w:proofErr w:type="spellStart"/>
      <w:r w:rsidR="001C18D1">
        <w:rPr>
          <w:rFonts w:asciiTheme="majorHAnsi" w:eastAsiaTheme="majorEastAsia" w:hAnsiTheme="majorHAnsi" w:cstheme="majorBidi"/>
          <w:lang w:val="en-US" w:eastAsia="en-US"/>
        </w:rPr>
        <w:t>sociali</w:t>
      </w:r>
      <w:proofErr w:type="spellEnd"/>
      <w:r w:rsidR="001C18D1">
        <w:rPr>
          <w:rFonts w:asciiTheme="majorHAnsi" w:eastAsiaTheme="majorEastAsia" w:hAnsiTheme="majorHAnsi" w:cstheme="majorBidi"/>
          <w:lang w:val="en-US" w:eastAsia="en-US"/>
        </w:rPr>
        <w:t xml:space="preserve"> del </w:t>
      </w:r>
      <w:proofErr w:type="spellStart"/>
      <w:r w:rsidR="001C18D1">
        <w:rPr>
          <w:rFonts w:asciiTheme="majorHAnsi" w:eastAsiaTheme="majorEastAsia" w:hAnsiTheme="majorHAnsi" w:cstheme="majorBidi"/>
          <w:lang w:val="en-US" w:eastAsia="en-US"/>
        </w:rPr>
        <w:t>territorio</w:t>
      </w:r>
      <w:proofErr w:type="spellEnd"/>
    </w:p>
    <w:p w14:paraId="554B91BD" w14:textId="77777777" w:rsidR="00023209" w:rsidRPr="007B473C" w:rsidRDefault="00023209" w:rsidP="00023209">
      <w:pPr>
        <w:pStyle w:val="NormaleWeb"/>
        <w:numPr>
          <w:ilvl w:val="0"/>
          <w:numId w:val="10"/>
        </w:numPr>
        <w:jc w:val="both"/>
        <w:rPr>
          <w:rFonts w:asciiTheme="majorHAnsi" w:eastAsiaTheme="majorEastAsia" w:hAnsiTheme="majorHAnsi" w:cstheme="majorBidi"/>
          <w:lang w:val="en-US" w:eastAsia="en-US"/>
        </w:rPr>
      </w:pPr>
      <w:proofErr w:type="spellStart"/>
      <w:r w:rsidRPr="007B473C">
        <w:rPr>
          <w:rFonts w:asciiTheme="majorHAnsi" w:eastAsiaTheme="majorEastAsia" w:hAnsiTheme="majorHAnsi" w:cstheme="majorBidi"/>
          <w:lang w:val="en-US" w:eastAsia="en-US"/>
        </w:rPr>
        <w:t>Reclutamento</w:t>
      </w:r>
      <w:proofErr w:type="spellEnd"/>
      <w:r w:rsidRPr="007B473C">
        <w:rPr>
          <w:rFonts w:asciiTheme="majorHAnsi" w:eastAsiaTheme="majorEastAsia" w:hAnsiTheme="majorHAnsi" w:cstheme="majorBidi"/>
          <w:lang w:val="en-US" w:eastAsia="en-US"/>
        </w:rPr>
        <w:t xml:space="preserve"> e </w:t>
      </w:r>
      <w:proofErr w:type="spellStart"/>
      <w:r w:rsidRPr="007B473C">
        <w:rPr>
          <w:rFonts w:asciiTheme="majorHAnsi" w:eastAsiaTheme="majorEastAsia" w:hAnsiTheme="majorHAnsi" w:cstheme="majorBidi"/>
          <w:lang w:val="en-US" w:eastAsia="en-US"/>
        </w:rPr>
        <w:t>formazione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volontari</w:t>
      </w:r>
      <w:proofErr w:type="spellEnd"/>
      <w:r w:rsidRPr="007B473C">
        <w:rPr>
          <w:rFonts w:asciiTheme="majorHAnsi" w:eastAsiaTheme="majorEastAsia" w:hAnsiTheme="majorHAnsi" w:cstheme="majorBidi"/>
          <w:lang w:val="en-US" w:eastAsia="en-US"/>
        </w:rPr>
        <w:t xml:space="preserve"> in base alle </w:t>
      </w:r>
      <w:proofErr w:type="spellStart"/>
      <w:r w:rsidRPr="007B473C">
        <w:rPr>
          <w:rFonts w:asciiTheme="majorHAnsi" w:eastAsiaTheme="majorEastAsia" w:hAnsiTheme="majorHAnsi" w:cstheme="majorBidi"/>
          <w:lang w:val="en-US" w:eastAsia="en-US"/>
        </w:rPr>
        <w:t>attitudini</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personali</w:t>
      </w:r>
      <w:proofErr w:type="spellEnd"/>
    </w:p>
    <w:p w14:paraId="4F22F3F3" w14:textId="77777777" w:rsidR="00B7432B" w:rsidRDefault="00023209" w:rsidP="00B7432B">
      <w:pPr>
        <w:pStyle w:val="NormaleWeb"/>
        <w:numPr>
          <w:ilvl w:val="0"/>
          <w:numId w:val="10"/>
        </w:numPr>
        <w:jc w:val="both"/>
        <w:rPr>
          <w:rFonts w:asciiTheme="majorHAnsi" w:eastAsiaTheme="majorEastAsia" w:hAnsiTheme="majorHAnsi" w:cstheme="majorBidi"/>
          <w:lang w:val="en-US" w:eastAsia="en-US"/>
        </w:rPr>
      </w:pPr>
      <w:proofErr w:type="spellStart"/>
      <w:r w:rsidRPr="007B473C">
        <w:rPr>
          <w:rFonts w:asciiTheme="majorHAnsi" w:eastAsiaTheme="majorEastAsia" w:hAnsiTheme="majorHAnsi" w:cstheme="majorBidi"/>
          <w:lang w:val="en-US" w:eastAsia="en-US"/>
        </w:rPr>
        <w:t>Utilizzo</w:t>
      </w:r>
      <w:proofErr w:type="spellEnd"/>
      <w:r w:rsidRPr="007B473C">
        <w:rPr>
          <w:rFonts w:asciiTheme="majorHAnsi" w:eastAsiaTheme="majorEastAsia" w:hAnsiTheme="majorHAnsi" w:cstheme="majorBidi"/>
          <w:lang w:val="en-US" w:eastAsia="en-US"/>
        </w:rPr>
        <w:t xml:space="preserve"> di </w:t>
      </w:r>
      <w:proofErr w:type="spellStart"/>
      <w:r w:rsidRPr="007B473C">
        <w:rPr>
          <w:rFonts w:asciiTheme="majorHAnsi" w:eastAsiaTheme="majorEastAsia" w:hAnsiTheme="majorHAnsi" w:cstheme="majorBidi"/>
          <w:lang w:val="en-US" w:eastAsia="en-US"/>
        </w:rPr>
        <w:t>spazi</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condivisi</w:t>
      </w:r>
      <w:proofErr w:type="spellEnd"/>
      <w:r w:rsidRPr="007B473C">
        <w:rPr>
          <w:rFonts w:asciiTheme="majorHAnsi" w:eastAsiaTheme="majorEastAsia" w:hAnsiTheme="majorHAnsi" w:cstheme="majorBidi"/>
          <w:lang w:val="en-US" w:eastAsia="en-US"/>
        </w:rPr>
        <w:t xml:space="preserve"> e </w:t>
      </w:r>
      <w:proofErr w:type="spellStart"/>
      <w:r w:rsidRPr="007B473C">
        <w:rPr>
          <w:rFonts w:asciiTheme="majorHAnsi" w:eastAsiaTheme="majorEastAsia" w:hAnsiTheme="majorHAnsi" w:cstheme="majorBidi"/>
          <w:lang w:val="en-US" w:eastAsia="en-US"/>
        </w:rPr>
        <w:t>adattabili</w:t>
      </w:r>
      <w:proofErr w:type="spellEnd"/>
      <w:r w:rsidRPr="007B473C">
        <w:rPr>
          <w:rFonts w:asciiTheme="majorHAnsi" w:eastAsiaTheme="majorEastAsia" w:hAnsiTheme="majorHAnsi" w:cstheme="majorBidi"/>
          <w:lang w:val="en-US" w:eastAsia="en-US"/>
        </w:rPr>
        <w:t xml:space="preserve"> alle diverse </w:t>
      </w:r>
      <w:proofErr w:type="spellStart"/>
      <w:r w:rsidRPr="007B473C">
        <w:rPr>
          <w:rFonts w:asciiTheme="majorHAnsi" w:eastAsiaTheme="majorEastAsia" w:hAnsiTheme="majorHAnsi" w:cstheme="majorBidi"/>
          <w:lang w:val="en-US" w:eastAsia="en-US"/>
        </w:rPr>
        <w:t>attività</w:t>
      </w:r>
      <w:bookmarkStart w:id="3" w:name="cronoprogramma-indicativo-primo-anno"/>
      <w:proofErr w:type="spellEnd"/>
    </w:p>
    <w:p w14:paraId="63FE46AB" w14:textId="77777777" w:rsidR="00E01F43" w:rsidRDefault="00E01F43" w:rsidP="00E01F43">
      <w:pPr>
        <w:pStyle w:val="NormaleWeb"/>
        <w:jc w:val="both"/>
        <w:rPr>
          <w:rFonts w:asciiTheme="majorHAnsi" w:eastAsiaTheme="majorEastAsia" w:hAnsiTheme="majorHAnsi" w:cstheme="majorBidi"/>
          <w:lang w:val="en-US" w:eastAsia="en-US"/>
        </w:rPr>
      </w:pPr>
    </w:p>
    <w:p w14:paraId="28430E33" w14:textId="77777777" w:rsidR="00E01F43" w:rsidRPr="00B7432B" w:rsidRDefault="00E01F43" w:rsidP="00E01F43">
      <w:pPr>
        <w:pStyle w:val="NormaleWeb"/>
        <w:jc w:val="both"/>
        <w:rPr>
          <w:rFonts w:asciiTheme="majorHAnsi" w:eastAsiaTheme="majorEastAsia" w:hAnsiTheme="majorHAnsi" w:cstheme="majorBidi"/>
          <w:lang w:val="en-US" w:eastAsia="en-US"/>
        </w:rPr>
      </w:pPr>
    </w:p>
    <w:p w14:paraId="04DC746A" w14:textId="77777777" w:rsidR="001E70EC" w:rsidRDefault="001E70EC" w:rsidP="00684416">
      <w:pPr>
        <w:pStyle w:val="Titolo3"/>
        <w:ind w:left="360"/>
        <w:jc w:val="center"/>
        <w:rPr>
          <w:color w:val="auto"/>
          <w:sz w:val="28"/>
          <w:szCs w:val="28"/>
        </w:rPr>
      </w:pPr>
    </w:p>
    <w:p w14:paraId="61A122DD" w14:textId="77777777" w:rsidR="00FA3DE0" w:rsidRPr="00FA3DE0" w:rsidRDefault="00FA3DE0" w:rsidP="00FA3DE0"/>
    <w:p w14:paraId="5011F9DE" w14:textId="77777777" w:rsidR="001E70EC" w:rsidRDefault="001E70EC" w:rsidP="00684416">
      <w:pPr>
        <w:pStyle w:val="Titolo3"/>
        <w:ind w:left="360"/>
        <w:jc w:val="center"/>
        <w:rPr>
          <w:color w:val="auto"/>
          <w:sz w:val="28"/>
          <w:szCs w:val="28"/>
        </w:rPr>
      </w:pPr>
    </w:p>
    <w:p w14:paraId="0AF58786" w14:textId="186AB0EC" w:rsidR="001C18D1" w:rsidRPr="00EA64C0" w:rsidRDefault="001C18D1" w:rsidP="00684416">
      <w:pPr>
        <w:pStyle w:val="Titolo3"/>
        <w:ind w:left="360"/>
        <w:jc w:val="center"/>
        <w:rPr>
          <w:color w:val="auto"/>
          <w:sz w:val="28"/>
          <w:szCs w:val="28"/>
        </w:rPr>
      </w:pPr>
      <w:proofErr w:type="spellStart"/>
      <w:r w:rsidRPr="00EA64C0">
        <w:rPr>
          <w:color w:val="auto"/>
          <w:sz w:val="28"/>
          <w:szCs w:val="28"/>
        </w:rPr>
        <w:t>Cronoprogramma</w:t>
      </w:r>
      <w:proofErr w:type="spellEnd"/>
      <w:r w:rsidRPr="00EA64C0">
        <w:rPr>
          <w:color w:val="auto"/>
          <w:sz w:val="28"/>
          <w:szCs w:val="28"/>
        </w:rPr>
        <w:t xml:space="preserve"> </w:t>
      </w:r>
      <w:proofErr w:type="spellStart"/>
      <w:r w:rsidRPr="00EA64C0">
        <w:rPr>
          <w:color w:val="auto"/>
          <w:sz w:val="28"/>
          <w:szCs w:val="28"/>
        </w:rPr>
        <w:t>Indicativo</w:t>
      </w:r>
      <w:proofErr w:type="spellEnd"/>
      <w:r w:rsidRPr="00EA64C0">
        <w:rPr>
          <w:color w:val="auto"/>
          <w:sz w:val="28"/>
          <w:szCs w:val="28"/>
        </w:rPr>
        <w:t xml:space="preserve"> </w:t>
      </w:r>
    </w:p>
    <w:tbl>
      <w:tblPr>
        <w:tblStyle w:val="Table"/>
        <w:tblW w:w="5000" w:type="pct"/>
        <w:tblLayout w:type="fixed"/>
        <w:tblLook w:val="0020" w:firstRow="1" w:lastRow="0" w:firstColumn="0" w:lastColumn="0" w:noHBand="0" w:noVBand="0"/>
      </w:tblPr>
      <w:tblGrid>
        <w:gridCol w:w="2035"/>
        <w:gridCol w:w="8261"/>
      </w:tblGrid>
      <w:tr w:rsidR="001C18D1" w:rsidRPr="00EA64C0" w14:paraId="55135974" w14:textId="77777777" w:rsidTr="0045548E">
        <w:trPr>
          <w:cnfStyle w:val="100000000000" w:firstRow="1" w:lastRow="0" w:firstColumn="0" w:lastColumn="0" w:oddVBand="0" w:evenVBand="0" w:oddHBand="0" w:evenHBand="0" w:firstRowFirstColumn="0" w:firstRowLastColumn="0" w:lastRowFirstColumn="0" w:lastRowLastColumn="0"/>
          <w:tblHeader/>
        </w:trPr>
        <w:tc>
          <w:tcPr>
            <w:tcW w:w="2035" w:type="dxa"/>
          </w:tcPr>
          <w:p w14:paraId="085CD5C8" w14:textId="77777777" w:rsidR="001C18D1" w:rsidRPr="00EA64C0" w:rsidRDefault="001C18D1" w:rsidP="004312F5">
            <w:pPr>
              <w:pStyle w:val="Compact"/>
              <w:rPr>
                <w:rFonts w:asciiTheme="majorHAnsi" w:eastAsiaTheme="majorEastAsia" w:hAnsiTheme="majorHAnsi" w:cstheme="majorBidi"/>
              </w:rPr>
            </w:pPr>
            <w:r w:rsidRPr="00EA64C0">
              <w:rPr>
                <w:rFonts w:asciiTheme="majorHAnsi" w:eastAsiaTheme="majorEastAsia" w:hAnsiTheme="majorHAnsi" w:cstheme="majorBidi"/>
              </w:rPr>
              <w:t>Mese</w:t>
            </w:r>
          </w:p>
        </w:tc>
        <w:tc>
          <w:tcPr>
            <w:tcW w:w="8261" w:type="dxa"/>
          </w:tcPr>
          <w:p w14:paraId="6C8212AD" w14:textId="77777777" w:rsidR="001C18D1" w:rsidRPr="00EA64C0" w:rsidRDefault="001C18D1" w:rsidP="004312F5">
            <w:pPr>
              <w:pStyle w:val="Compact"/>
              <w:rPr>
                <w:rFonts w:asciiTheme="majorHAnsi" w:eastAsiaTheme="majorEastAsia" w:hAnsiTheme="majorHAnsi" w:cstheme="majorBidi"/>
              </w:rPr>
            </w:pPr>
            <w:r w:rsidRPr="00EA64C0">
              <w:rPr>
                <w:rFonts w:asciiTheme="majorHAnsi" w:eastAsiaTheme="majorEastAsia" w:hAnsiTheme="majorHAnsi" w:cstheme="majorBidi"/>
              </w:rPr>
              <w:t>Attività Prioritarie</w:t>
            </w:r>
          </w:p>
        </w:tc>
      </w:tr>
      <w:tr w:rsidR="001C18D1" w:rsidRPr="00EA64C0" w14:paraId="5987F6C3" w14:textId="77777777" w:rsidTr="0045548E">
        <w:tc>
          <w:tcPr>
            <w:tcW w:w="2035" w:type="dxa"/>
          </w:tcPr>
          <w:p w14:paraId="625B927A" w14:textId="77777777" w:rsidR="001C18D1" w:rsidRPr="00EA64C0" w:rsidRDefault="00E6367B" w:rsidP="004312F5">
            <w:pPr>
              <w:pStyle w:val="Compact"/>
              <w:rPr>
                <w:rFonts w:asciiTheme="majorHAnsi" w:eastAsiaTheme="majorEastAsia" w:hAnsiTheme="majorHAnsi" w:cstheme="majorBidi"/>
              </w:rPr>
            </w:pPr>
            <w:r>
              <w:rPr>
                <w:rFonts w:asciiTheme="majorHAnsi" w:eastAsiaTheme="majorEastAsia" w:hAnsiTheme="majorHAnsi" w:cstheme="majorBidi"/>
              </w:rPr>
              <w:t>Settembre</w:t>
            </w:r>
            <w:r w:rsidR="001C18D1">
              <w:rPr>
                <w:rFonts w:asciiTheme="majorHAnsi" w:eastAsiaTheme="majorEastAsia" w:hAnsiTheme="majorHAnsi" w:cstheme="majorBidi"/>
              </w:rPr>
              <w:t xml:space="preserve"> </w:t>
            </w:r>
            <w:r w:rsidR="00344DBE">
              <w:rPr>
                <w:rFonts w:asciiTheme="majorHAnsi" w:eastAsiaTheme="majorEastAsia" w:hAnsiTheme="majorHAnsi" w:cstheme="majorBidi"/>
              </w:rPr>
              <w:t xml:space="preserve"> </w:t>
            </w:r>
            <w:r w:rsidR="001C18D1">
              <w:rPr>
                <w:rFonts w:asciiTheme="majorHAnsi" w:eastAsiaTheme="majorEastAsia" w:hAnsiTheme="majorHAnsi" w:cstheme="majorBidi"/>
              </w:rPr>
              <w:t>2025</w:t>
            </w:r>
          </w:p>
        </w:tc>
        <w:tc>
          <w:tcPr>
            <w:tcW w:w="8261" w:type="dxa"/>
          </w:tcPr>
          <w:p w14:paraId="6E0F3C44" w14:textId="7093DE71" w:rsidR="001C18D1" w:rsidRPr="00EA64C0" w:rsidRDefault="001C18D1" w:rsidP="004312F5">
            <w:pPr>
              <w:pStyle w:val="Compact"/>
              <w:rPr>
                <w:rFonts w:asciiTheme="majorHAnsi" w:eastAsiaTheme="majorEastAsia" w:hAnsiTheme="majorHAnsi" w:cstheme="majorBidi"/>
              </w:rPr>
            </w:pPr>
            <w:r w:rsidRPr="00EA64C0">
              <w:rPr>
                <w:rFonts w:asciiTheme="majorHAnsi" w:eastAsiaTheme="majorEastAsia" w:hAnsiTheme="majorHAnsi" w:cstheme="majorBidi"/>
              </w:rPr>
              <w:t>Mappatura bisogni, promozione progetto</w:t>
            </w:r>
            <w:r w:rsidR="00FE272D">
              <w:rPr>
                <w:rFonts w:asciiTheme="majorHAnsi" w:eastAsiaTheme="majorEastAsia" w:hAnsiTheme="majorHAnsi" w:cstheme="majorBidi"/>
              </w:rPr>
              <w:t xml:space="preserve"> e Formazione volontari</w:t>
            </w:r>
          </w:p>
        </w:tc>
      </w:tr>
      <w:tr w:rsidR="001C18D1" w:rsidRPr="00EA64C0" w14:paraId="418DC0B3" w14:textId="77777777" w:rsidTr="0045548E">
        <w:tc>
          <w:tcPr>
            <w:tcW w:w="2035" w:type="dxa"/>
          </w:tcPr>
          <w:p w14:paraId="50126CA2" w14:textId="7E3896A8" w:rsidR="001C18D1" w:rsidRDefault="00FE272D" w:rsidP="004312F5">
            <w:pPr>
              <w:pStyle w:val="Compact"/>
              <w:rPr>
                <w:rFonts w:asciiTheme="majorHAnsi" w:eastAsiaTheme="majorEastAsia" w:hAnsiTheme="majorHAnsi" w:cstheme="majorBidi"/>
              </w:rPr>
            </w:pPr>
            <w:r>
              <w:rPr>
                <w:rFonts w:asciiTheme="majorHAnsi" w:eastAsiaTheme="majorEastAsia" w:hAnsiTheme="majorHAnsi" w:cstheme="majorBidi"/>
              </w:rPr>
              <w:t>Novembre</w:t>
            </w:r>
            <w:r w:rsidR="001C18D1">
              <w:rPr>
                <w:rFonts w:asciiTheme="majorHAnsi" w:eastAsiaTheme="majorEastAsia" w:hAnsiTheme="majorHAnsi" w:cstheme="majorBidi"/>
              </w:rPr>
              <w:t xml:space="preserve"> </w:t>
            </w:r>
            <w:r w:rsidR="00344DBE">
              <w:rPr>
                <w:rFonts w:asciiTheme="majorHAnsi" w:eastAsiaTheme="majorEastAsia" w:hAnsiTheme="majorHAnsi" w:cstheme="majorBidi"/>
              </w:rPr>
              <w:t xml:space="preserve"> </w:t>
            </w:r>
            <w:r w:rsidR="001C18D1">
              <w:rPr>
                <w:rFonts w:asciiTheme="majorHAnsi" w:eastAsiaTheme="majorEastAsia" w:hAnsiTheme="majorHAnsi" w:cstheme="majorBidi"/>
              </w:rPr>
              <w:t>2025</w:t>
            </w:r>
          </w:p>
          <w:p w14:paraId="6DDE5BDD" w14:textId="1C53300E" w:rsidR="001C18D1" w:rsidRPr="00EA64C0" w:rsidRDefault="00FE272D" w:rsidP="004312F5">
            <w:pPr>
              <w:pStyle w:val="Compact"/>
              <w:rPr>
                <w:rFonts w:asciiTheme="majorHAnsi" w:eastAsiaTheme="majorEastAsia" w:hAnsiTheme="majorHAnsi" w:cstheme="majorBidi"/>
              </w:rPr>
            </w:pPr>
            <w:r>
              <w:rPr>
                <w:rFonts w:asciiTheme="majorHAnsi" w:eastAsiaTheme="majorEastAsia" w:hAnsiTheme="majorHAnsi" w:cstheme="majorBidi"/>
              </w:rPr>
              <w:t>Novembre</w:t>
            </w:r>
            <w:r w:rsidR="001C18D1">
              <w:rPr>
                <w:rFonts w:asciiTheme="majorHAnsi" w:eastAsiaTheme="majorEastAsia" w:hAnsiTheme="majorHAnsi" w:cstheme="majorBidi"/>
              </w:rPr>
              <w:t xml:space="preserve"> </w:t>
            </w:r>
            <w:r>
              <w:rPr>
                <w:rFonts w:asciiTheme="majorHAnsi" w:eastAsiaTheme="majorEastAsia" w:hAnsiTheme="majorHAnsi" w:cstheme="majorBidi"/>
              </w:rPr>
              <w:t xml:space="preserve"> </w:t>
            </w:r>
            <w:r w:rsidR="001C18D1">
              <w:rPr>
                <w:rFonts w:asciiTheme="majorHAnsi" w:eastAsiaTheme="majorEastAsia" w:hAnsiTheme="majorHAnsi" w:cstheme="majorBidi"/>
              </w:rPr>
              <w:t>2025</w:t>
            </w:r>
          </w:p>
        </w:tc>
        <w:tc>
          <w:tcPr>
            <w:tcW w:w="8261" w:type="dxa"/>
          </w:tcPr>
          <w:p w14:paraId="06772566" w14:textId="5719D8E7" w:rsidR="001C18D1" w:rsidRDefault="00FE272D" w:rsidP="004312F5">
            <w:pPr>
              <w:pStyle w:val="Compact"/>
              <w:rPr>
                <w:rFonts w:asciiTheme="majorHAnsi" w:eastAsiaTheme="majorEastAsia" w:hAnsiTheme="majorHAnsi" w:cstheme="majorBidi"/>
              </w:rPr>
            </w:pPr>
            <w:r>
              <w:rPr>
                <w:rFonts w:asciiTheme="majorHAnsi" w:eastAsiaTheme="majorEastAsia" w:hAnsiTheme="majorHAnsi" w:cstheme="majorBidi"/>
              </w:rPr>
              <w:t>A</w:t>
            </w:r>
            <w:r w:rsidR="001C18D1" w:rsidRPr="00EA64C0">
              <w:rPr>
                <w:rFonts w:asciiTheme="majorHAnsi" w:eastAsiaTheme="majorEastAsia" w:hAnsiTheme="majorHAnsi" w:cstheme="majorBidi"/>
              </w:rPr>
              <w:t>vvio servizio farmaci/</w:t>
            </w:r>
            <w:r w:rsidR="001C18D1" w:rsidRPr="005918F2">
              <w:rPr>
                <w:rFonts w:asciiTheme="majorHAnsi" w:eastAsiaTheme="majorEastAsia" w:hAnsiTheme="majorHAnsi" w:cstheme="majorBidi"/>
              </w:rPr>
              <w:t>spesa</w:t>
            </w:r>
            <w:r w:rsidR="001C18D1" w:rsidRPr="00EA64C0">
              <w:rPr>
                <w:rFonts w:asciiTheme="majorHAnsi" w:eastAsiaTheme="majorEastAsia" w:hAnsiTheme="majorHAnsi" w:cstheme="majorBidi"/>
              </w:rPr>
              <w:t>, supporto digitale</w:t>
            </w:r>
          </w:p>
          <w:p w14:paraId="23E27420" w14:textId="77777777" w:rsidR="001C18D1" w:rsidRPr="00EA64C0" w:rsidRDefault="00344DBE" w:rsidP="004312F5">
            <w:pPr>
              <w:pStyle w:val="Compact"/>
              <w:rPr>
                <w:rFonts w:asciiTheme="majorHAnsi" w:eastAsiaTheme="majorEastAsia" w:hAnsiTheme="majorHAnsi" w:cstheme="majorBidi"/>
              </w:rPr>
            </w:pPr>
            <w:r>
              <w:rPr>
                <w:rFonts w:asciiTheme="majorHAnsi" w:eastAsiaTheme="majorEastAsia" w:hAnsiTheme="majorHAnsi" w:cstheme="majorBidi"/>
              </w:rPr>
              <w:t>P</w:t>
            </w:r>
            <w:r w:rsidR="001C18D1">
              <w:rPr>
                <w:rFonts w:asciiTheme="majorHAnsi" w:eastAsiaTheme="majorEastAsia" w:hAnsiTheme="majorHAnsi" w:cstheme="majorBidi"/>
              </w:rPr>
              <w:t>edagogia della terza età e benessere mentale</w:t>
            </w:r>
          </w:p>
        </w:tc>
      </w:tr>
      <w:tr w:rsidR="001C18D1" w:rsidRPr="00EA64C0" w14:paraId="3CB8481F" w14:textId="77777777" w:rsidTr="0045548E">
        <w:tc>
          <w:tcPr>
            <w:tcW w:w="2035" w:type="dxa"/>
          </w:tcPr>
          <w:p w14:paraId="76265B08" w14:textId="77777777" w:rsidR="001C18D1" w:rsidRDefault="00344DBE" w:rsidP="004312F5">
            <w:pPr>
              <w:pStyle w:val="Compact"/>
              <w:rPr>
                <w:rFonts w:asciiTheme="majorHAnsi" w:eastAsiaTheme="majorEastAsia" w:hAnsiTheme="majorHAnsi" w:cstheme="majorBidi"/>
              </w:rPr>
            </w:pPr>
            <w:r>
              <w:rPr>
                <w:rFonts w:asciiTheme="majorHAnsi" w:eastAsiaTheme="majorEastAsia" w:hAnsiTheme="majorHAnsi" w:cstheme="majorBidi"/>
              </w:rPr>
              <w:t xml:space="preserve">Novembre </w:t>
            </w:r>
            <w:r w:rsidR="001C18D1">
              <w:rPr>
                <w:rFonts w:asciiTheme="majorHAnsi" w:eastAsiaTheme="majorEastAsia" w:hAnsiTheme="majorHAnsi" w:cstheme="majorBidi"/>
              </w:rPr>
              <w:t>2025</w:t>
            </w:r>
          </w:p>
          <w:p w14:paraId="78432A3C" w14:textId="7EB561E2" w:rsidR="00FE272D" w:rsidRDefault="00FE272D" w:rsidP="004312F5">
            <w:pPr>
              <w:pStyle w:val="Compact"/>
              <w:rPr>
                <w:rFonts w:asciiTheme="majorHAnsi" w:eastAsiaTheme="majorEastAsia" w:hAnsiTheme="majorHAnsi" w:cstheme="majorBidi"/>
              </w:rPr>
            </w:pPr>
            <w:r>
              <w:rPr>
                <w:rFonts w:asciiTheme="majorHAnsi" w:eastAsiaTheme="majorEastAsia" w:hAnsiTheme="majorHAnsi" w:cstheme="majorBidi"/>
              </w:rPr>
              <w:t>Novembre 2025</w:t>
            </w:r>
          </w:p>
          <w:p w14:paraId="387F311A" w14:textId="77777777" w:rsidR="00E6367B" w:rsidRPr="00DF697D" w:rsidRDefault="00E6367B" w:rsidP="004312F5">
            <w:pPr>
              <w:pStyle w:val="Compact"/>
              <w:rPr>
                <w:rFonts w:asciiTheme="majorHAnsi" w:eastAsiaTheme="majorEastAsia" w:hAnsiTheme="majorHAnsi" w:cstheme="majorBidi"/>
                <w:b/>
                <w:bCs/>
              </w:rPr>
            </w:pPr>
            <w:r w:rsidRPr="00DF697D">
              <w:rPr>
                <w:rFonts w:asciiTheme="majorHAnsi" w:eastAsiaTheme="majorEastAsia" w:hAnsiTheme="majorHAnsi" w:cstheme="majorBidi"/>
                <w:b/>
                <w:bCs/>
              </w:rPr>
              <w:t>Dicembre</w:t>
            </w:r>
            <w:r w:rsidR="00605A3C" w:rsidRPr="00DF697D">
              <w:rPr>
                <w:rFonts w:asciiTheme="majorHAnsi" w:eastAsiaTheme="majorEastAsia" w:hAnsiTheme="majorHAnsi" w:cstheme="majorBidi"/>
                <w:b/>
                <w:bCs/>
              </w:rPr>
              <w:t xml:space="preserve">  2025</w:t>
            </w:r>
          </w:p>
        </w:tc>
        <w:tc>
          <w:tcPr>
            <w:tcW w:w="8261" w:type="dxa"/>
          </w:tcPr>
          <w:p w14:paraId="028B7B34" w14:textId="77777777" w:rsidR="001C18D1" w:rsidRDefault="001C18D1" w:rsidP="004312F5">
            <w:pPr>
              <w:pStyle w:val="Compact"/>
              <w:rPr>
                <w:rFonts w:asciiTheme="majorHAnsi" w:eastAsiaTheme="majorEastAsia" w:hAnsiTheme="majorHAnsi" w:cstheme="majorBidi"/>
              </w:rPr>
            </w:pPr>
            <w:r w:rsidRPr="00EA64C0">
              <w:rPr>
                <w:rFonts w:asciiTheme="majorHAnsi" w:eastAsiaTheme="majorEastAsia" w:hAnsiTheme="majorHAnsi" w:cstheme="majorBidi"/>
              </w:rPr>
              <w:t>Attività socializzazione, attività creative, piccoli aiuti</w:t>
            </w:r>
            <w:r>
              <w:rPr>
                <w:rFonts w:asciiTheme="majorHAnsi" w:eastAsiaTheme="majorEastAsia" w:hAnsiTheme="majorHAnsi" w:cstheme="majorBidi"/>
              </w:rPr>
              <w:t xml:space="preserve"> in casa</w:t>
            </w:r>
          </w:p>
          <w:p w14:paraId="5A139E87" w14:textId="2FF9E38A" w:rsidR="00FE272D" w:rsidRDefault="00FE272D" w:rsidP="004312F5">
            <w:pPr>
              <w:pStyle w:val="Compact"/>
              <w:rPr>
                <w:rFonts w:asciiTheme="majorHAnsi" w:eastAsiaTheme="majorEastAsia" w:hAnsiTheme="majorHAnsi" w:cstheme="majorBidi"/>
              </w:rPr>
            </w:pPr>
            <w:r>
              <w:rPr>
                <w:rFonts w:asciiTheme="majorHAnsi" w:eastAsiaTheme="majorEastAsia" w:hAnsiTheme="majorHAnsi" w:cstheme="majorBidi"/>
              </w:rPr>
              <w:t>Avvio progetto scolastico (Pony)</w:t>
            </w:r>
          </w:p>
          <w:p w14:paraId="3C023BAE" w14:textId="77777777" w:rsidR="00E6367B" w:rsidRPr="00DF697D" w:rsidRDefault="00605A3C" w:rsidP="004312F5">
            <w:pPr>
              <w:pStyle w:val="Compact"/>
              <w:rPr>
                <w:rFonts w:asciiTheme="majorHAnsi" w:eastAsiaTheme="majorEastAsia" w:hAnsiTheme="majorHAnsi" w:cstheme="majorBidi"/>
                <w:b/>
                <w:bCs/>
              </w:rPr>
            </w:pPr>
            <w:r w:rsidRPr="00DF697D">
              <w:rPr>
                <w:rFonts w:asciiTheme="majorHAnsi" w:eastAsiaTheme="majorEastAsia" w:hAnsiTheme="majorHAnsi" w:cstheme="majorBidi"/>
                <w:b/>
                <w:bCs/>
              </w:rPr>
              <w:t>Pranzo di Natale per bisognosi e persone sole</w:t>
            </w:r>
          </w:p>
        </w:tc>
      </w:tr>
      <w:tr w:rsidR="001C18D1" w:rsidRPr="00EA64C0" w14:paraId="598DD65A" w14:textId="77777777" w:rsidTr="0045548E">
        <w:tc>
          <w:tcPr>
            <w:tcW w:w="2035" w:type="dxa"/>
          </w:tcPr>
          <w:p w14:paraId="04B3A9CD" w14:textId="77777777" w:rsidR="001C18D1" w:rsidRPr="00EA64C0" w:rsidRDefault="001C18D1" w:rsidP="004312F5">
            <w:pPr>
              <w:pStyle w:val="Compact"/>
              <w:rPr>
                <w:rFonts w:asciiTheme="majorHAnsi" w:eastAsiaTheme="majorEastAsia" w:hAnsiTheme="majorHAnsi" w:cstheme="majorBidi"/>
              </w:rPr>
            </w:pPr>
            <w:r>
              <w:rPr>
                <w:rFonts w:asciiTheme="majorHAnsi" w:eastAsiaTheme="majorEastAsia" w:hAnsiTheme="majorHAnsi" w:cstheme="majorBidi"/>
              </w:rPr>
              <w:t>Gennaio    202</w:t>
            </w:r>
            <w:r w:rsidR="00605A3C">
              <w:rPr>
                <w:rFonts w:asciiTheme="majorHAnsi" w:eastAsiaTheme="majorEastAsia" w:hAnsiTheme="majorHAnsi" w:cstheme="majorBidi"/>
              </w:rPr>
              <w:t>6</w:t>
            </w:r>
          </w:p>
        </w:tc>
        <w:tc>
          <w:tcPr>
            <w:tcW w:w="8261" w:type="dxa"/>
          </w:tcPr>
          <w:p w14:paraId="7B85DD75" w14:textId="44B4F71E" w:rsidR="001C18D1" w:rsidRPr="00EA64C0" w:rsidRDefault="00FE272D" w:rsidP="004312F5">
            <w:pPr>
              <w:pStyle w:val="Compact"/>
              <w:rPr>
                <w:rFonts w:asciiTheme="majorHAnsi" w:eastAsiaTheme="majorEastAsia" w:hAnsiTheme="majorHAnsi" w:cstheme="majorBidi"/>
              </w:rPr>
            </w:pPr>
            <w:r>
              <w:rPr>
                <w:rFonts w:asciiTheme="majorHAnsi" w:eastAsiaTheme="majorEastAsia" w:hAnsiTheme="majorHAnsi" w:cstheme="majorBidi"/>
              </w:rPr>
              <w:t>Dicci</w:t>
            </w:r>
            <w:r w:rsidR="001C18D1">
              <w:rPr>
                <w:rFonts w:asciiTheme="majorHAnsi" w:eastAsiaTheme="majorEastAsia" w:hAnsiTheme="majorHAnsi" w:cstheme="majorBidi"/>
              </w:rPr>
              <w:t xml:space="preserve"> come stai</w:t>
            </w:r>
          </w:p>
        </w:tc>
      </w:tr>
      <w:tr w:rsidR="0045548E" w:rsidRPr="00EA64C0" w14:paraId="70B89298" w14:textId="77777777" w:rsidTr="0045548E">
        <w:tc>
          <w:tcPr>
            <w:tcW w:w="2035" w:type="dxa"/>
          </w:tcPr>
          <w:p w14:paraId="61B407B0" w14:textId="0156AC4D" w:rsidR="0045548E" w:rsidRDefault="0045548E" w:rsidP="004312F5">
            <w:pPr>
              <w:pStyle w:val="Compact"/>
              <w:rPr>
                <w:rFonts w:asciiTheme="majorHAnsi" w:eastAsiaTheme="majorEastAsia" w:hAnsiTheme="majorHAnsi" w:cstheme="majorBidi"/>
              </w:rPr>
            </w:pPr>
            <w:r>
              <w:rPr>
                <w:rFonts w:asciiTheme="majorHAnsi" w:eastAsiaTheme="majorEastAsia" w:hAnsiTheme="majorHAnsi" w:cstheme="majorBidi"/>
              </w:rPr>
              <w:t>Marzo        2026</w:t>
            </w:r>
          </w:p>
          <w:p w14:paraId="5297D782" w14:textId="77777777" w:rsidR="0045548E" w:rsidRDefault="0045548E" w:rsidP="004312F5">
            <w:pPr>
              <w:pStyle w:val="Compact"/>
              <w:rPr>
                <w:rFonts w:asciiTheme="majorHAnsi" w:eastAsiaTheme="majorEastAsia" w:hAnsiTheme="majorHAnsi" w:cstheme="majorBidi"/>
              </w:rPr>
            </w:pPr>
            <w:r>
              <w:rPr>
                <w:rFonts w:asciiTheme="majorHAnsi" w:eastAsiaTheme="majorEastAsia" w:hAnsiTheme="majorHAnsi" w:cstheme="majorBidi"/>
              </w:rPr>
              <w:t>Settembre 2026</w:t>
            </w:r>
          </w:p>
          <w:p w14:paraId="263377A3" w14:textId="77777777" w:rsidR="0045548E" w:rsidRDefault="0045548E" w:rsidP="00E73192">
            <w:pPr>
              <w:pStyle w:val="Compact"/>
              <w:rPr>
                <w:rFonts w:asciiTheme="majorHAnsi" w:eastAsiaTheme="majorEastAsia" w:hAnsiTheme="majorHAnsi" w:cstheme="majorBidi"/>
              </w:rPr>
            </w:pPr>
            <w:r>
              <w:rPr>
                <w:rFonts w:asciiTheme="majorHAnsi" w:eastAsiaTheme="majorEastAsia" w:hAnsiTheme="majorHAnsi" w:cstheme="majorBidi"/>
              </w:rPr>
              <w:t>Settembre 2026</w:t>
            </w:r>
          </w:p>
          <w:p w14:paraId="1F8160CA" w14:textId="525C57DA" w:rsidR="0045548E" w:rsidRDefault="0045548E" w:rsidP="00E73192">
            <w:pPr>
              <w:pStyle w:val="Compact"/>
              <w:rPr>
                <w:rFonts w:asciiTheme="majorHAnsi" w:eastAsiaTheme="majorEastAsia" w:hAnsiTheme="majorHAnsi" w:cstheme="majorBidi"/>
              </w:rPr>
            </w:pPr>
            <w:r>
              <w:rPr>
                <w:rFonts w:asciiTheme="majorHAnsi" w:eastAsiaTheme="majorEastAsia" w:hAnsiTheme="majorHAnsi" w:cstheme="majorBidi"/>
              </w:rPr>
              <w:t>2030</w:t>
            </w:r>
          </w:p>
          <w:p w14:paraId="3165167C" w14:textId="7B41D440" w:rsidR="0045548E" w:rsidRPr="00EA64C0" w:rsidRDefault="0045548E" w:rsidP="004312F5">
            <w:pPr>
              <w:pStyle w:val="Compact"/>
              <w:rPr>
                <w:rFonts w:asciiTheme="majorHAnsi" w:eastAsiaTheme="majorEastAsia" w:hAnsiTheme="majorHAnsi" w:cstheme="majorBidi"/>
              </w:rPr>
            </w:pPr>
            <w:r>
              <w:rPr>
                <w:rFonts w:asciiTheme="majorHAnsi" w:eastAsiaTheme="majorEastAsia" w:hAnsiTheme="majorHAnsi" w:cstheme="majorBidi"/>
              </w:rPr>
              <w:t>2031</w:t>
            </w:r>
          </w:p>
        </w:tc>
        <w:tc>
          <w:tcPr>
            <w:tcW w:w="8261" w:type="dxa"/>
          </w:tcPr>
          <w:p w14:paraId="3BDA586A" w14:textId="77777777" w:rsidR="0045548E" w:rsidRDefault="0045548E" w:rsidP="004312F5">
            <w:pPr>
              <w:pStyle w:val="Compact"/>
              <w:rPr>
                <w:rFonts w:asciiTheme="majorHAnsi" w:eastAsiaTheme="majorEastAsia" w:hAnsiTheme="majorHAnsi" w:cstheme="majorBidi"/>
              </w:rPr>
            </w:pPr>
            <w:r>
              <w:rPr>
                <w:rFonts w:asciiTheme="majorHAnsi" w:eastAsiaTheme="majorEastAsia" w:hAnsiTheme="majorHAnsi" w:cstheme="majorBidi"/>
              </w:rPr>
              <w:t>Progetto scuola</w:t>
            </w:r>
          </w:p>
          <w:p w14:paraId="427E9BD8" w14:textId="77777777" w:rsidR="0045548E" w:rsidRDefault="0045548E" w:rsidP="004312F5">
            <w:pPr>
              <w:pStyle w:val="Compact"/>
              <w:rPr>
                <w:rFonts w:asciiTheme="majorHAnsi" w:eastAsiaTheme="majorEastAsia" w:hAnsiTheme="majorHAnsi" w:cstheme="majorBidi"/>
              </w:rPr>
            </w:pPr>
            <w:r>
              <w:rPr>
                <w:rFonts w:asciiTheme="majorHAnsi" w:eastAsiaTheme="majorEastAsia" w:hAnsiTheme="majorHAnsi" w:cstheme="majorBidi"/>
              </w:rPr>
              <w:t>Aiuto ai senza tetto, pasti caldi, accoglienza e ascolto</w:t>
            </w:r>
          </w:p>
          <w:p w14:paraId="0E2D964C" w14:textId="77777777" w:rsidR="0045548E" w:rsidRDefault="0045548E" w:rsidP="004312F5">
            <w:pPr>
              <w:pStyle w:val="Compact"/>
              <w:rPr>
                <w:rFonts w:asciiTheme="majorHAnsi" w:eastAsiaTheme="majorEastAsia" w:hAnsiTheme="majorHAnsi" w:cstheme="majorBidi"/>
              </w:rPr>
            </w:pPr>
            <w:r>
              <w:rPr>
                <w:rFonts w:asciiTheme="majorHAnsi" w:eastAsiaTheme="majorEastAsia" w:hAnsiTheme="majorHAnsi" w:cstheme="majorBidi"/>
              </w:rPr>
              <w:t xml:space="preserve">Attività con diversamente abili </w:t>
            </w:r>
          </w:p>
          <w:p w14:paraId="05EB9982" w14:textId="77777777" w:rsidR="0045548E" w:rsidRDefault="0045548E" w:rsidP="00DF697D">
            <w:pPr>
              <w:pStyle w:val="Compact"/>
              <w:rPr>
                <w:rFonts w:asciiTheme="majorHAnsi" w:eastAsiaTheme="majorEastAsia" w:hAnsiTheme="majorHAnsi" w:cstheme="majorBidi"/>
              </w:rPr>
            </w:pPr>
            <w:r>
              <w:rPr>
                <w:rFonts w:asciiTheme="majorHAnsi" w:eastAsiaTheme="majorEastAsia" w:hAnsiTheme="majorHAnsi" w:cstheme="majorBidi"/>
              </w:rPr>
              <w:t>Una mensa per i bisognosi e persone che vivono in solitudine</w:t>
            </w:r>
          </w:p>
          <w:p w14:paraId="0E1C5A15" w14:textId="3A6CD709" w:rsidR="0045548E" w:rsidRPr="00EA64C0" w:rsidRDefault="0045548E" w:rsidP="004312F5">
            <w:pPr>
              <w:pStyle w:val="Compact"/>
              <w:rPr>
                <w:rFonts w:asciiTheme="majorHAnsi" w:eastAsiaTheme="majorEastAsia" w:hAnsiTheme="majorHAnsi" w:cstheme="majorBidi"/>
              </w:rPr>
            </w:pPr>
            <w:r>
              <w:rPr>
                <w:rFonts w:asciiTheme="majorHAnsi" w:eastAsiaTheme="majorEastAsia" w:hAnsiTheme="majorHAnsi" w:cstheme="majorBidi"/>
              </w:rPr>
              <w:t>Dormitorio e docce</w:t>
            </w:r>
          </w:p>
        </w:tc>
      </w:tr>
      <w:tr w:rsidR="0045548E" w:rsidRPr="00EA64C0" w14:paraId="5EA03F15" w14:textId="77777777" w:rsidTr="0045548E">
        <w:tc>
          <w:tcPr>
            <w:tcW w:w="2035" w:type="dxa"/>
          </w:tcPr>
          <w:p w14:paraId="628A9DE3" w14:textId="79F6FCB1" w:rsidR="0045548E" w:rsidRPr="00EA64C0" w:rsidRDefault="0045548E" w:rsidP="00E73192">
            <w:pPr>
              <w:pStyle w:val="Compact"/>
              <w:rPr>
                <w:rFonts w:asciiTheme="majorHAnsi" w:eastAsiaTheme="majorEastAsia" w:hAnsiTheme="majorHAnsi" w:cstheme="majorBidi"/>
              </w:rPr>
            </w:pPr>
          </w:p>
        </w:tc>
        <w:tc>
          <w:tcPr>
            <w:tcW w:w="8261" w:type="dxa"/>
          </w:tcPr>
          <w:p w14:paraId="2700A3FF" w14:textId="6F3FB45B" w:rsidR="0045548E" w:rsidRPr="00EA64C0" w:rsidRDefault="0045548E" w:rsidP="004312F5">
            <w:pPr>
              <w:pStyle w:val="Compact"/>
              <w:rPr>
                <w:rFonts w:asciiTheme="majorHAnsi" w:eastAsiaTheme="majorEastAsia" w:hAnsiTheme="majorHAnsi" w:cstheme="majorBidi"/>
              </w:rPr>
            </w:pPr>
          </w:p>
        </w:tc>
      </w:tr>
    </w:tbl>
    <w:p w14:paraId="44A0F37A" w14:textId="77777777" w:rsidR="001C18D1" w:rsidRPr="00684416" w:rsidRDefault="001C18D1" w:rsidP="00586590">
      <w:pPr>
        <w:rPr>
          <w:rFonts w:asciiTheme="majorHAnsi" w:eastAsiaTheme="majorEastAsia" w:hAnsiTheme="majorHAnsi" w:cstheme="majorBidi"/>
          <w:sz w:val="24"/>
          <w:szCs w:val="24"/>
        </w:rPr>
      </w:pPr>
    </w:p>
    <w:bookmarkEnd w:id="3"/>
    <w:p w14:paraId="3D31D4FD" w14:textId="77777777" w:rsidR="001E70EC" w:rsidRDefault="001E70EC" w:rsidP="001E6DEB">
      <w:pPr>
        <w:jc w:val="center"/>
        <w:rPr>
          <w:rFonts w:asciiTheme="majorHAnsi" w:eastAsiaTheme="majorEastAsia" w:hAnsiTheme="majorHAnsi" w:cstheme="majorBidi"/>
          <w:b/>
          <w:bCs/>
          <w:sz w:val="28"/>
          <w:szCs w:val="28"/>
        </w:rPr>
      </w:pPr>
    </w:p>
    <w:p w14:paraId="05B193A0" w14:textId="77777777" w:rsidR="001E70EC" w:rsidRDefault="001E70EC" w:rsidP="001E6DEB">
      <w:pPr>
        <w:jc w:val="center"/>
        <w:rPr>
          <w:rFonts w:asciiTheme="majorHAnsi" w:eastAsiaTheme="majorEastAsia" w:hAnsiTheme="majorHAnsi" w:cstheme="majorBidi"/>
          <w:b/>
          <w:bCs/>
          <w:sz w:val="28"/>
          <w:szCs w:val="28"/>
        </w:rPr>
      </w:pPr>
    </w:p>
    <w:p w14:paraId="3A67839A" w14:textId="3BC4BDC9" w:rsidR="00E01F43" w:rsidRDefault="00000000" w:rsidP="001E6DEB">
      <w:pPr>
        <w:jc w:val="center"/>
        <w:rPr>
          <w:rFonts w:asciiTheme="majorHAnsi" w:eastAsiaTheme="majorEastAsia" w:hAnsiTheme="majorHAnsi" w:cstheme="majorBidi"/>
          <w:b/>
          <w:bCs/>
          <w:sz w:val="28"/>
          <w:szCs w:val="28"/>
        </w:rPr>
      </w:pPr>
      <w:proofErr w:type="spellStart"/>
      <w:r w:rsidRPr="0065534B">
        <w:rPr>
          <w:rFonts w:asciiTheme="majorHAnsi" w:eastAsiaTheme="majorEastAsia" w:hAnsiTheme="majorHAnsi" w:cstheme="majorBidi"/>
          <w:b/>
          <w:bCs/>
          <w:sz w:val="28"/>
          <w:szCs w:val="28"/>
        </w:rPr>
        <w:t>Gratuità</w:t>
      </w:r>
      <w:proofErr w:type="spellEnd"/>
      <w:r w:rsidRPr="0065534B">
        <w:rPr>
          <w:rFonts w:asciiTheme="majorHAnsi" w:eastAsiaTheme="majorEastAsia" w:hAnsiTheme="majorHAnsi" w:cstheme="majorBidi"/>
          <w:b/>
          <w:bCs/>
          <w:sz w:val="28"/>
          <w:szCs w:val="28"/>
        </w:rPr>
        <w:t xml:space="preserve"> </w:t>
      </w:r>
      <w:proofErr w:type="spellStart"/>
      <w:r w:rsidRPr="0065534B">
        <w:rPr>
          <w:rFonts w:asciiTheme="majorHAnsi" w:eastAsiaTheme="majorEastAsia" w:hAnsiTheme="majorHAnsi" w:cstheme="majorBidi"/>
          <w:b/>
          <w:bCs/>
          <w:sz w:val="28"/>
          <w:szCs w:val="28"/>
        </w:rPr>
        <w:t>dei</w:t>
      </w:r>
      <w:proofErr w:type="spellEnd"/>
      <w:r w:rsidRPr="0065534B">
        <w:rPr>
          <w:rFonts w:asciiTheme="majorHAnsi" w:eastAsiaTheme="majorEastAsia" w:hAnsiTheme="majorHAnsi" w:cstheme="majorBidi"/>
          <w:b/>
          <w:bCs/>
          <w:sz w:val="28"/>
          <w:szCs w:val="28"/>
        </w:rPr>
        <w:t xml:space="preserve"> Servizi e </w:t>
      </w:r>
      <w:proofErr w:type="spellStart"/>
      <w:r w:rsidRPr="0065534B">
        <w:rPr>
          <w:rFonts w:asciiTheme="majorHAnsi" w:eastAsiaTheme="majorEastAsia" w:hAnsiTheme="majorHAnsi" w:cstheme="majorBidi"/>
          <w:b/>
          <w:bCs/>
          <w:sz w:val="28"/>
          <w:szCs w:val="28"/>
        </w:rPr>
        <w:t>Sostenibilità</w:t>
      </w:r>
      <w:proofErr w:type="spellEnd"/>
      <w:r w:rsidRPr="0065534B">
        <w:rPr>
          <w:rFonts w:asciiTheme="majorHAnsi" w:eastAsiaTheme="majorEastAsia" w:hAnsiTheme="majorHAnsi" w:cstheme="majorBidi"/>
          <w:b/>
          <w:bCs/>
          <w:sz w:val="28"/>
          <w:szCs w:val="28"/>
        </w:rPr>
        <w:t xml:space="preserve"> del Progetto</w:t>
      </w:r>
    </w:p>
    <w:p w14:paraId="4668D4E2" w14:textId="09E5FF7A" w:rsidR="00E01F43" w:rsidRPr="00453224" w:rsidRDefault="00000000" w:rsidP="00E01F43">
      <w:pPr>
        <w:spacing w:after="0"/>
        <w:jc w:val="both"/>
        <w:rPr>
          <w:rFonts w:asciiTheme="majorHAnsi" w:eastAsiaTheme="majorEastAsia" w:hAnsiTheme="majorHAnsi" w:cstheme="majorBidi"/>
          <w:sz w:val="24"/>
          <w:szCs w:val="24"/>
          <w:u w:val="single"/>
        </w:rPr>
      </w:pPr>
      <w:r w:rsidRPr="00453224">
        <w:rPr>
          <w:rFonts w:asciiTheme="majorHAnsi" w:eastAsiaTheme="majorEastAsia" w:hAnsiTheme="majorHAnsi" w:cstheme="majorBidi"/>
          <w:sz w:val="24"/>
          <w:szCs w:val="24"/>
          <w:u w:val="single"/>
        </w:rPr>
        <w:t xml:space="preserve">Tutte le </w:t>
      </w:r>
      <w:proofErr w:type="spellStart"/>
      <w:r w:rsidRPr="00453224">
        <w:rPr>
          <w:rFonts w:asciiTheme="majorHAnsi" w:eastAsiaTheme="majorEastAsia" w:hAnsiTheme="majorHAnsi" w:cstheme="majorBidi"/>
          <w:sz w:val="24"/>
          <w:szCs w:val="24"/>
          <w:u w:val="single"/>
        </w:rPr>
        <w:t>attività</w:t>
      </w:r>
      <w:proofErr w:type="spellEnd"/>
      <w:r w:rsidRPr="00453224">
        <w:rPr>
          <w:rFonts w:asciiTheme="majorHAnsi" w:eastAsiaTheme="majorEastAsia" w:hAnsiTheme="majorHAnsi" w:cstheme="majorBidi"/>
          <w:sz w:val="24"/>
          <w:szCs w:val="24"/>
          <w:u w:val="single"/>
        </w:rPr>
        <w:t xml:space="preserve"> e </w:t>
      </w:r>
      <w:proofErr w:type="spellStart"/>
      <w:r w:rsidRPr="00453224">
        <w:rPr>
          <w:rFonts w:asciiTheme="majorHAnsi" w:eastAsiaTheme="majorEastAsia" w:hAnsiTheme="majorHAnsi" w:cstheme="majorBidi"/>
          <w:sz w:val="24"/>
          <w:szCs w:val="24"/>
          <w:u w:val="single"/>
        </w:rPr>
        <w:t>i</w:t>
      </w:r>
      <w:proofErr w:type="spellEnd"/>
      <w:r w:rsidRPr="00453224">
        <w:rPr>
          <w:rFonts w:asciiTheme="majorHAnsi" w:eastAsiaTheme="majorEastAsia" w:hAnsiTheme="majorHAnsi" w:cstheme="majorBidi"/>
          <w:sz w:val="24"/>
          <w:szCs w:val="24"/>
          <w:u w:val="single"/>
        </w:rPr>
        <w:t xml:space="preserve"> </w:t>
      </w:r>
      <w:proofErr w:type="spellStart"/>
      <w:r w:rsidRPr="00453224">
        <w:rPr>
          <w:rFonts w:asciiTheme="majorHAnsi" w:eastAsiaTheme="majorEastAsia" w:hAnsiTheme="majorHAnsi" w:cstheme="majorBidi"/>
          <w:sz w:val="24"/>
          <w:szCs w:val="24"/>
          <w:u w:val="single"/>
        </w:rPr>
        <w:t>servizi</w:t>
      </w:r>
      <w:proofErr w:type="spellEnd"/>
      <w:r w:rsidRPr="00453224">
        <w:rPr>
          <w:rFonts w:asciiTheme="majorHAnsi" w:eastAsiaTheme="majorEastAsia" w:hAnsiTheme="majorHAnsi" w:cstheme="majorBidi"/>
          <w:sz w:val="24"/>
          <w:szCs w:val="24"/>
          <w:u w:val="single"/>
        </w:rPr>
        <w:t xml:space="preserve"> </w:t>
      </w:r>
      <w:proofErr w:type="spellStart"/>
      <w:r w:rsidRPr="00453224">
        <w:rPr>
          <w:rFonts w:asciiTheme="majorHAnsi" w:eastAsiaTheme="majorEastAsia" w:hAnsiTheme="majorHAnsi" w:cstheme="majorBidi"/>
          <w:sz w:val="24"/>
          <w:szCs w:val="24"/>
          <w:u w:val="single"/>
        </w:rPr>
        <w:t>previsti</w:t>
      </w:r>
      <w:proofErr w:type="spellEnd"/>
      <w:r w:rsidRPr="00453224">
        <w:rPr>
          <w:rFonts w:asciiTheme="majorHAnsi" w:eastAsiaTheme="majorEastAsia" w:hAnsiTheme="majorHAnsi" w:cstheme="majorBidi"/>
          <w:sz w:val="24"/>
          <w:szCs w:val="24"/>
          <w:u w:val="single"/>
        </w:rPr>
        <w:t xml:space="preserve"> dal </w:t>
      </w:r>
      <w:proofErr w:type="spellStart"/>
      <w:r w:rsidRPr="00453224">
        <w:rPr>
          <w:rFonts w:asciiTheme="majorHAnsi" w:eastAsiaTheme="majorEastAsia" w:hAnsiTheme="majorHAnsi" w:cstheme="majorBidi"/>
          <w:sz w:val="24"/>
          <w:szCs w:val="24"/>
          <w:u w:val="single"/>
        </w:rPr>
        <w:t>progetto</w:t>
      </w:r>
      <w:proofErr w:type="spellEnd"/>
      <w:r w:rsidRPr="00453224">
        <w:rPr>
          <w:rFonts w:asciiTheme="majorHAnsi" w:eastAsiaTheme="majorEastAsia" w:hAnsiTheme="majorHAnsi" w:cstheme="majorBidi"/>
          <w:sz w:val="24"/>
          <w:szCs w:val="24"/>
          <w:u w:val="single"/>
        </w:rPr>
        <w:t xml:space="preserve"> </w:t>
      </w:r>
      <w:proofErr w:type="spellStart"/>
      <w:r w:rsidRPr="00453224">
        <w:rPr>
          <w:rFonts w:asciiTheme="majorHAnsi" w:eastAsiaTheme="majorEastAsia" w:hAnsiTheme="majorHAnsi" w:cstheme="majorBidi"/>
          <w:sz w:val="24"/>
          <w:szCs w:val="24"/>
          <w:u w:val="single"/>
        </w:rPr>
        <w:t>saranno</w:t>
      </w:r>
      <w:proofErr w:type="spellEnd"/>
      <w:r w:rsidRPr="00453224">
        <w:rPr>
          <w:rFonts w:asciiTheme="majorHAnsi" w:eastAsiaTheme="majorEastAsia" w:hAnsiTheme="majorHAnsi" w:cstheme="majorBidi"/>
          <w:sz w:val="24"/>
          <w:szCs w:val="24"/>
          <w:u w:val="single"/>
        </w:rPr>
        <w:t xml:space="preserve"> </w:t>
      </w:r>
      <w:proofErr w:type="spellStart"/>
      <w:r w:rsidRPr="00453224">
        <w:rPr>
          <w:rFonts w:asciiTheme="majorHAnsi" w:eastAsiaTheme="majorEastAsia" w:hAnsiTheme="majorHAnsi" w:cstheme="majorBidi"/>
          <w:sz w:val="24"/>
          <w:szCs w:val="24"/>
          <w:u w:val="single"/>
        </w:rPr>
        <w:t>offerti</w:t>
      </w:r>
      <w:proofErr w:type="spellEnd"/>
      <w:r w:rsidRPr="00453224">
        <w:rPr>
          <w:rFonts w:asciiTheme="majorHAnsi" w:eastAsiaTheme="majorEastAsia" w:hAnsiTheme="majorHAnsi" w:cstheme="majorBidi"/>
          <w:sz w:val="24"/>
          <w:szCs w:val="24"/>
          <w:u w:val="single"/>
        </w:rPr>
        <w:t xml:space="preserve"> </w:t>
      </w:r>
      <w:proofErr w:type="spellStart"/>
      <w:r w:rsidRPr="00453224">
        <w:rPr>
          <w:rFonts w:asciiTheme="majorHAnsi" w:eastAsiaTheme="majorEastAsia" w:hAnsiTheme="majorHAnsi" w:cstheme="majorBidi"/>
          <w:sz w:val="24"/>
          <w:szCs w:val="24"/>
          <w:u w:val="single"/>
        </w:rPr>
        <w:t>gratuitamente</w:t>
      </w:r>
      <w:proofErr w:type="spellEnd"/>
      <w:r w:rsidRPr="00453224">
        <w:rPr>
          <w:rFonts w:asciiTheme="majorHAnsi" w:eastAsiaTheme="majorEastAsia" w:hAnsiTheme="majorHAnsi" w:cstheme="majorBidi"/>
          <w:sz w:val="24"/>
          <w:szCs w:val="24"/>
          <w:u w:val="single"/>
        </w:rPr>
        <w:t xml:space="preserve"> ai </w:t>
      </w:r>
      <w:proofErr w:type="spellStart"/>
      <w:r w:rsidRPr="00453224">
        <w:rPr>
          <w:rFonts w:asciiTheme="majorHAnsi" w:eastAsiaTheme="majorEastAsia" w:hAnsiTheme="majorHAnsi" w:cstheme="majorBidi"/>
          <w:sz w:val="24"/>
          <w:szCs w:val="24"/>
          <w:u w:val="single"/>
        </w:rPr>
        <w:t>beneficiari</w:t>
      </w:r>
      <w:proofErr w:type="spellEnd"/>
      <w:r w:rsidRPr="00453224">
        <w:rPr>
          <w:rFonts w:asciiTheme="majorHAnsi" w:eastAsiaTheme="majorEastAsia" w:hAnsiTheme="majorHAnsi" w:cstheme="majorBidi"/>
          <w:sz w:val="24"/>
          <w:szCs w:val="24"/>
          <w:u w:val="single"/>
        </w:rPr>
        <w:t xml:space="preserve">, senza </w:t>
      </w:r>
      <w:proofErr w:type="spellStart"/>
      <w:r w:rsidRPr="00453224">
        <w:rPr>
          <w:rFonts w:asciiTheme="majorHAnsi" w:eastAsiaTheme="majorEastAsia" w:hAnsiTheme="majorHAnsi" w:cstheme="majorBidi"/>
          <w:sz w:val="24"/>
          <w:szCs w:val="24"/>
          <w:u w:val="single"/>
        </w:rPr>
        <w:t>alcun</w:t>
      </w:r>
      <w:proofErr w:type="spellEnd"/>
      <w:r w:rsidRPr="00453224">
        <w:rPr>
          <w:rFonts w:asciiTheme="majorHAnsi" w:eastAsiaTheme="majorEastAsia" w:hAnsiTheme="majorHAnsi" w:cstheme="majorBidi"/>
          <w:sz w:val="24"/>
          <w:szCs w:val="24"/>
          <w:u w:val="single"/>
        </w:rPr>
        <w:t xml:space="preserve"> </w:t>
      </w:r>
      <w:proofErr w:type="spellStart"/>
      <w:r w:rsidRPr="00453224">
        <w:rPr>
          <w:rFonts w:asciiTheme="majorHAnsi" w:eastAsiaTheme="majorEastAsia" w:hAnsiTheme="majorHAnsi" w:cstheme="majorBidi"/>
          <w:sz w:val="24"/>
          <w:szCs w:val="24"/>
          <w:u w:val="single"/>
        </w:rPr>
        <w:t>costo</w:t>
      </w:r>
      <w:proofErr w:type="spellEnd"/>
      <w:r w:rsidRPr="00453224">
        <w:rPr>
          <w:rFonts w:asciiTheme="majorHAnsi" w:eastAsiaTheme="majorEastAsia" w:hAnsiTheme="majorHAnsi" w:cstheme="majorBidi"/>
          <w:sz w:val="24"/>
          <w:szCs w:val="24"/>
          <w:u w:val="single"/>
        </w:rPr>
        <w:t xml:space="preserve"> per le </w:t>
      </w:r>
      <w:proofErr w:type="spellStart"/>
      <w:r w:rsidRPr="00453224">
        <w:rPr>
          <w:rFonts w:asciiTheme="majorHAnsi" w:eastAsiaTheme="majorEastAsia" w:hAnsiTheme="majorHAnsi" w:cstheme="majorBidi"/>
          <w:sz w:val="24"/>
          <w:szCs w:val="24"/>
          <w:u w:val="single"/>
        </w:rPr>
        <w:t>persone</w:t>
      </w:r>
      <w:proofErr w:type="spellEnd"/>
      <w:r w:rsidRPr="00453224">
        <w:rPr>
          <w:rFonts w:asciiTheme="majorHAnsi" w:eastAsiaTheme="majorEastAsia" w:hAnsiTheme="majorHAnsi" w:cstheme="majorBidi"/>
          <w:sz w:val="24"/>
          <w:szCs w:val="24"/>
          <w:u w:val="single"/>
        </w:rPr>
        <w:t xml:space="preserve"> </w:t>
      </w:r>
      <w:proofErr w:type="spellStart"/>
      <w:r w:rsidRPr="00453224">
        <w:rPr>
          <w:rFonts w:asciiTheme="majorHAnsi" w:eastAsiaTheme="majorEastAsia" w:hAnsiTheme="majorHAnsi" w:cstheme="majorBidi"/>
          <w:sz w:val="24"/>
          <w:szCs w:val="24"/>
          <w:u w:val="single"/>
        </w:rPr>
        <w:t>anziane</w:t>
      </w:r>
      <w:proofErr w:type="spellEnd"/>
      <w:r w:rsidRPr="00453224">
        <w:rPr>
          <w:rFonts w:asciiTheme="majorHAnsi" w:eastAsiaTheme="majorEastAsia" w:hAnsiTheme="majorHAnsi" w:cstheme="majorBidi"/>
          <w:sz w:val="24"/>
          <w:szCs w:val="24"/>
          <w:u w:val="single"/>
        </w:rPr>
        <w:t xml:space="preserve">, sole, </w:t>
      </w:r>
      <w:proofErr w:type="spellStart"/>
      <w:r w:rsidRPr="00453224">
        <w:rPr>
          <w:rFonts w:asciiTheme="majorHAnsi" w:eastAsiaTheme="majorEastAsia" w:hAnsiTheme="majorHAnsi" w:cstheme="majorBidi"/>
          <w:sz w:val="24"/>
          <w:szCs w:val="24"/>
          <w:u w:val="single"/>
        </w:rPr>
        <w:t>fragili</w:t>
      </w:r>
      <w:proofErr w:type="spellEnd"/>
      <w:r w:rsidRPr="00453224">
        <w:rPr>
          <w:rFonts w:asciiTheme="majorHAnsi" w:eastAsiaTheme="majorEastAsia" w:hAnsiTheme="majorHAnsi" w:cstheme="majorBidi"/>
          <w:sz w:val="24"/>
          <w:szCs w:val="24"/>
          <w:u w:val="single"/>
        </w:rPr>
        <w:t xml:space="preserve"> e </w:t>
      </w:r>
      <w:proofErr w:type="spellStart"/>
      <w:r w:rsidRPr="00453224">
        <w:rPr>
          <w:rFonts w:asciiTheme="majorHAnsi" w:eastAsiaTheme="majorEastAsia" w:hAnsiTheme="majorHAnsi" w:cstheme="majorBidi"/>
          <w:sz w:val="24"/>
          <w:szCs w:val="24"/>
          <w:u w:val="single"/>
        </w:rPr>
        <w:t>diversamente</w:t>
      </w:r>
      <w:proofErr w:type="spellEnd"/>
      <w:r w:rsidRPr="00453224">
        <w:rPr>
          <w:rFonts w:asciiTheme="majorHAnsi" w:eastAsiaTheme="majorEastAsia" w:hAnsiTheme="majorHAnsi" w:cstheme="majorBidi"/>
          <w:sz w:val="24"/>
          <w:szCs w:val="24"/>
          <w:u w:val="single"/>
        </w:rPr>
        <w:t xml:space="preserve"> </w:t>
      </w:r>
      <w:proofErr w:type="spellStart"/>
      <w:r w:rsidRPr="00453224">
        <w:rPr>
          <w:rFonts w:asciiTheme="majorHAnsi" w:eastAsiaTheme="majorEastAsia" w:hAnsiTheme="majorHAnsi" w:cstheme="majorBidi"/>
          <w:sz w:val="24"/>
          <w:szCs w:val="24"/>
          <w:u w:val="single"/>
        </w:rPr>
        <w:t>abili</w:t>
      </w:r>
      <w:proofErr w:type="spellEnd"/>
      <w:r w:rsidRPr="00453224">
        <w:rPr>
          <w:rFonts w:asciiTheme="majorHAnsi" w:eastAsiaTheme="majorEastAsia" w:hAnsiTheme="majorHAnsi" w:cstheme="majorBidi"/>
          <w:sz w:val="24"/>
          <w:szCs w:val="24"/>
          <w:u w:val="single"/>
        </w:rPr>
        <w:t xml:space="preserve">. In </w:t>
      </w:r>
      <w:proofErr w:type="spellStart"/>
      <w:r w:rsidRPr="00453224">
        <w:rPr>
          <w:rFonts w:asciiTheme="majorHAnsi" w:eastAsiaTheme="majorEastAsia" w:hAnsiTheme="majorHAnsi" w:cstheme="majorBidi"/>
          <w:sz w:val="24"/>
          <w:szCs w:val="24"/>
          <w:u w:val="single"/>
        </w:rPr>
        <w:t>caso</w:t>
      </w:r>
      <w:proofErr w:type="spellEnd"/>
      <w:r w:rsidRPr="00453224">
        <w:rPr>
          <w:rFonts w:asciiTheme="majorHAnsi" w:eastAsiaTheme="majorEastAsia" w:hAnsiTheme="majorHAnsi" w:cstheme="majorBidi"/>
          <w:sz w:val="24"/>
          <w:szCs w:val="24"/>
          <w:u w:val="single"/>
        </w:rPr>
        <w:t xml:space="preserve"> di </w:t>
      </w:r>
      <w:proofErr w:type="spellStart"/>
      <w:r w:rsidRPr="00453224">
        <w:rPr>
          <w:rFonts w:asciiTheme="majorHAnsi" w:eastAsiaTheme="majorEastAsia" w:hAnsiTheme="majorHAnsi" w:cstheme="majorBidi"/>
          <w:sz w:val="24"/>
          <w:szCs w:val="24"/>
          <w:u w:val="single"/>
        </w:rPr>
        <w:t>attività</w:t>
      </w:r>
      <w:proofErr w:type="spellEnd"/>
      <w:r w:rsidRPr="00453224">
        <w:rPr>
          <w:rFonts w:asciiTheme="majorHAnsi" w:eastAsiaTheme="majorEastAsia" w:hAnsiTheme="majorHAnsi" w:cstheme="majorBidi"/>
          <w:sz w:val="24"/>
          <w:szCs w:val="24"/>
          <w:u w:val="single"/>
        </w:rPr>
        <w:t xml:space="preserve"> con </w:t>
      </w:r>
      <w:proofErr w:type="spellStart"/>
      <w:r w:rsidRPr="00453224">
        <w:rPr>
          <w:rFonts w:asciiTheme="majorHAnsi" w:eastAsiaTheme="majorEastAsia" w:hAnsiTheme="majorHAnsi" w:cstheme="majorBidi"/>
          <w:sz w:val="24"/>
          <w:szCs w:val="24"/>
          <w:u w:val="single"/>
        </w:rPr>
        <w:t>posti</w:t>
      </w:r>
      <w:proofErr w:type="spellEnd"/>
      <w:r w:rsidRPr="00453224">
        <w:rPr>
          <w:rFonts w:asciiTheme="majorHAnsi" w:eastAsiaTheme="majorEastAsia" w:hAnsiTheme="majorHAnsi" w:cstheme="majorBidi"/>
          <w:sz w:val="24"/>
          <w:szCs w:val="24"/>
          <w:u w:val="single"/>
        </w:rPr>
        <w:t xml:space="preserve"> </w:t>
      </w:r>
      <w:proofErr w:type="spellStart"/>
      <w:r w:rsidRPr="00453224">
        <w:rPr>
          <w:rFonts w:asciiTheme="majorHAnsi" w:eastAsiaTheme="majorEastAsia" w:hAnsiTheme="majorHAnsi" w:cstheme="majorBidi"/>
          <w:sz w:val="24"/>
          <w:szCs w:val="24"/>
          <w:u w:val="single"/>
        </w:rPr>
        <w:t>limitati</w:t>
      </w:r>
      <w:proofErr w:type="spellEnd"/>
      <w:r w:rsidRPr="00453224">
        <w:rPr>
          <w:rFonts w:asciiTheme="majorHAnsi" w:eastAsiaTheme="majorEastAsia" w:hAnsiTheme="majorHAnsi" w:cstheme="majorBidi"/>
          <w:sz w:val="24"/>
          <w:szCs w:val="24"/>
          <w:u w:val="single"/>
        </w:rPr>
        <w:t xml:space="preserve">, </w:t>
      </w:r>
      <w:proofErr w:type="spellStart"/>
      <w:r w:rsidRPr="00453224">
        <w:rPr>
          <w:rFonts w:asciiTheme="majorHAnsi" w:eastAsiaTheme="majorEastAsia" w:hAnsiTheme="majorHAnsi" w:cstheme="majorBidi"/>
          <w:sz w:val="24"/>
          <w:szCs w:val="24"/>
          <w:u w:val="single"/>
        </w:rPr>
        <w:t>sarà</w:t>
      </w:r>
      <w:proofErr w:type="spellEnd"/>
      <w:r w:rsidRPr="00453224">
        <w:rPr>
          <w:rFonts w:asciiTheme="majorHAnsi" w:eastAsiaTheme="majorEastAsia" w:hAnsiTheme="majorHAnsi" w:cstheme="majorBidi"/>
          <w:sz w:val="24"/>
          <w:szCs w:val="24"/>
          <w:u w:val="single"/>
        </w:rPr>
        <w:t xml:space="preserve"> data </w:t>
      </w:r>
      <w:proofErr w:type="spellStart"/>
      <w:r w:rsidRPr="00453224">
        <w:rPr>
          <w:rFonts w:asciiTheme="majorHAnsi" w:eastAsiaTheme="majorEastAsia" w:hAnsiTheme="majorHAnsi" w:cstheme="majorBidi"/>
          <w:sz w:val="24"/>
          <w:szCs w:val="24"/>
          <w:u w:val="single"/>
        </w:rPr>
        <w:t>priorità</w:t>
      </w:r>
      <w:proofErr w:type="spellEnd"/>
      <w:r w:rsidRPr="00453224">
        <w:rPr>
          <w:rFonts w:asciiTheme="majorHAnsi" w:eastAsiaTheme="majorEastAsia" w:hAnsiTheme="majorHAnsi" w:cstheme="majorBidi"/>
          <w:sz w:val="24"/>
          <w:szCs w:val="24"/>
          <w:u w:val="single"/>
        </w:rPr>
        <w:t xml:space="preserve"> proprio a </w:t>
      </w:r>
      <w:proofErr w:type="spellStart"/>
      <w:r w:rsidRPr="00453224">
        <w:rPr>
          <w:rFonts w:asciiTheme="majorHAnsi" w:eastAsiaTheme="majorEastAsia" w:hAnsiTheme="majorHAnsi" w:cstheme="majorBidi"/>
          <w:sz w:val="24"/>
          <w:szCs w:val="24"/>
          <w:u w:val="single"/>
        </w:rPr>
        <w:t>queste</w:t>
      </w:r>
      <w:proofErr w:type="spellEnd"/>
      <w:r w:rsidRPr="00453224">
        <w:rPr>
          <w:rFonts w:asciiTheme="majorHAnsi" w:eastAsiaTheme="majorEastAsia" w:hAnsiTheme="majorHAnsi" w:cstheme="majorBidi"/>
          <w:sz w:val="24"/>
          <w:szCs w:val="24"/>
          <w:u w:val="single"/>
        </w:rPr>
        <w:t xml:space="preserve"> </w:t>
      </w:r>
      <w:proofErr w:type="spellStart"/>
      <w:r w:rsidRPr="00453224">
        <w:rPr>
          <w:rFonts w:asciiTheme="majorHAnsi" w:eastAsiaTheme="majorEastAsia" w:hAnsiTheme="majorHAnsi" w:cstheme="majorBidi"/>
          <w:sz w:val="24"/>
          <w:szCs w:val="24"/>
          <w:u w:val="single"/>
        </w:rPr>
        <w:t>persone</w:t>
      </w:r>
      <w:proofErr w:type="spellEnd"/>
      <w:r w:rsidRPr="00453224">
        <w:rPr>
          <w:rFonts w:asciiTheme="majorHAnsi" w:eastAsiaTheme="majorEastAsia" w:hAnsiTheme="majorHAnsi" w:cstheme="majorBidi"/>
          <w:sz w:val="24"/>
          <w:szCs w:val="24"/>
          <w:u w:val="single"/>
        </w:rPr>
        <w:t xml:space="preserve">, </w:t>
      </w:r>
      <w:proofErr w:type="spellStart"/>
      <w:r w:rsidRPr="00453224">
        <w:rPr>
          <w:rFonts w:asciiTheme="majorHAnsi" w:eastAsiaTheme="majorEastAsia" w:hAnsiTheme="majorHAnsi" w:cstheme="majorBidi"/>
          <w:sz w:val="24"/>
          <w:szCs w:val="24"/>
          <w:u w:val="single"/>
        </w:rPr>
        <w:t>nel</w:t>
      </w:r>
      <w:proofErr w:type="spellEnd"/>
      <w:r w:rsidRPr="00453224">
        <w:rPr>
          <w:rFonts w:asciiTheme="majorHAnsi" w:eastAsiaTheme="majorEastAsia" w:hAnsiTheme="majorHAnsi" w:cstheme="majorBidi"/>
          <w:sz w:val="24"/>
          <w:szCs w:val="24"/>
          <w:u w:val="single"/>
        </w:rPr>
        <w:t xml:space="preserve"> rispetto del principio di </w:t>
      </w:r>
      <w:proofErr w:type="spellStart"/>
      <w:r w:rsidRPr="00453224">
        <w:rPr>
          <w:rFonts w:asciiTheme="majorHAnsi" w:eastAsiaTheme="majorEastAsia" w:hAnsiTheme="majorHAnsi" w:cstheme="majorBidi"/>
          <w:sz w:val="24"/>
          <w:szCs w:val="24"/>
          <w:u w:val="single"/>
        </w:rPr>
        <w:t>equità</w:t>
      </w:r>
      <w:proofErr w:type="spellEnd"/>
      <w:r w:rsidRPr="00453224">
        <w:rPr>
          <w:rFonts w:asciiTheme="majorHAnsi" w:eastAsiaTheme="majorEastAsia" w:hAnsiTheme="majorHAnsi" w:cstheme="majorBidi"/>
          <w:sz w:val="24"/>
          <w:szCs w:val="24"/>
          <w:u w:val="single"/>
        </w:rPr>
        <w:t xml:space="preserve"> e </w:t>
      </w:r>
      <w:proofErr w:type="spellStart"/>
      <w:r w:rsidRPr="00453224">
        <w:rPr>
          <w:rFonts w:asciiTheme="majorHAnsi" w:eastAsiaTheme="majorEastAsia" w:hAnsiTheme="majorHAnsi" w:cstheme="majorBidi"/>
          <w:sz w:val="24"/>
          <w:szCs w:val="24"/>
          <w:u w:val="single"/>
        </w:rPr>
        <w:t>inclusione</w:t>
      </w:r>
      <w:proofErr w:type="spellEnd"/>
      <w:r w:rsidRPr="00453224">
        <w:rPr>
          <w:rFonts w:asciiTheme="majorHAnsi" w:eastAsiaTheme="majorEastAsia" w:hAnsiTheme="majorHAnsi" w:cstheme="majorBidi"/>
          <w:sz w:val="24"/>
          <w:szCs w:val="24"/>
          <w:u w:val="single"/>
        </w:rPr>
        <w:t>.</w:t>
      </w:r>
      <w:r w:rsidRPr="00453224">
        <w:rPr>
          <w:rFonts w:asciiTheme="majorHAnsi" w:eastAsiaTheme="majorEastAsia" w:hAnsiTheme="majorHAnsi" w:cstheme="majorBidi"/>
          <w:sz w:val="24"/>
          <w:szCs w:val="24"/>
          <w:u w:val="single"/>
        </w:rPr>
        <w:br/>
        <w:t xml:space="preserve">La </w:t>
      </w:r>
      <w:proofErr w:type="spellStart"/>
      <w:r w:rsidRPr="00453224">
        <w:rPr>
          <w:rFonts w:asciiTheme="majorHAnsi" w:eastAsiaTheme="majorEastAsia" w:hAnsiTheme="majorHAnsi" w:cstheme="majorBidi"/>
          <w:sz w:val="24"/>
          <w:szCs w:val="24"/>
          <w:u w:val="single"/>
        </w:rPr>
        <w:t>realizzazione</w:t>
      </w:r>
      <w:proofErr w:type="spellEnd"/>
      <w:r w:rsidRPr="00453224">
        <w:rPr>
          <w:rFonts w:asciiTheme="majorHAnsi" w:eastAsiaTheme="majorEastAsia" w:hAnsiTheme="majorHAnsi" w:cstheme="majorBidi"/>
          <w:sz w:val="24"/>
          <w:szCs w:val="24"/>
          <w:u w:val="single"/>
        </w:rPr>
        <w:t xml:space="preserve"> e la </w:t>
      </w:r>
      <w:proofErr w:type="spellStart"/>
      <w:r w:rsidRPr="00453224">
        <w:rPr>
          <w:rFonts w:asciiTheme="majorHAnsi" w:eastAsiaTheme="majorEastAsia" w:hAnsiTheme="majorHAnsi" w:cstheme="majorBidi"/>
          <w:sz w:val="24"/>
          <w:szCs w:val="24"/>
          <w:u w:val="single"/>
        </w:rPr>
        <w:t>continuità</w:t>
      </w:r>
      <w:proofErr w:type="spellEnd"/>
      <w:r w:rsidRPr="00453224">
        <w:rPr>
          <w:rFonts w:asciiTheme="majorHAnsi" w:eastAsiaTheme="majorEastAsia" w:hAnsiTheme="majorHAnsi" w:cstheme="majorBidi"/>
          <w:sz w:val="24"/>
          <w:szCs w:val="24"/>
          <w:u w:val="single"/>
        </w:rPr>
        <w:t xml:space="preserve"> del </w:t>
      </w:r>
      <w:proofErr w:type="spellStart"/>
      <w:r w:rsidRPr="00453224">
        <w:rPr>
          <w:rFonts w:asciiTheme="majorHAnsi" w:eastAsiaTheme="majorEastAsia" w:hAnsiTheme="majorHAnsi" w:cstheme="majorBidi"/>
          <w:sz w:val="24"/>
          <w:szCs w:val="24"/>
          <w:u w:val="single"/>
        </w:rPr>
        <w:t>progetto</w:t>
      </w:r>
      <w:proofErr w:type="spellEnd"/>
      <w:r w:rsidRPr="00453224">
        <w:rPr>
          <w:rFonts w:asciiTheme="majorHAnsi" w:eastAsiaTheme="majorEastAsia" w:hAnsiTheme="majorHAnsi" w:cstheme="majorBidi"/>
          <w:sz w:val="24"/>
          <w:szCs w:val="24"/>
          <w:u w:val="single"/>
        </w:rPr>
        <w:t xml:space="preserve"> </w:t>
      </w:r>
      <w:proofErr w:type="spellStart"/>
      <w:r w:rsidRPr="00453224">
        <w:rPr>
          <w:rFonts w:asciiTheme="majorHAnsi" w:eastAsiaTheme="majorEastAsia" w:hAnsiTheme="majorHAnsi" w:cstheme="majorBidi"/>
          <w:sz w:val="24"/>
          <w:szCs w:val="24"/>
          <w:u w:val="single"/>
        </w:rPr>
        <w:t>saranno</w:t>
      </w:r>
      <w:proofErr w:type="spellEnd"/>
      <w:r w:rsidRPr="00453224">
        <w:rPr>
          <w:rFonts w:asciiTheme="majorHAnsi" w:eastAsiaTheme="majorEastAsia" w:hAnsiTheme="majorHAnsi" w:cstheme="majorBidi"/>
          <w:sz w:val="24"/>
          <w:szCs w:val="24"/>
          <w:u w:val="single"/>
        </w:rPr>
        <w:t xml:space="preserve"> </w:t>
      </w:r>
      <w:proofErr w:type="spellStart"/>
      <w:r w:rsidRPr="00453224">
        <w:rPr>
          <w:rFonts w:asciiTheme="majorHAnsi" w:eastAsiaTheme="majorEastAsia" w:hAnsiTheme="majorHAnsi" w:cstheme="majorBidi"/>
          <w:sz w:val="24"/>
          <w:szCs w:val="24"/>
          <w:u w:val="single"/>
        </w:rPr>
        <w:t>garantite</w:t>
      </w:r>
      <w:proofErr w:type="spellEnd"/>
      <w:r w:rsidRPr="00453224">
        <w:rPr>
          <w:rFonts w:asciiTheme="majorHAnsi" w:eastAsiaTheme="majorEastAsia" w:hAnsiTheme="majorHAnsi" w:cstheme="majorBidi"/>
          <w:sz w:val="24"/>
          <w:szCs w:val="24"/>
          <w:u w:val="single"/>
        </w:rPr>
        <w:t xml:space="preserve"> </w:t>
      </w:r>
      <w:proofErr w:type="spellStart"/>
      <w:r w:rsidRPr="00453224">
        <w:rPr>
          <w:rFonts w:asciiTheme="majorHAnsi" w:eastAsiaTheme="majorEastAsia" w:hAnsiTheme="majorHAnsi" w:cstheme="majorBidi"/>
          <w:sz w:val="24"/>
          <w:szCs w:val="24"/>
          <w:u w:val="single"/>
        </w:rPr>
        <w:t>attraverso</w:t>
      </w:r>
      <w:proofErr w:type="spellEnd"/>
      <w:r w:rsidRPr="00453224">
        <w:rPr>
          <w:rFonts w:asciiTheme="majorHAnsi" w:eastAsiaTheme="majorEastAsia" w:hAnsiTheme="majorHAnsi" w:cstheme="majorBidi"/>
          <w:sz w:val="24"/>
          <w:szCs w:val="24"/>
          <w:u w:val="single"/>
        </w:rPr>
        <w:t xml:space="preserve"> la </w:t>
      </w:r>
      <w:proofErr w:type="spellStart"/>
      <w:r w:rsidRPr="00453224">
        <w:rPr>
          <w:rFonts w:asciiTheme="majorHAnsi" w:eastAsiaTheme="majorEastAsia" w:hAnsiTheme="majorHAnsi" w:cstheme="majorBidi"/>
          <w:sz w:val="24"/>
          <w:szCs w:val="24"/>
          <w:u w:val="single"/>
        </w:rPr>
        <w:t>partecipazione</w:t>
      </w:r>
      <w:proofErr w:type="spellEnd"/>
      <w:r w:rsidRPr="00453224">
        <w:rPr>
          <w:rFonts w:asciiTheme="majorHAnsi" w:eastAsiaTheme="majorEastAsia" w:hAnsiTheme="majorHAnsi" w:cstheme="majorBidi"/>
          <w:sz w:val="24"/>
          <w:szCs w:val="24"/>
          <w:u w:val="single"/>
        </w:rPr>
        <w:t xml:space="preserve"> a </w:t>
      </w:r>
      <w:proofErr w:type="spellStart"/>
      <w:r w:rsidRPr="00453224">
        <w:rPr>
          <w:rFonts w:asciiTheme="majorHAnsi" w:eastAsiaTheme="majorEastAsia" w:hAnsiTheme="majorHAnsi" w:cstheme="majorBidi"/>
          <w:sz w:val="24"/>
          <w:szCs w:val="24"/>
          <w:u w:val="single"/>
        </w:rPr>
        <w:t>bandi</w:t>
      </w:r>
      <w:proofErr w:type="spellEnd"/>
      <w:r w:rsidRPr="00453224">
        <w:rPr>
          <w:rFonts w:asciiTheme="majorHAnsi" w:eastAsiaTheme="majorEastAsia" w:hAnsiTheme="majorHAnsi" w:cstheme="majorBidi"/>
          <w:sz w:val="24"/>
          <w:szCs w:val="24"/>
          <w:u w:val="single"/>
        </w:rPr>
        <w:t xml:space="preserve"> </w:t>
      </w:r>
      <w:proofErr w:type="spellStart"/>
      <w:r w:rsidRPr="00453224">
        <w:rPr>
          <w:rFonts w:asciiTheme="majorHAnsi" w:eastAsiaTheme="majorEastAsia" w:hAnsiTheme="majorHAnsi" w:cstheme="majorBidi"/>
          <w:sz w:val="24"/>
          <w:szCs w:val="24"/>
          <w:u w:val="single"/>
        </w:rPr>
        <w:t>pubblici</w:t>
      </w:r>
      <w:proofErr w:type="spellEnd"/>
      <w:r w:rsidRPr="00453224">
        <w:rPr>
          <w:rFonts w:asciiTheme="majorHAnsi" w:eastAsiaTheme="majorEastAsia" w:hAnsiTheme="majorHAnsi" w:cstheme="majorBidi"/>
          <w:sz w:val="24"/>
          <w:szCs w:val="24"/>
          <w:u w:val="single"/>
        </w:rPr>
        <w:t xml:space="preserve"> e </w:t>
      </w:r>
      <w:proofErr w:type="spellStart"/>
      <w:r w:rsidRPr="00453224">
        <w:rPr>
          <w:rFonts w:asciiTheme="majorHAnsi" w:eastAsiaTheme="majorEastAsia" w:hAnsiTheme="majorHAnsi" w:cstheme="majorBidi"/>
          <w:sz w:val="24"/>
          <w:szCs w:val="24"/>
          <w:u w:val="single"/>
        </w:rPr>
        <w:t>privati</w:t>
      </w:r>
      <w:proofErr w:type="spellEnd"/>
      <w:r w:rsidRPr="00453224">
        <w:rPr>
          <w:rFonts w:asciiTheme="majorHAnsi" w:eastAsiaTheme="majorEastAsia" w:hAnsiTheme="majorHAnsi" w:cstheme="majorBidi"/>
          <w:sz w:val="24"/>
          <w:szCs w:val="24"/>
          <w:u w:val="single"/>
        </w:rPr>
        <w:t xml:space="preserve">, </w:t>
      </w:r>
      <w:proofErr w:type="spellStart"/>
      <w:r w:rsidRPr="00453224">
        <w:rPr>
          <w:rFonts w:asciiTheme="majorHAnsi" w:eastAsiaTheme="majorEastAsia" w:hAnsiTheme="majorHAnsi" w:cstheme="majorBidi"/>
          <w:sz w:val="24"/>
          <w:szCs w:val="24"/>
          <w:u w:val="single"/>
        </w:rPr>
        <w:t>nonché</w:t>
      </w:r>
      <w:proofErr w:type="spellEnd"/>
      <w:r w:rsidRPr="00453224">
        <w:rPr>
          <w:rFonts w:asciiTheme="majorHAnsi" w:eastAsiaTheme="majorEastAsia" w:hAnsiTheme="majorHAnsi" w:cstheme="majorBidi"/>
          <w:sz w:val="24"/>
          <w:szCs w:val="24"/>
          <w:u w:val="single"/>
        </w:rPr>
        <w:t xml:space="preserve"> </w:t>
      </w:r>
      <w:proofErr w:type="spellStart"/>
      <w:r w:rsidRPr="00453224">
        <w:rPr>
          <w:rFonts w:asciiTheme="majorHAnsi" w:eastAsiaTheme="majorEastAsia" w:hAnsiTheme="majorHAnsi" w:cstheme="majorBidi"/>
          <w:sz w:val="24"/>
          <w:szCs w:val="24"/>
          <w:u w:val="single"/>
        </w:rPr>
        <w:t>tramite</w:t>
      </w:r>
      <w:proofErr w:type="spellEnd"/>
      <w:r w:rsidRPr="00453224">
        <w:rPr>
          <w:rFonts w:asciiTheme="majorHAnsi" w:eastAsiaTheme="majorEastAsia" w:hAnsiTheme="majorHAnsi" w:cstheme="majorBidi"/>
          <w:sz w:val="24"/>
          <w:szCs w:val="24"/>
          <w:u w:val="single"/>
        </w:rPr>
        <w:t xml:space="preserve"> </w:t>
      </w:r>
      <w:proofErr w:type="spellStart"/>
      <w:r w:rsidRPr="00453224">
        <w:rPr>
          <w:rFonts w:asciiTheme="majorHAnsi" w:eastAsiaTheme="majorEastAsia" w:hAnsiTheme="majorHAnsi" w:cstheme="majorBidi"/>
          <w:sz w:val="24"/>
          <w:szCs w:val="24"/>
          <w:u w:val="single"/>
        </w:rPr>
        <w:t>donazioni</w:t>
      </w:r>
      <w:proofErr w:type="spellEnd"/>
      <w:r w:rsidRPr="00453224">
        <w:rPr>
          <w:rFonts w:asciiTheme="majorHAnsi" w:eastAsiaTheme="majorEastAsia" w:hAnsiTheme="majorHAnsi" w:cstheme="majorBidi"/>
          <w:sz w:val="24"/>
          <w:szCs w:val="24"/>
          <w:u w:val="single"/>
        </w:rPr>
        <w:t xml:space="preserve"> e </w:t>
      </w:r>
      <w:proofErr w:type="spellStart"/>
      <w:r w:rsidRPr="00453224">
        <w:rPr>
          <w:rFonts w:asciiTheme="majorHAnsi" w:eastAsiaTheme="majorEastAsia" w:hAnsiTheme="majorHAnsi" w:cstheme="majorBidi"/>
          <w:sz w:val="24"/>
          <w:szCs w:val="24"/>
          <w:u w:val="single"/>
        </w:rPr>
        <w:t>sponsorizzazioni</w:t>
      </w:r>
      <w:proofErr w:type="spellEnd"/>
      <w:r w:rsidRPr="00453224">
        <w:rPr>
          <w:rFonts w:asciiTheme="majorHAnsi" w:eastAsiaTheme="majorEastAsia" w:hAnsiTheme="majorHAnsi" w:cstheme="majorBidi"/>
          <w:sz w:val="24"/>
          <w:szCs w:val="24"/>
          <w:u w:val="single"/>
        </w:rPr>
        <w:t xml:space="preserve"> da </w:t>
      </w:r>
      <w:proofErr w:type="spellStart"/>
      <w:r w:rsidRPr="00453224">
        <w:rPr>
          <w:rFonts w:asciiTheme="majorHAnsi" w:eastAsiaTheme="majorEastAsia" w:hAnsiTheme="majorHAnsi" w:cstheme="majorBidi"/>
          <w:sz w:val="24"/>
          <w:szCs w:val="24"/>
          <w:u w:val="single"/>
        </w:rPr>
        <w:t>parte</w:t>
      </w:r>
      <w:proofErr w:type="spellEnd"/>
      <w:r w:rsidRPr="00453224">
        <w:rPr>
          <w:rFonts w:asciiTheme="majorHAnsi" w:eastAsiaTheme="majorEastAsia" w:hAnsiTheme="majorHAnsi" w:cstheme="majorBidi"/>
          <w:sz w:val="24"/>
          <w:szCs w:val="24"/>
          <w:u w:val="single"/>
        </w:rPr>
        <w:t xml:space="preserve"> di </w:t>
      </w:r>
      <w:proofErr w:type="spellStart"/>
      <w:r w:rsidRPr="00453224">
        <w:rPr>
          <w:rFonts w:asciiTheme="majorHAnsi" w:eastAsiaTheme="majorEastAsia" w:hAnsiTheme="majorHAnsi" w:cstheme="majorBidi"/>
          <w:sz w:val="24"/>
          <w:szCs w:val="24"/>
          <w:u w:val="single"/>
        </w:rPr>
        <w:t>esercizi</w:t>
      </w:r>
      <w:proofErr w:type="spellEnd"/>
      <w:r w:rsidRPr="00453224">
        <w:rPr>
          <w:rFonts w:asciiTheme="majorHAnsi" w:eastAsiaTheme="majorEastAsia" w:hAnsiTheme="majorHAnsi" w:cstheme="majorBidi"/>
          <w:sz w:val="24"/>
          <w:szCs w:val="24"/>
          <w:u w:val="single"/>
        </w:rPr>
        <w:t xml:space="preserve"> </w:t>
      </w:r>
      <w:proofErr w:type="spellStart"/>
      <w:r w:rsidRPr="00453224">
        <w:rPr>
          <w:rFonts w:asciiTheme="majorHAnsi" w:eastAsiaTheme="majorEastAsia" w:hAnsiTheme="majorHAnsi" w:cstheme="majorBidi"/>
          <w:sz w:val="24"/>
          <w:szCs w:val="24"/>
          <w:u w:val="single"/>
        </w:rPr>
        <w:t>commerciali</w:t>
      </w:r>
      <w:proofErr w:type="spellEnd"/>
      <w:r w:rsidRPr="00453224">
        <w:rPr>
          <w:rFonts w:asciiTheme="majorHAnsi" w:eastAsiaTheme="majorEastAsia" w:hAnsiTheme="majorHAnsi" w:cstheme="majorBidi"/>
          <w:sz w:val="24"/>
          <w:szCs w:val="24"/>
          <w:u w:val="single"/>
        </w:rPr>
        <w:t xml:space="preserve">, </w:t>
      </w:r>
      <w:proofErr w:type="spellStart"/>
      <w:r w:rsidRPr="00453224">
        <w:rPr>
          <w:rFonts w:asciiTheme="majorHAnsi" w:eastAsiaTheme="majorEastAsia" w:hAnsiTheme="majorHAnsi" w:cstheme="majorBidi"/>
          <w:sz w:val="24"/>
          <w:szCs w:val="24"/>
          <w:u w:val="single"/>
        </w:rPr>
        <w:t>negozi</w:t>
      </w:r>
      <w:proofErr w:type="spellEnd"/>
      <w:r w:rsidRPr="00453224">
        <w:rPr>
          <w:rFonts w:asciiTheme="majorHAnsi" w:eastAsiaTheme="majorEastAsia" w:hAnsiTheme="majorHAnsi" w:cstheme="majorBidi"/>
          <w:sz w:val="24"/>
          <w:szCs w:val="24"/>
          <w:u w:val="single"/>
        </w:rPr>
        <w:t xml:space="preserve">, </w:t>
      </w:r>
      <w:proofErr w:type="spellStart"/>
      <w:r w:rsidRPr="00453224">
        <w:rPr>
          <w:rFonts w:asciiTheme="majorHAnsi" w:eastAsiaTheme="majorEastAsia" w:hAnsiTheme="majorHAnsi" w:cstheme="majorBidi"/>
          <w:sz w:val="24"/>
          <w:szCs w:val="24"/>
          <w:u w:val="single"/>
        </w:rPr>
        <w:t>aziende</w:t>
      </w:r>
      <w:proofErr w:type="spellEnd"/>
      <w:r w:rsidRPr="00453224">
        <w:rPr>
          <w:rFonts w:asciiTheme="majorHAnsi" w:eastAsiaTheme="majorEastAsia" w:hAnsiTheme="majorHAnsi" w:cstheme="majorBidi"/>
          <w:sz w:val="24"/>
          <w:szCs w:val="24"/>
          <w:u w:val="single"/>
        </w:rPr>
        <w:t xml:space="preserve"> </w:t>
      </w:r>
      <w:proofErr w:type="spellStart"/>
      <w:r w:rsidRPr="00453224">
        <w:rPr>
          <w:rFonts w:asciiTheme="majorHAnsi" w:eastAsiaTheme="majorEastAsia" w:hAnsiTheme="majorHAnsi" w:cstheme="majorBidi"/>
          <w:sz w:val="24"/>
          <w:szCs w:val="24"/>
          <w:u w:val="single"/>
        </w:rPr>
        <w:t>locali</w:t>
      </w:r>
      <w:proofErr w:type="spellEnd"/>
      <w:r w:rsidRPr="00453224">
        <w:rPr>
          <w:rFonts w:asciiTheme="majorHAnsi" w:eastAsiaTheme="majorEastAsia" w:hAnsiTheme="majorHAnsi" w:cstheme="majorBidi"/>
          <w:sz w:val="24"/>
          <w:szCs w:val="24"/>
          <w:u w:val="single"/>
        </w:rPr>
        <w:t xml:space="preserve">, </w:t>
      </w:r>
      <w:proofErr w:type="spellStart"/>
      <w:r w:rsidRPr="00453224">
        <w:rPr>
          <w:rFonts w:asciiTheme="majorHAnsi" w:eastAsiaTheme="majorEastAsia" w:hAnsiTheme="majorHAnsi" w:cstheme="majorBidi"/>
          <w:sz w:val="24"/>
          <w:szCs w:val="24"/>
          <w:u w:val="single"/>
        </w:rPr>
        <w:t>enti</w:t>
      </w:r>
      <w:proofErr w:type="spellEnd"/>
      <w:r w:rsidRPr="00453224">
        <w:rPr>
          <w:rFonts w:asciiTheme="majorHAnsi" w:eastAsiaTheme="majorEastAsia" w:hAnsiTheme="majorHAnsi" w:cstheme="majorBidi"/>
          <w:sz w:val="24"/>
          <w:szCs w:val="24"/>
          <w:u w:val="single"/>
        </w:rPr>
        <w:t xml:space="preserve"> del </w:t>
      </w:r>
      <w:proofErr w:type="spellStart"/>
      <w:r w:rsidRPr="00453224">
        <w:rPr>
          <w:rFonts w:asciiTheme="majorHAnsi" w:eastAsiaTheme="majorEastAsia" w:hAnsiTheme="majorHAnsi" w:cstheme="majorBidi"/>
          <w:sz w:val="24"/>
          <w:szCs w:val="24"/>
          <w:u w:val="single"/>
        </w:rPr>
        <w:t>territorio</w:t>
      </w:r>
      <w:proofErr w:type="spellEnd"/>
      <w:r w:rsidRPr="00453224">
        <w:rPr>
          <w:rFonts w:asciiTheme="majorHAnsi" w:eastAsiaTheme="majorEastAsia" w:hAnsiTheme="majorHAnsi" w:cstheme="majorBidi"/>
          <w:sz w:val="24"/>
          <w:szCs w:val="24"/>
          <w:u w:val="single"/>
        </w:rPr>
        <w:t xml:space="preserve"> e </w:t>
      </w:r>
      <w:proofErr w:type="spellStart"/>
      <w:r w:rsidRPr="00453224">
        <w:rPr>
          <w:rFonts w:asciiTheme="majorHAnsi" w:eastAsiaTheme="majorEastAsia" w:hAnsiTheme="majorHAnsi" w:cstheme="majorBidi"/>
          <w:sz w:val="24"/>
          <w:szCs w:val="24"/>
          <w:u w:val="single"/>
        </w:rPr>
        <w:t>singoli</w:t>
      </w:r>
      <w:proofErr w:type="spellEnd"/>
      <w:r w:rsidRPr="00453224">
        <w:rPr>
          <w:rFonts w:asciiTheme="majorHAnsi" w:eastAsiaTheme="majorEastAsia" w:hAnsiTheme="majorHAnsi" w:cstheme="majorBidi"/>
          <w:sz w:val="24"/>
          <w:szCs w:val="24"/>
          <w:u w:val="single"/>
        </w:rPr>
        <w:t xml:space="preserve"> </w:t>
      </w:r>
      <w:proofErr w:type="spellStart"/>
      <w:r w:rsidRPr="00453224">
        <w:rPr>
          <w:rFonts w:asciiTheme="majorHAnsi" w:eastAsiaTheme="majorEastAsia" w:hAnsiTheme="majorHAnsi" w:cstheme="majorBidi"/>
          <w:sz w:val="24"/>
          <w:szCs w:val="24"/>
          <w:u w:val="single"/>
        </w:rPr>
        <w:t>cittadini</w:t>
      </w:r>
      <w:proofErr w:type="spellEnd"/>
      <w:r w:rsidRPr="00453224">
        <w:rPr>
          <w:rFonts w:asciiTheme="majorHAnsi" w:eastAsiaTheme="majorEastAsia" w:hAnsiTheme="majorHAnsi" w:cstheme="majorBidi"/>
          <w:sz w:val="24"/>
          <w:szCs w:val="24"/>
          <w:u w:val="single"/>
        </w:rPr>
        <w:t xml:space="preserve">. </w:t>
      </w:r>
      <w:proofErr w:type="spellStart"/>
      <w:r w:rsidRPr="00453224">
        <w:rPr>
          <w:rFonts w:asciiTheme="majorHAnsi" w:eastAsiaTheme="majorEastAsia" w:hAnsiTheme="majorHAnsi" w:cstheme="majorBidi"/>
          <w:sz w:val="24"/>
          <w:szCs w:val="24"/>
          <w:u w:val="single"/>
        </w:rPr>
        <w:t>Sarà</w:t>
      </w:r>
      <w:proofErr w:type="spellEnd"/>
      <w:r w:rsidRPr="00453224">
        <w:rPr>
          <w:rFonts w:asciiTheme="majorHAnsi" w:eastAsiaTheme="majorEastAsia" w:hAnsiTheme="majorHAnsi" w:cstheme="majorBidi"/>
          <w:sz w:val="24"/>
          <w:szCs w:val="24"/>
          <w:u w:val="single"/>
        </w:rPr>
        <w:t xml:space="preserve"> </w:t>
      </w:r>
      <w:proofErr w:type="spellStart"/>
      <w:r w:rsidRPr="00453224">
        <w:rPr>
          <w:rFonts w:asciiTheme="majorHAnsi" w:eastAsiaTheme="majorEastAsia" w:hAnsiTheme="majorHAnsi" w:cstheme="majorBidi"/>
          <w:sz w:val="24"/>
          <w:szCs w:val="24"/>
          <w:u w:val="single"/>
        </w:rPr>
        <w:t>attivata</w:t>
      </w:r>
      <w:proofErr w:type="spellEnd"/>
      <w:r w:rsidRPr="00453224">
        <w:rPr>
          <w:rFonts w:asciiTheme="majorHAnsi" w:eastAsiaTheme="majorEastAsia" w:hAnsiTheme="majorHAnsi" w:cstheme="majorBidi"/>
          <w:sz w:val="24"/>
          <w:szCs w:val="24"/>
          <w:u w:val="single"/>
        </w:rPr>
        <w:t xml:space="preserve"> </w:t>
      </w:r>
      <w:proofErr w:type="spellStart"/>
      <w:r w:rsidRPr="00453224">
        <w:rPr>
          <w:rFonts w:asciiTheme="majorHAnsi" w:eastAsiaTheme="majorEastAsia" w:hAnsiTheme="majorHAnsi" w:cstheme="majorBidi"/>
          <w:sz w:val="24"/>
          <w:szCs w:val="24"/>
          <w:u w:val="single"/>
        </w:rPr>
        <w:t>una</w:t>
      </w:r>
      <w:proofErr w:type="spellEnd"/>
      <w:r w:rsidRPr="00453224">
        <w:rPr>
          <w:rFonts w:asciiTheme="majorHAnsi" w:eastAsiaTheme="majorEastAsia" w:hAnsiTheme="majorHAnsi" w:cstheme="majorBidi"/>
          <w:sz w:val="24"/>
          <w:szCs w:val="24"/>
          <w:u w:val="single"/>
        </w:rPr>
        <w:t xml:space="preserve"> rete </w:t>
      </w:r>
      <w:proofErr w:type="spellStart"/>
      <w:r w:rsidRPr="00453224">
        <w:rPr>
          <w:rFonts w:asciiTheme="majorHAnsi" w:eastAsiaTheme="majorEastAsia" w:hAnsiTheme="majorHAnsi" w:cstheme="majorBidi"/>
          <w:sz w:val="24"/>
          <w:szCs w:val="24"/>
          <w:u w:val="single"/>
        </w:rPr>
        <w:t>solidale</w:t>
      </w:r>
      <w:proofErr w:type="spellEnd"/>
      <w:r w:rsidRPr="00453224">
        <w:rPr>
          <w:rFonts w:asciiTheme="majorHAnsi" w:eastAsiaTheme="majorEastAsia" w:hAnsiTheme="majorHAnsi" w:cstheme="majorBidi"/>
          <w:sz w:val="24"/>
          <w:szCs w:val="24"/>
          <w:u w:val="single"/>
        </w:rPr>
        <w:t xml:space="preserve"> per </w:t>
      </w:r>
      <w:proofErr w:type="spellStart"/>
      <w:r w:rsidRPr="00453224">
        <w:rPr>
          <w:rFonts w:asciiTheme="majorHAnsi" w:eastAsiaTheme="majorEastAsia" w:hAnsiTheme="majorHAnsi" w:cstheme="majorBidi"/>
          <w:sz w:val="24"/>
          <w:szCs w:val="24"/>
          <w:u w:val="single"/>
        </w:rPr>
        <w:t>raccogliere</w:t>
      </w:r>
      <w:proofErr w:type="spellEnd"/>
      <w:r w:rsidRPr="00453224">
        <w:rPr>
          <w:rFonts w:asciiTheme="majorHAnsi" w:eastAsiaTheme="majorEastAsia" w:hAnsiTheme="majorHAnsi" w:cstheme="majorBidi"/>
          <w:sz w:val="24"/>
          <w:szCs w:val="24"/>
          <w:u w:val="single"/>
        </w:rPr>
        <w:t xml:space="preserve"> le </w:t>
      </w:r>
      <w:proofErr w:type="spellStart"/>
      <w:r w:rsidRPr="00453224">
        <w:rPr>
          <w:rFonts w:asciiTheme="majorHAnsi" w:eastAsiaTheme="majorEastAsia" w:hAnsiTheme="majorHAnsi" w:cstheme="majorBidi"/>
          <w:sz w:val="24"/>
          <w:szCs w:val="24"/>
          <w:u w:val="single"/>
        </w:rPr>
        <w:t>risorse</w:t>
      </w:r>
      <w:proofErr w:type="spellEnd"/>
      <w:r w:rsidRPr="00453224">
        <w:rPr>
          <w:rFonts w:asciiTheme="majorHAnsi" w:eastAsiaTheme="majorEastAsia" w:hAnsiTheme="majorHAnsi" w:cstheme="majorBidi"/>
          <w:sz w:val="24"/>
          <w:szCs w:val="24"/>
          <w:u w:val="single"/>
        </w:rPr>
        <w:t xml:space="preserve"> </w:t>
      </w:r>
      <w:proofErr w:type="spellStart"/>
      <w:r w:rsidRPr="00453224">
        <w:rPr>
          <w:rFonts w:asciiTheme="majorHAnsi" w:eastAsiaTheme="majorEastAsia" w:hAnsiTheme="majorHAnsi" w:cstheme="majorBidi"/>
          <w:sz w:val="24"/>
          <w:szCs w:val="24"/>
          <w:u w:val="single"/>
        </w:rPr>
        <w:t>economiche</w:t>
      </w:r>
      <w:proofErr w:type="spellEnd"/>
      <w:r w:rsidRPr="00453224">
        <w:rPr>
          <w:rFonts w:asciiTheme="majorHAnsi" w:eastAsiaTheme="majorEastAsia" w:hAnsiTheme="majorHAnsi" w:cstheme="majorBidi"/>
          <w:sz w:val="24"/>
          <w:szCs w:val="24"/>
          <w:u w:val="single"/>
        </w:rPr>
        <w:t xml:space="preserve"> e </w:t>
      </w:r>
      <w:proofErr w:type="spellStart"/>
      <w:r w:rsidRPr="00453224">
        <w:rPr>
          <w:rFonts w:asciiTheme="majorHAnsi" w:eastAsiaTheme="majorEastAsia" w:hAnsiTheme="majorHAnsi" w:cstheme="majorBidi"/>
          <w:sz w:val="24"/>
          <w:szCs w:val="24"/>
          <w:u w:val="single"/>
        </w:rPr>
        <w:t>materiali</w:t>
      </w:r>
      <w:proofErr w:type="spellEnd"/>
      <w:r w:rsidRPr="00453224">
        <w:rPr>
          <w:rFonts w:asciiTheme="majorHAnsi" w:eastAsiaTheme="majorEastAsia" w:hAnsiTheme="majorHAnsi" w:cstheme="majorBidi"/>
          <w:sz w:val="24"/>
          <w:szCs w:val="24"/>
          <w:u w:val="single"/>
        </w:rPr>
        <w:t xml:space="preserve"> </w:t>
      </w:r>
      <w:proofErr w:type="spellStart"/>
      <w:r w:rsidRPr="00453224">
        <w:rPr>
          <w:rFonts w:asciiTheme="majorHAnsi" w:eastAsiaTheme="majorEastAsia" w:hAnsiTheme="majorHAnsi" w:cstheme="majorBidi"/>
          <w:sz w:val="24"/>
          <w:szCs w:val="24"/>
          <w:u w:val="single"/>
        </w:rPr>
        <w:t>necessari</w:t>
      </w:r>
      <w:proofErr w:type="spellEnd"/>
      <w:r w:rsidRPr="00453224">
        <w:rPr>
          <w:rFonts w:asciiTheme="majorHAnsi" w:eastAsiaTheme="majorEastAsia" w:hAnsiTheme="majorHAnsi" w:cstheme="majorBidi"/>
          <w:sz w:val="24"/>
          <w:szCs w:val="24"/>
          <w:u w:val="single"/>
        </w:rPr>
        <w:t xml:space="preserve">, </w:t>
      </w:r>
      <w:proofErr w:type="spellStart"/>
      <w:r w:rsidRPr="00453224">
        <w:rPr>
          <w:rFonts w:asciiTheme="majorHAnsi" w:eastAsiaTheme="majorEastAsia" w:hAnsiTheme="majorHAnsi" w:cstheme="majorBidi"/>
          <w:sz w:val="24"/>
          <w:szCs w:val="24"/>
          <w:u w:val="single"/>
        </w:rPr>
        <w:t>nel</w:t>
      </w:r>
      <w:proofErr w:type="spellEnd"/>
      <w:r w:rsidRPr="00453224">
        <w:rPr>
          <w:rFonts w:asciiTheme="majorHAnsi" w:eastAsiaTheme="majorEastAsia" w:hAnsiTheme="majorHAnsi" w:cstheme="majorBidi"/>
          <w:sz w:val="24"/>
          <w:szCs w:val="24"/>
          <w:u w:val="single"/>
        </w:rPr>
        <w:t xml:space="preserve"> </w:t>
      </w:r>
      <w:proofErr w:type="spellStart"/>
      <w:r w:rsidRPr="00453224">
        <w:rPr>
          <w:rFonts w:asciiTheme="majorHAnsi" w:eastAsiaTheme="majorEastAsia" w:hAnsiTheme="majorHAnsi" w:cstheme="majorBidi"/>
          <w:sz w:val="24"/>
          <w:szCs w:val="24"/>
          <w:u w:val="single"/>
        </w:rPr>
        <w:t>pieno</w:t>
      </w:r>
      <w:proofErr w:type="spellEnd"/>
      <w:r w:rsidRPr="00453224">
        <w:rPr>
          <w:rFonts w:asciiTheme="majorHAnsi" w:eastAsiaTheme="majorEastAsia" w:hAnsiTheme="majorHAnsi" w:cstheme="majorBidi"/>
          <w:sz w:val="24"/>
          <w:szCs w:val="24"/>
          <w:u w:val="single"/>
        </w:rPr>
        <w:t xml:space="preserve"> rispetto </w:t>
      </w:r>
      <w:proofErr w:type="spellStart"/>
      <w:r w:rsidRPr="00453224">
        <w:rPr>
          <w:rFonts w:asciiTheme="majorHAnsi" w:eastAsiaTheme="majorEastAsia" w:hAnsiTheme="majorHAnsi" w:cstheme="majorBidi"/>
          <w:sz w:val="24"/>
          <w:szCs w:val="24"/>
          <w:u w:val="single"/>
        </w:rPr>
        <w:t>dei</w:t>
      </w:r>
      <w:proofErr w:type="spellEnd"/>
      <w:r w:rsidRPr="00453224">
        <w:rPr>
          <w:rFonts w:asciiTheme="majorHAnsi" w:eastAsiaTheme="majorEastAsia" w:hAnsiTheme="majorHAnsi" w:cstheme="majorBidi"/>
          <w:sz w:val="24"/>
          <w:szCs w:val="24"/>
          <w:u w:val="single"/>
        </w:rPr>
        <w:t xml:space="preserve"> </w:t>
      </w:r>
      <w:proofErr w:type="spellStart"/>
      <w:r w:rsidRPr="00453224">
        <w:rPr>
          <w:rFonts w:asciiTheme="majorHAnsi" w:eastAsiaTheme="majorEastAsia" w:hAnsiTheme="majorHAnsi" w:cstheme="majorBidi"/>
          <w:sz w:val="24"/>
          <w:szCs w:val="24"/>
          <w:u w:val="single"/>
        </w:rPr>
        <w:t>valori</w:t>
      </w:r>
      <w:proofErr w:type="spellEnd"/>
      <w:r w:rsidRPr="00453224">
        <w:rPr>
          <w:rFonts w:asciiTheme="majorHAnsi" w:eastAsiaTheme="majorEastAsia" w:hAnsiTheme="majorHAnsi" w:cstheme="majorBidi"/>
          <w:sz w:val="24"/>
          <w:szCs w:val="24"/>
          <w:u w:val="single"/>
        </w:rPr>
        <w:t xml:space="preserve"> di </w:t>
      </w:r>
      <w:proofErr w:type="spellStart"/>
      <w:r w:rsidRPr="00453224">
        <w:rPr>
          <w:rFonts w:asciiTheme="majorHAnsi" w:eastAsiaTheme="majorEastAsia" w:hAnsiTheme="majorHAnsi" w:cstheme="majorBidi"/>
          <w:sz w:val="24"/>
          <w:szCs w:val="24"/>
          <w:u w:val="single"/>
        </w:rPr>
        <w:t>solidarietà</w:t>
      </w:r>
      <w:proofErr w:type="spellEnd"/>
      <w:r w:rsidRPr="00453224">
        <w:rPr>
          <w:rFonts w:asciiTheme="majorHAnsi" w:eastAsiaTheme="majorEastAsia" w:hAnsiTheme="majorHAnsi" w:cstheme="majorBidi"/>
          <w:sz w:val="24"/>
          <w:szCs w:val="24"/>
          <w:u w:val="single"/>
        </w:rPr>
        <w:t xml:space="preserve">, </w:t>
      </w:r>
      <w:proofErr w:type="spellStart"/>
      <w:r w:rsidRPr="00453224">
        <w:rPr>
          <w:rFonts w:asciiTheme="majorHAnsi" w:eastAsiaTheme="majorEastAsia" w:hAnsiTheme="majorHAnsi" w:cstheme="majorBidi"/>
          <w:sz w:val="24"/>
          <w:szCs w:val="24"/>
          <w:u w:val="single"/>
        </w:rPr>
        <w:t>trasparenza</w:t>
      </w:r>
      <w:proofErr w:type="spellEnd"/>
      <w:r w:rsidRPr="00453224">
        <w:rPr>
          <w:rFonts w:asciiTheme="majorHAnsi" w:eastAsiaTheme="majorEastAsia" w:hAnsiTheme="majorHAnsi" w:cstheme="majorBidi"/>
          <w:sz w:val="24"/>
          <w:szCs w:val="24"/>
          <w:u w:val="single"/>
        </w:rPr>
        <w:t xml:space="preserve">, </w:t>
      </w:r>
      <w:proofErr w:type="spellStart"/>
      <w:r w:rsidR="00E01F43" w:rsidRPr="00453224">
        <w:rPr>
          <w:rFonts w:asciiTheme="majorHAnsi" w:eastAsiaTheme="majorEastAsia" w:hAnsiTheme="majorHAnsi" w:cstheme="majorBidi"/>
          <w:sz w:val="24"/>
          <w:szCs w:val="24"/>
          <w:u w:val="single"/>
        </w:rPr>
        <w:t>responsabilità</w:t>
      </w:r>
      <w:proofErr w:type="spellEnd"/>
      <w:r w:rsidR="00E01F43" w:rsidRPr="00453224">
        <w:rPr>
          <w:rFonts w:asciiTheme="majorHAnsi" w:eastAsiaTheme="majorEastAsia" w:hAnsiTheme="majorHAnsi" w:cstheme="majorBidi"/>
          <w:sz w:val="24"/>
          <w:szCs w:val="24"/>
          <w:u w:val="single"/>
        </w:rPr>
        <w:t xml:space="preserve">, </w:t>
      </w:r>
      <w:proofErr w:type="spellStart"/>
      <w:r w:rsidR="00E01F43" w:rsidRPr="00453224">
        <w:rPr>
          <w:rFonts w:asciiTheme="majorHAnsi" w:eastAsiaTheme="majorEastAsia" w:hAnsiTheme="majorHAnsi" w:cstheme="majorBidi"/>
          <w:sz w:val="24"/>
          <w:szCs w:val="24"/>
          <w:u w:val="single"/>
        </w:rPr>
        <w:t>altruismo</w:t>
      </w:r>
      <w:proofErr w:type="spellEnd"/>
      <w:r w:rsidR="00E01F43" w:rsidRPr="00453224">
        <w:rPr>
          <w:rFonts w:asciiTheme="majorHAnsi" w:eastAsiaTheme="majorEastAsia" w:hAnsiTheme="majorHAnsi" w:cstheme="majorBidi"/>
          <w:sz w:val="24"/>
          <w:szCs w:val="24"/>
          <w:u w:val="single"/>
        </w:rPr>
        <w:t xml:space="preserve"> e </w:t>
      </w:r>
      <w:proofErr w:type="spellStart"/>
      <w:r w:rsidR="00E01F43" w:rsidRPr="00453224">
        <w:rPr>
          <w:rFonts w:asciiTheme="majorHAnsi" w:eastAsiaTheme="majorEastAsia" w:hAnsiTheme="majorHAnsi" w:cstheme="majorBidi"/>
          <w:sz w:val="24"/>
          <w:szCs w:val="24"/>
          <w:u w:val="single"/>
        </w:rPr>
        <w:t>partecipazione</w:t>
      </w:r>
      <w:proofErr w:type="spellEnd"/>
      <w:r w:rsidR="00E01F43" w:rsidRPr="00453224">
        <w:rPr>
          <w:rFonts w:asciiTheme="majorHAnsi" w:eastAsiaTheme="majorEastAsia" w:hAnsiTheme="majorHAnsi" w:cstheme="majorBidi"/>
          <w:sz w:val="24"/>
          <w:szCs w:val="24"/>
          <w:u w:val="single"/>
        </w:rPr>
        <w:t xml:space="preserve"> </w:t>
      </w:r>
      <w:proofErr w:type="spellStart"/>
      <w:r w:rsidR="00E01F43" w:rsidRPr="00453224">
        <w:rPr>
          <w:rFonts w:asciiTheme="majorHAnsi" w:eastAsiaTheme="majorEastAsia" w:hAnsiTheme="majorHAnsi" w:cstheme="majorBidi"/>
          <w:sz w:val="24"/>
          <w:szCs w:val="24"/>
          <w:u w:val="single"/>
        </w:rPr>
        <w:t>collettiva</w:t>
      </w:r>
      <w:proofErr w:type="spellEnd"/>
      <w:r w:rsidR="00E01F43" w:rsidRPr="00453224">
        <w:rPr>
          <w:rFonts w:asciiTheme="majorHAnsi" w:eastAsiaTheme="majorEastAsia" w:hAnsiTheme="majorHAnsi" w:cstheme="majorBidi"/>
          <w:sz w:val="24"/>
          <w:szCs w:val="24"/>
          <w:u w:val="single"/>
        </w:rPr>
        <w:t>.</w:t>
      </w:r>
    </w:p>
    <w:p w14:paraId="129613D2" w14:textId="24F0C1BA" w:rsidR="001E6DEB" w:rsidRPr="00453224" w:rsidRDefault="001E6DEB" w:rsidP="00E01F43">
      <w:pPr>
        <w:spacing w:after="0"/>
        <w:jc w:val="both"/>
        <w:rPr>
          <w:rFonts w:asciiTheme="majorHAnsi" w:eastAsiaTheme="majorEastAsia" w:hAnsiTheme="majorHAnsi" w:cstheme="majorBidi"/>
          <w:sz w:val="24"/>
          <w:szCs w:val="24"/>
          <w:u w:val="single"/>
        </w:rPr>
      </w:pPr>
      <w:proofErr w:type="spellStart"/>
      <w:r w:rsidRPr="00453224">
        <w:rPr>
          <w:rFonts w:asciiTheme="majorHAnsi" w:eastAsiaTheme="majorEastAsia" w:hAnsiTheme="majorHAnsi" w:cstheme="majorBidi"/>
          <w:sz w:val="24"/>
          <w:szCs w:val="24"/>
          <w:u w:val="single"/>
        </w:rPr>
        <w:t>Solidarietà</w:t>
      </w:r>
      <w:proofErr w:type="spellEnd"/>
      <w:r w:rsidRPr="00453224">
        <w:rPr>
          <w:rFonts w:asciiTheme="majorHAnsi" w:eastAsiaTheme="majorEastAsia" w:hAnsiTheme="majorHAnsi" w:cstheme="majorBidi"/>
          <w:sz w:val="24"/>
          <w:szCs w:val="24"/>
          <w:u w:val="single"/>
        </w:rPr>
        <w:t xml:space="preserve"> e </w:t>
      </w:r>
      <w:proofErr w:type="spellStart"/>
      <w:r w:rsidRPr="00453224">
        <w:rPr>
          <w:rFonts w:asciiTheme="majorHAnsi" w:eastAsiaTheme="majorEastAsia" w:hAnsiTheme="majorHAnsi" w:cstheme="majorBidi"/>
          <w:sz w:val="24"/>
          <w:szCs w:val="24"/>
          <w:u w:val="single"/>
        </w:rPr>
        <w:t>partecipazione</w:t>
      </w:r>
      <w:proofErr w:type="spellEnd"/>
      <w:r w:rsidRPr="00453224">
        <w:rPr>
          <w:rFonts w:asciiTheme="majorHAnsi" w:eastAsiaTheme="majorEastAsia" w:hAnsiTheme="majorHAnsi" w:cstheme="majorBidi"/>
          <w:sz w:val="24"/>
          <w:szCs w:val="24"/>
          <w:u w:val="single"/>
        </w:rPr>
        <w:t xml:space="preserve"> </w:t>
      </w:r>
      <w:proofErr w:type="spellStart"/>
      <w:r w:rsidRPr="00453224">
        <w:rPr>
          <w:rFonts w:asciiTheme="majorHAnsi" w:eastAsiaTheme="majorEastAsia" w:hAnsiTheme="majorHAnsi" w:cstheme="majorBidi"/>
          <w:sz w:val="24"/>
          <w:szCs w:val="24"/>
          <w:u w:val="single"/>
        </w:rPr>
        <w:t>sono</w:t>
      </w:r>
      <w:proofErr w:type="spellEnd"/>
      <w:r w:rsidRPr="00453224">
        <w:rPr>
          <w:rFonts w:asciiTheme="majorHAnsi" w:eastAsiaTheme="majorEastAsia" w:hAnsiTheme="majorHAnsi" w:cstheme="majorBidi"/>
          <w:sz w:val="24"/>
          <w:szCs w:val="24"/>
          <w:u w:val="single"/>
        </w:rPr>
        <w:t xml:space="preserve"> </w:t>
      </w:r>
      <w:proofErr w:type="spellStart"/>
      <w:r w:rsidRPr="00453224">
        <w:rPr>
          <w:rFonts w:asciiTheme="majorHAnsi" w:eastAsiaTheme="majorEastAsia" w:hAnsiTheme="majorHAnsi" w:cstheme="majorBidi"/>
          <w:sz w:val="24"/>
          <w:szCs w:val="24"/>
          <w:u w:val="single"/>
        </w:rPr>
        <w:t>valori</w:t>
      </w:r>
      <w:proofErr w:type="spellEnd"/>
      <w:r w:rsidRPr="00453224">
        <w:rPr>
          <w:rFonts w:asciiTheme="majorHAnsi" w:eastAsiaTheme="majorEastAsia" w:hAnsiTheme="majorHAnsi" w:cstheme="majorBidi"/>
          <w:sz w:val="24"/>
          <w:szCs w:val="24"/>
          <w:u w:val="single"/>
        </w:rPr>
        <w:t xml:space="preserve"> </w:t>
      </w:r>
      <w:proofErr w:type="spellStart"/>
      <w:r w:rsidRPr="00453224">
        <w:rPr>
          <w:rFonts w:asciiTheme="majorHAnsi" w:eastAsiaTheme="majorEastAsia" w:hAnsiTheme="majorHAnsi" w:cstheme="majorBidi"/>
          <w:sz w:val="24"/>
          <w:szCs w:val="24"/>
          <w:u w:val="single"/>
        </w:rPr>
        <w:t>fondamentali</w:t>
      </w:r>
      <w:proofErr w:type="spellEnd"/>
      <w:r w:rsidRPr="00453224">
        <w:rPr>
          <w:rFonts w:asciiTheme="majorHAnsi" w:eastAsiaTheme="majorEastAsia" w:hAnsiTheme="majorHAnsi" w:cstheme="majorBidi"/>
          <w:sz w:val="24"/>
          <w:szCs w:val="24"/>
          <w:u w:val="single"/>
        </w:rPr>
        <w:t xml:space="preserve"> </w:t>
      </w:r>
      <w:proofErr w:type="spellStart"/>
      <w:r w:rsidRPr="00453224">
        <w:rPr>
          <w:rFonts w:asciiTheme="majorHAnsi" w:eastAsiaTheme="majorEastAsia" w:hAnsiTheme="majorHAnsi" w:cstheme="majorBidi"/>
          <w:sz w:val="24"/>
          <w:szCs w:val="24"/>
          <w:u w:val="single"/>
        </w:rPr>
        <w:t>che</w:t>
      </w:r>
      <w:proofErr w:type="spellEnd"/>
      <w:r w:rsidRPr="00453224">
        <w:rPr>
          <w:rFonts w:asciiTheme="majorHAnsi" w:eastAsiaTheme="majorEastAsia" w:hAnsiTheme="majorHAnsi" w:cstheme="majorBidi"/>
          <w:sz w:val="24"/>
          <w:szCs w:val="24"/>
          <w:u w:val="single"/>
        </w:rPr>
        <w:t xml:space="preserve"> </w:t>
      </w:r>
      <w:proofErr w:type="spellStart"/>
      <w:r w:rsidRPr="00453224">
        <w:rPr>
          <w:rFonts w:asciiTheme="majorHAnsi" w:eastAsiaTheme="majorEastAsia" w:hAnsiTheme="majorHAnsi" w:cstheme="majorBidi"/>
          <w:sz w:val="24"/>
          <w:szCs w:val="24"/>
          <w:u w:val="single"/>
        </w:rPr>
        <w:t>contribuiscono</w:t>
      </w:r>
      <w:proofErr w:type="spellEnd"/>
      <w:r w:rsidRPr="00453224">
        <w:rPr>
          <w:rFonts w:asciiTheme="majorHAnsi" w:eastAsiaTheme="majorEastAsia" w:hAnsiTheme="majorHAnsi" w:cstheme="majorBidi"/>
          <w:sz w:val="24"/>
          <w:szCs w:val="24"/>
          <w:u w:val="single"/>
        </w:rPr>
        <w:t xml:space="preserve"> a </w:t>
      </w:r>
      <w:proofErr w:type="spellStart"/>
      <w:r w:rsidRPr="00453224">
        <w:rPr>
          <w:rFonts w:asciiTheme="majorHAnsi" w:eastAsiaTheme="majorEastAsia" w:hAnsiTheme="majorHAnsi" w:cstheme="majorBidi"/>
          <w:sz w:val="24"/>
          <w:szCs w:val="24"/>
          <w:u w:val="single"/>
        </w:rPr>
        <w:t>costruire</w:t>
      </w:r>
      <w:proofErr w:type="spellEnd"/>
      <w:r w:rsidRPr="00453224">
        <w:rPr>
          <w:rFonts w:asciiTheme="majorHAnsi" w:eastAsiaTheme="majorEastAsia" w:hAnsiTheme="majorHAnsi" w:cstheme="majorBidi"/>
          <w:sz w:val="24"/>
          <w:szCs w:val="24"/>
          <w:u w:val="single"/>
        </w:rPr>
        <w:t xml:space="preserve"> </w:t>
      </w:r>
      <w:proofErr w:type="spellStart"/>
      <w:r w:rsidRPr="00453224">
        <w:rPr>
          <w:rFonts w:asciiTheme="majorHAnsi" w:eastAsiaTheme="majorEastAsia" w:hAnsiTheme="majorHAnsi" w:cstheme="majorBidi"/>
          <w:sz w:val="24"/>
          <w:szCs w:val="24"/>
          <w:u w:val="single"/>
        </w:rPr>
        <w:t>una</w:t>
      </w:r>
      <w:proofErr w:type="spellEnd"/>
      <w:r w:rsidRPr="00453224">
        <w:rPr>
          <w:rFonts w:asciiTheme="majorHAnsi" w:eastAsiaTheme="majorEastAsia" w:hAnsiTheme="majorHAnsi" w:cstheme="majorBidi"/>
          <w:sz w:val="24"/>
          <w:szCs w:val="24"/>
          <w:u w:val="single"/>
        </w:rPr>
        <w:t xml:space="preserve"> </w:t>
      </w:r>
      <w:proofErr w:type="spellStart"/>
      <w:r w:rsidRPr="00453224">
        <w:rPr>
          <w:rFonts w:asciiTheme="majorHAnsi" w:eastAsiaTheme="majorEastAsia" w:hAnsiTheme="majorHAnsi" w:cstheme="majorBidi"/>
          <w:sz w:val="24"/>
          <w:szCs w:val="24"/>
          <w:u w:val="single"/>
        </w:rPr>
        <w:t>comunità</w:t>
      </w:r>
      <w:proofErr w:type="spellEnd"/>
      <w:r w:rsidRPr="00453224">
        <w:rPr>
          <w:rFonts w:asciiTheme="majorHAnsi" w:eastAsiaTheme="majorEastAsia" w:hAnsiTheme="majorHAnsi" w:cstheme="majorBidi"/>
          <w:sz w:val="24"/>
          <w:szCs w:val="24"/>
          <w:u w:val="single"/>
        </w:rPr>
        <w:t xml:space="preserve"> </w:t>
      </w:r>
      <w:proofErr w:type="spellStart"/>
      <w:r w:rsidRPr="00453224">
        <w:rPr>
          <w:rFonts w:asciiTheme="majorHAnsi" w:eastAsiaTheme="majorEastAsia" w:hAnsiTheme="majorHAnsi" w:cstheme="majorBidi"/>
          <w:sz w:val="24"/>
          <w:szCs w:val="24"/>
          <w:u w:val="single"/>
        </w:rPr>
        <w:t>più</w:t>
      </w:r>
      <w:proofErr w:type="spellEnd"/>
      <w:r w:rsidRPr="00453224">
        <w:rPr>
          <w:rFonts w:asciiTheme="majorHAnsi" w:eastAsiaTheme="majorEastAsia" w:hAnsiTheme="majorHAnsi" w:cstheme="majorBidi"/>
          <w:sz w:val="24"/>
          <w:szCs w:val="24"/>
          <w:u w:val="single"/>
        </w:rPr>
        <w:t xml:space="preserve"> </w:t>
      </w:r>
      <w:proofErr w:type="spellStart"/>
      <w:r w:rsidRPr="00453224">
        <w:rPr>
          <w:rFonts w:asciiTheme="majorHAnsi" w:eastAsiaTheme="majorEastAsia" w:hAnsiTheme="majorHAnsi" w:cstheme="majorBidi"/>
          <w:sz w:val="24"/>
          <w:szCs w:val="24"/>
          <w:u w:val="single"/>
        </w:rPr>
        <w:t>coesa</w:t>
      </w:r>
      <w:proofErr w:type="spellEnd"/>
      <w:r w:rsidRPr="00453224">
        <w:rPr>
          <w:rFonts w:asciiTheme="majorHAnsi" w:eastAsiaTheme="majorEastAsia" w:hAnsiTheme="majorHAnsi" w:cstheme="majorBidi"/>
          <w:sz w:val="24"/>
          <w:szCs w:val="24"/>
          <w:u w:val="single"/>
        </w:rPr>
        <w:t xml:space="preserve">, </w:t>
      </w:r>
      <w:proofErr w:type="spellStart"/>
      <w:r w:rsidRPr="00453224">
        <w:rPr>
          <w:rFonts w:asciiTheme="majorHAnsi" w:eastAsiaTheme="majorEastAsia" w:hAnsiTheme="majorHAnsi" w:cstheme="majorBidi"/>
          <w:sz w:val="24"/>
          <w:szCs w:val="24"/>
          <w:u w:val="single"/>
        </w:rPr>
        <w:t>inclusiva</w:t>
      </w:r>
      <w:proofErr w:type="spellEnd"/>
      <w:r w:rsidRPr="00453224">
        <w:rPr>
          <w:rFonts w:asciiTheme="majorHAnsi" w:eastAsiaTheme="majorEastAsia" w:hAnsiTheme="majorHAnsi" w:cstheme="majorBidi"/>
          <w:sz w:val="24"/>
          <w:szCs w:val="24"/>
          <w:u w:val="single"/>
        </w:rPr>
        <w:t xml:space="preserve"> e </w:t>
      </w:r>
      <w:proofErr w:type="spellStart"/>
      <w:r w:rsidRPr="00453224">
        <w:rPr>
          <w:rFonts w:asciiTheme="majorHAnsi" w:eastAsiaTheme="majorEastAsia" w:hAnsiTheme="majorHAnsi" w:cstheme="majorBidi"/>
          <w:sz w:val="24"/>
          <w:szCs w:val="24"/>
          <w:u w:val="single"/>
        </w:rPr>
        <w:t>attenta</w:t>
      </w:r>
      <w:proofErr w:type="spellEnd"/>
      <w:r w:rsidRPr="00453224">
        <w:rPr>
          <w:rFonts w:asciiTheme="majorHAnsi" w:eastAsiaTheme="majorEastAsia" w:hAnsiTheme="majorHAnsi" w:cstheme="majorBidi"/>
          <w:sz w:val="24"/>
          <w:szCs w:val="24"/>
          <w:u w:val="single"/>
        </w:rPr>
        <w:t xml:space="preserve"> ai </w:t>
      </w:r>
      <w:proofErr w:type="spellStart"/>
      <w:r w:rsidRPr="00453224">
        <w:rPr>
          <w:rFonts w:asciiTheme="majorHAnsi" w:eastAsiaTheme="majorEastAsia" w:hAnsiTheme="majorHAnsi" w:cstheme="majorBidi"/>
          <w:sz w:val="24"/>
          <w:szCs w:val="24"/>
          <w:u w:val="single"/>
        </w:rPr>
        <w:t>bisogni</w:t>
      </w:r>
      <w:proofErr w:type="spellEnd"/>
      <w:r w:rsidRPr="00453224">
        <w:rPr>
          <w:rFonts w:asciiTheme="majorHAnsi" w:eastAsiaTheme="majorEastAsia" w:hAnsiTheme="majorHAnsi" w:cstheme="majorBidi"/>
          <w:sz w:val="24"/>
          <w:szCs w:val="24"/>
          <w:u w:val="single"/>
        </w:rPr>
        <w:t xml:space="preserve"> </w:t>
      </w:r>
      <w:proofErr w:type="spellStart"/>
      <w:r w:rsidRPr="00453224">
        <w:rPr>
          <w:rFonts w:asciiTheme="majorHAnsi" w:eastAsiaTheme="majorEastAsia" w:hAnsiTheme="majorHAnsi" w:cstheme="majorBidi"/>
          <w:sz w:val="24"/>
          <w:szCs w:val="24"/>
          <w:u w:val="single"/>
        </w:rPr>
        <w:t>delle</w:t>
      </w:r>
      <w:proofErr w:type="spellEnd"/>
      <w:r w:rsidRPr="00453224">
        <w:rPr>
          <w:rFonts w:asciiTheme="majorHAnsi" w:eastAsiaTheme="majorEastAsia" w:hAnsiTheme="majorHAnsi" w:cstheme="majorBidi"/>
          <w:sz w:val="24"/>
          <w:szCs w:val="24"/>
          <w:u w:val="single"/>
        </w:rPr>
        <w:t xml:space="preserve"> </w:t>
      </w:r>
      <w:proofErr w:type="spellStart"/>
      <w:r w:rsidRPr="00453224">
        <w:rPr>
          <w:rFonts w:asciiTheme="majorHAnsi" w:eastAsiaTheme="majorEastAsia" w:hAnsiTheme="majorHAnsi" w:cstheme="majorBidi"/>
          <w:sz w:val="24"/>
          <w:szCs w:val="24"/>
          <w:u w:val="single"/>
        </w:rPr>
        <w:t>persone</w:t>
      </w:r>
      <w:proofErr w:type="spellEnd"/>
      <w:r w:rsidRPr="00453224">
        <w:rPr>
          <w:rFonts w:asciiTheme="majorHAnsi" w:eastAsiaTheme="majorEastAsia" w:hAnsiTheme="majorHAnsi" w:cstheme="majorBidi"/>
          <w:sz w:val="24"/>
          <w:szCs w:val="24"/>
          <w:u w:val="single"/>
        </w:rPr>
        <w:t xml:space="preserve"> </w:t>
      </w:r>
      <w:proofErr w:type="spellStart"/>
      <w:r w:rsidRPr="00453224">
        <w:rPr>
          <w:rFonts w:asciiTheme="majorHAnsi" w:eastAsiaTheme="majorEastAsia" w:hAnsiTheme="majorHAnsi" w:cstheme="majorBidi"/>
          <w:sz w:val="24"/>
          <w:szCs w:val="24"/>
          <w:u w:val="single"/>
        </w:rPr>
        <w:t>più</w:t>
      </w:r>
      <w:proofErr w:type="spellEnd"/>
      <w:r w:rsidRPr="00453224">
        <w:rPr>
          <w:rFonts w:asciiTheme="majorHAnsi" w:eastAsiaTheme="majorEastAsia" w:hAnsiTheme="majorHAnsi" w:cstheme="majorBidi"/>
          <w:sz w:val="24"/>
          <w:szCs w:val="24"/>
          <w:u w:val="single"/>
        </w:rPr>
        <w:t xml:space="preserve"> </w:t>
      </w:r>
      <w:proofErr w:type="spellStart"/>
      <w:r w:rsidRPr="00453224">
        <w:rPr>
          <w:rFonts w:asciiTheme="majorHAnsi" w:eastAsiaTheme="majorEastAsia" w:hAnsiTheme="majorHAnsi" w:cstheme="majorBidi"/>
          <w:sz w:val="24"/>
          <w:szCs w:val="24"/>
          <w:u w:val="single"/>
        </w:rPr>
        <w:t>fragili</w:t>
      </w:r>
      <w:proofErr w:type="spellEnd"/>
      <w:r w:rsidRPr="00453224">
        <w:rPr>
          <w:rFonts w:asciiTheme="majorHAnsi" w:eastAsiaTheme="majorEastAsia" w:hAnsiTheme="majorHAnsi" w:cstheme="majorBidi"/>
          <w:sz w:val="24"/>
          <w:szCs w:val="24"/>
          <w:u w:val="single"/>
        </w:rPr>
        <w:t>.</w:t>
      </w:r>
    </w:p>
    <w:p w14:paraId="77756E1E" w14:textId="55B8673B" w:rsidR="000C2680" w:rsidRPr="007B473C" w:rsidRDefault="00023209" w:rsidP="00023209">
      <w:pPr>
        <w:pStyle w:val="NormaleWeb"/>
        <w:jc w:val="both"/>
        <w:rPr>
          <w:rFonts w:asciiTheme="majorHAnsi" w:eastAsiaTheme="majorEastAsia" w:hAnsiTheme="majorHAnsi" w:cstheme="majorBidi"/>
          <w:lang w:val="en-US" w:eastAsia="en-US"/>
        </w:rPr>
      </w:pPr>
      <w:r w:rsidRPr="007B473C">
        <w:rPr>
          <w:rStyle w:val="Enfasigrassetto"/>
          <w:rFonts w:eastAsiaTheme="majorEastAsia"/>
        </w:rPr>
        <w:t>Conclusioni</w:t>
      </w:r>
      <w:r w:rsidRPr="007B473C">
        <w:t xml:space="preserve"> </w:t>
      </w:r>
      <w:r w:rsidRPr="007B473C">
        <w:rPr>
          <w:rFonts w:asciiTheme="majorHAnsi" w:eastAsiaTheme="majorEastAsia" w:hAnsiTheme="majorHAnsi" w:cstheme="majorBidi"/>
          <w:lang w:val="en-US" w:eastAsia="en-US"/>
        </w:rPr>
        <w:t xml:space="preserve">Il </w:t>
      </w:r>
      <w:proofErr w:type="spellStart"/>
      <w:r w:rsidRPr="007B473C">
        <w:rPr>
          <w:rFonts w:asciiTheme="majorHAnsi" w:eastAsiaTheme="majorEastAsia" w:hAnsiTheme="majorHAnsi" w:cstheme="majorBidi"/>
          <w:lang w:val="en-US" w:eastAsia="en-US"/>
        </w:rPr>
        <w:t>programma</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si</w:t>
      </w:r>
      <w:proofErr w:type="spellEnd"/>
      <w:r w:rsidRPr="007B473C">
        <w:rPr>
          <w:rFonts w:asciiTheme="majorHAnsi" w:eastAsiaTheme="majorEastAsia" w:hAnsiTheme="majorHAnsi" w:cstheme="majorBidi"/>
          <w:lang w:val="en-US" w:eastAsia="en-US"/>
        </w:rPr>
        <w:t xml:space="preserve"> propone come </w:t>
      </w:r>
      <w:proofErr w:type="spellStart"/>
      <w:r w:rsidRPr="007B473C">
        <w:rPr>
          <w:rFonts w:asciiTheme="majorHAnsi" w:eastAsiaTheme="majorEastAsia" w:hAnsiTheme="majorHAnsi" w:cstheme="majorBidi"/>
          <w:lang w:val="en-US" w:eastAsia="en-US"/>
        </w:rPr>
        <w:t>un'integrazione</w:t>
      </w:r>
      <w:proofErr w:type="spellEnd"/>
      <w:r w:rsidRPr="007B473C">
        <w:rPr>
          <w:rFonts w:asciiTheme="majorHAnsi" w:eastAsiaTheme="majorEastAsia" w:hAnsiTheme="majorHAnsi" w:cstheme="majorBidi"/>
          <w:lang w:val="en-US" w:eastAsia="en-US"/>
        </w:rPr>
        <w:t xml:space="preserve"> al </w:t>
      </w:r>
      <w:proofErr w:type="spellStart"/>
      <w:r w:rsidRPr="007B473C">
        <w:rPr>
          <w:rFonts w:asciiTheme="majorHAnsi" w:eastAsiaTheme="majorEastAsia" w:hAnsiTheme="majorHAnsi" w:cstheme="majorBidi"/>
          <w:lang w:val="en-US" w:eastAsia="en-US"/>
        </w:rPr>
        <w:t>servizio</w:t>
      </w:r>
      <w:proofErr w:type="spellEnd"/>
      <w:r w:rsidRPr="007B473C">
        <w:rPr>
          <w:rFonts w:asciiTheme="majorHAnsi" w:eastAsiaTheme="majorEastAsia" w:hAnsiTheme="majorHAnsi" w:cstheme="majorBidi"/>
          <w:lang w:val="en-US" w:eastAsia="en-US"/>
        </w:rPr>
        <w:t xml:space="preserve"> di </w:t>
      </w:r>
      <w:proofErr w:type="spellStart"/>
      <w:r w:rsidRPr="007B473C">
        <w:rPr>
          <w:rFonts w:asciiTheme="majorHAnsi" w:eastAsiaTheme="majorEastAsia" w:hAnsiTheme="majorHAnsi" w:cstheme="majorBidi"/>
          <w:lang w:val="en-US" w:eastAsia="en-US"/>
        </w:rPr>
        <w:t>trasporto</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già</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attivo</w:t>
      </w:r>
      <w:proofErr w:type="spellEnd"/>
      <w:r w:rsidRPr="007B473C">
        <w:rPr>
          <w:rFonts w:asciiTheme="majorHAnsi" w:eastAsiaTheme="majorEastAsia" w:hAnsiTheme="majorHAnsi" w:cstheme="majorBidi"/>
          <w:lang w:val="en-US" w:eastAsia="en-US"/>
        </w:rPr>
        <w:t xml:space="preserve">, con </w:t>
      </w:r>
      <w:proofErr w:type="spellStart"/>
      <w:r w:rsidRPr="007B473C">
        <w:rPr>
          <w:rFonts w:asciiTheme="majorHAnsi" w:eastAsiaTheme="majorEastAsia" w:hAnsiTheme="majorHAnsi" w:cstheme="majorBidi"/>
          <w:lang w:val="en-US" w:eastAsia="en-US"/>
        </w:rPr>
        <w:t>l'obiettivo</w:t>
      </w:r>
      <w:proofErr w:type="spellEnd"/>
      <w:r w:rsidRPr="007B473C">
        <w:rPr>
          <w:rFonts w:asciiTheme="majorHAnsi" w:eastAsiaTheme="majorEastAsia" w:hAnsiTheme="majorHAnsi" w:cstheme="majorBidi"/>
          <w:lang w:val="en-US" w:eastAsia="en-US"/>
        </w:rPr>
        <w:t xml:space="preserve"> di </w:t>
      </w:r>
      <w:proofErr w:type="spellStart"/>
      <w:r w:rsidRPr="007B473C">
        <w:rPr>
          <w:rFonts w:asciiTheme="majorHAnsi" w:eastAsiaTheme="majorEastAsia" w:hAnsiTheme="majorHAnsi" w:cstheme="majorBidi"/>
          <w:lang w:val="en-US" w:eastAsia="en-US"/>
        </w:rPr>
        <w:t>rispondere</w:t>
      </w:r>
      <w:proofErr w:type="spellEnd"/>
      <w:r w:rsidRPr="007B473C">
        <w:rPr>
          <w:rFonts w:asciiTheme="majorHAnsi" w:eastAsiaTheme="majorEastAsia" w:hAnsiTheme="majorHAnsi" w:cstheme="majorBidi"/>
          <w:lang w:val="en-US" w:eastAsia="en-US"/>
        </w:rPr>
        <w:t xml:space="preserve"> in modo </w:t>
      </w:r>
      <w:proofErr w:type="spellStart"/>
      <w:r w:rsidRPr="007B473C">
        <w:rPr>
          <w:rFonts w:asciiTheme="majorHAnsi" w:eastAsiaTheme="majorEastAsia" w:hAnsiTheme="majorHAnsi" w:cstheme="majorBidi"/>
          <w:lang w:val="en-US" w:eastAsia="en-US"/>
        </w:rPr>
        <w:t>più</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ampio</w:t>
      </w:r>
      <w:proofErr w:type="spellEnd"/>
      <w:r w:rsidRPr="007B473C">
        <w:rPr>
          <w:rFonts w:asciiTheme="majorHAnsi" w:eastAsiaTheme="majorEastAsia" w:hAnsiTheme="majorHAnsi" w:cstheme="majorBidi"/>
          <w:lang w:val="en-US" w:eastAsia="en-US"/>
        </w:rPr>
        <w:t xml:space="preserve"> e </w:t>
      </w:r>
      <w:proofErr w:type="spellStart"/>
      <w:r w:rsidRPr="007B473C">
        <w:rPr>
          <w:rFonts w:asciiTheme="majorHAnsi" w:eastAsiaTheme="majorEastAsia" w:hAnsiTheme="majorHAnsi" w:cstheme="majorBidi"/>
          <w:lang w:val="en-US" w:eastAsia="en-US"/>
        </w:rPr>
        <w:t>articolato</w:t>
      </w:r>
      <w:proofErr w:type="spellEnd"/>
      <w:r w:rsidRPr="007B473C">
        <w:rPr>
          <w:rFonts w:asciiTheme="majorHAnsi" w:eastAsiaTheme="majorEastAsia" w:hAnsiTheme="majorHAnsi" w:cstheme="majorBidi"/>
          <w:lang w:val="en-US" w:eastAsia="en-US"/>
        </w:rPr>
        <w:t xml:space="preserve"> ai </w:t>
      </w:r>
      <w:proofErr w:type="spellStart"/>
      <w:r w:rsidRPr="007B473C">
        <w:rPr>
          <w:rFonts w:asciiTheme="majorHAnsi" w:eastAsiaTheme="majorEastAsia" w:hAnsiTheme="majorHAnsi" w:cstheme="majorBidi"/>
          <w:lang w:val="en-US" w:eastAsia="en-US"/>
        </w:rPr>
        <w:t>bisogni</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delle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persone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fragili</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della</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comunità</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aronese</w:t>
      </w:r>
      <w:proofErr w:type="spellEnd"/>
      <w:r w:rsidR="00CC3F10">
        <w:rPr>
          <w:rFonts w:asciiTheme="majorHAnsi" w:eastAsiaTheme="majorEastAsia" w:hAnsiTheme="majorHAnsi" w:cstheme="majorBidi"/>
          <w:lang w:val="en-US" w:eastAsia="en-US"/>
        </w:rPr>
        <w:t xml:space="preserve"> e </w:t>
      </w:r>
      <w:proofErr w:type="spellStart"/>
      <w:r w:rsidR="00CC3F10">
        <w:rPr>
          <w:rFonts w:asciiTheme="majorHAnsi" w:eastAsiaTheme="majorEastAsia" w:hAnsiTheme="majorHAnsi" w:cstheme="majorBidi"/>
          <w:lang w:val="en-US" w:eastAsia="en-US"/>
        </w:rPr>
        <w:t>dintorni</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attraverso</w:t>
      </w:r>
      <w:proofErr w:type="spellEnd"/>
      <w:r w:rsidRPr="007B473C">
        <w:rPr>
          <w:rFonts w:asciiTheme="majorHAnsi" w:eastAsiaTheme="majorEastAsia" w:hAnsiTheme="majorHAnsi" w:cstheme="majorBidi"/>
          <w:lang w:val="en-US" w:eastAsia="en-US"/>
        </w:rPr>
        <w:t xml:space="preserve"> un </w:t>
      </w:r>
      <w:proofErr w:type="spellStart"/>
      <w:r w:rsidRPr="007B473C">
        <w:rPr>
          <w:rFonts w:asciiTheme="majorHAnsi" w:eastAsiaTheme="majorEastAsia" w:hAnsiTheme="majorHAnsi" w:cstheme="majorBidi"/>
          <w:lang w:val="en-US" w:eastAsia="en-US"/>
        </w:rPr>
        <w:t>volontariato</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moderno</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flessibile</w:t>
      </w:r>
      <w:proofErr w:type="spellEnd"/>
      <w:r w:rsidRPr="007B473C">
        <w:rPr>
          <w:rFonts w:asciiTheme="majorHAnsi" w:eastAsiaTheme="majorEastAsia" w:hAnsiTheme="majorHAnsi" w:cstheme="majorBidi"/>
          <w:lang w:val="en-US" w:eastAsia="en-US"/>
        </w:rPr>
        <w:t xml:space="preserve"> e </w:t>
      </w:r>
      <w:proofErr w:type="spellStart"/>
      <w:r w:rsidRPr="007B473C">
        <w:rPr>
          <w:rFonts w:asciiTheme="majorHAnsi" w:eastAsiaTheme="majorEastAsia" w:hAnsiTheme="majorHAnsi" w:cstheme="majorBidi"/>
          <w:lang w:val="en-US" w:eastAsia="en-US"/>
        </w:rPr>
        <w:t>partecipato</w:t>
      </w:r>
      <w:proofErr w:type="spellEnd"/>
      <w:r w:rsidRPr="007B473C">
        <w:rPr>
          <w:rFonts w:asciiTheme="majorHAnsi" w:eastAsiaTheme="majorEastAsia" w:hAnsiTheme="majorHAnsi" w:cstheme="majorBidi"/>
          <w:lang w:val="en-US" w:eastAsia="en-US"/>
        </w:rPr>
        <w:t>.</w:t>
      </w:r>
    </w:p>
    <w:p w14:paraId="44518575" w14:textId="77777777" w:rsidR="001E70EC" w:rsidRDefault="001E70EC" w:rsidP="002F1A57">
      <w:pPr>
        <w:spacing w:after="0"/>
        <w:jc w:val="center"/>
        <w:rPr>
          <w:rFonts w:asciiTheme="majorHAnsi" w:hAnsiTheme="majorHAnsi" w:cstheme="majorBidi"/>
          <w:b/>
          <w:bCs/>
          <w:sz w:val="28"/>
          <w:szCs w:val="28"/>
        </w:rPr>
      </w:pPr>
    </w:p>
    <w:p w14:paraId="6F0E6B35" w14:textId="4FB09503" w:rsidR="00023209" w:rsidRPr="00586590" w:rsidRDefault="008C3B0A" w:rsidP="002F1A57">
      <w:pPr>
        <w:spacing w:after="0"/>
        <w:jc w:val="center"/>
        <w:rPr>
          <w:rFonts w:asciiTheme="majorHAnsi" w:hAnsiTheme="majorHAnsi" w:cstheme="majorBidi"/>
          <w:b/>
          <w:bCs/>
          <w:sz w:val="28"/>
          <w:szCs w:val="28"/>
        </w:rPr>
      </w:pPr>
      <w:r w:rsidRPr="007B473C">
        <w:rPr>
          <w:rFonts w:asciiTheme="majorHAnsi" w:hAnsiTheme="majorHAnsi" w:cstheme="majorBidi"/>
          <w:b/>
          <w:bCs/>
          <w:sz w:val="28"/>
          <w:szCs w:val="28"/>
        </w:rPr>
        <w:lastRenderedPageBreak/>
        <w:t xml:space="preserve">Il </w:t>
      </w:r>
      <w:proofErr w:type="spellStart"/>
      <w:r w:rsidRPr="007B473C">
        <w:rPr>
          <w:rFonts w:asciiTheme="majorHAnsi" w:hAnsiTheme="majorHAnsi" w:cstheme="majorBidi"/>
          <w:b/>
          <w:bCs/>
          <w:sz w:val="28"/>
          <w:szCs w:val="28"/>
        </w:rPr>
        <w:t>p</w:t>
      </w:r>
      <w:r w:rsidR="00023209" w:rsidRPr="007B473C">
        <w:rPr>
          <w:rFonts w:asciiTheme="majorHAnsi" w:hAnsiTheme="majorHAnsi" w:cstheme="majorBidi"/>
          <w:b/>
          <w:bCs/>
          <w:sz w:val="28"/>
          <w:szCs w:val="28"/>
        </w:rPr>
        <w:t>rogramma</w:t>
      </w:r>
      <w:proofErr w:type="spellEnd"/>
      <w:r w:rsidR="00023209" w:rsidRPr="007B473C">
        <w:rPr>
          <w:rFonts w:asciiTheme="majorHAnsi" w:hAnsiTheme="majorHAnsi" w:cstheme="majorBidi"/>
          <w:b/>
          <w:bCs/>
          <w:sz w:val="28"/>
          <w:szCs w:val="28"/>
        </w:rPr>
        <w:t xml:space="preserve"> </w:t>
      </w:r>
      <w:proofErr w:type="spellStart"/>
      <w:r w:rsidR="00023209" w:rsidRPr="007B473C">
        <w:rPr>
          <w:rFonts w:asciiTheme="majorHAnsi" w:hAnsiTheme="majorHAnsi" w:cstheme="majorBidi"/>
          <w:b/>
          <w:bCs/>
          <w:sz w:val="28"/>
          <w:szCs w:val="28"/>
        </w:rPr>
        <w:t>nel</w:t>
      </w:r>
      <w:proofErr w:type="spellEnd"/>
      <w:r w:rsidR="00023209" w:rsidRPr="007B473C">
        <w:rPr>
          <w:rFonts w:asciiTheme="majorHAnsi" w:hAnsiTheme="majorHAnsi" w:cstheme="majorBidi"/>
          <w:b/>
          <w:bCs/>
          <w:sz w:val="28"/>
          <w:szCs w:val="28"/>
        </w:rPr>
        <w:t xml:space="preserve"> </w:t>
      </w:r>
      <w:proofErr w:type="spellStart"/>
      <w:r w:rsidR="00023209" w:rsidRPr="007B473C">
        <w:rPr>
          <w:rFonts w:asciiTheme="majorHAnsi" w:hAnsiTheme="majorHAnsi" w:cstheme="majorBidi"/>
          <w:b/>
          <w:bCs/>
          <w:sz w:val="28"/>
          <w:szCs w:val="28"/>
        </w:rPr>
        <w:t>dettaglio</w:t>
      </w:r>
      <w:proofErr w:type="spellEnd"/>
    </w:p>
    <w:p w14:paraId="1733C944" w14:textId="313223A4" w:rsidR="00023209" w:rsidRPr="007B473C" w:rsidRDefault="00023209" w:rsidP="00023209">
      <w:pPr>
        <w:pStyle w:val="NormaleWeb"/>
        <w:spacing w:before="0" w:beforeAutospacing="0" w:after="0" w:afterAutospacing="0"/>
        <w:jc w:val="both"/>
        <w:rPr>
          <w:rFonts w:asciiTheme="majorHAnsi" w:eastAsiaTheme="majorEastAsia" w:hAnsiTheme="majorHAnsi" w:cstheme="majorBidi"/>
          <w:lang w:val="en-US" w:eastAsia="en-US"/>
        </w:rPr>
      </w:pPr>
      <w:r w:rsidRPr="007B473C">
        <w:rPr>
          <w:rFonts w:asciiTheme="majorHAnsi" w:eastAsiaTheme="majorEastAsia" w:hAnsiTheme="majorHAnsi" w:cstheme="majorBidi"/>
          <w:lang w:val="en-US" w:eastAsia="en-US"/>
        </w:rPr>
        <w:t xml:space="preserve">La </w:t>
      </w:r>
      <w:proofErr w:type="spellStart"/>
      <w:r w:rsidRPr="007B473C">
        <w:rPr>
          <w:rFonts w:asciiTheme="majorHAnsi" w:eastAsiaTheme="majorEastAsia" w:hAnsiTheme="majorHAnsi" w:cstheme="majorBidi"/>
          <w:lang w:val="en-US" w:eastAsia="en-US"/>
        </w:rPr>
        <w:t>sezione</w:t>
      </w:r>
      <w:proofErr w:type="spellEnd"/>
      <w:r w:rsidRPr="007B473C">
        <w:rPr>
          <w:rFonts w:asciiTheme="majorHAnsi" w:eastAsiaTheme="majorEastAsia" w:hAnsiTheme="majorHAnsi" w:cstheme="majorBidi"/>
          <w:lang w:val="en-US" w:eastAsia="en-US"/>
        </w:rPr>
        <w:t xml:space="preserve"> AUSER </w:t>
      </w:r>
      <w:r w:rsidR="00565CE3">
        <w:rPr>
          <w:rFonts w:asciiTheme="majorHAnsi" w:eastAsiaTheme="majorEastAsia" w:hAnsiTheme="majorHAnsi" w:cstheme="majorBidi"/>
          <w:lang w:val="en-US" w:eastAsia="en-US"/>
        </w:rPr>
        <w:t xml:space="preserve">APS </w:t>
      </w:r>
      <w:r w:rsidRPr="007B473C">
        <w:rPr>
          <w:rFonts w:asciiTheme="majorHAnsi" w:eastAsiaTheme="majorEastAsia" w:hAnsiTheme="majorHAnsi" w:cstheme="majorBidi"/>
          <w:lang w:val="en-US" w:eastAsia="en-US"/>
        </w:rPr>
        <w:t xml:space="preserve">di Arona in </w:t>
      </w:r>
      <w:proofErr w:type="spellStart"/>
      <w:r w:rsidRPr="007B473C">
        <w:rPr>
          <w:rFonts w:asciiTheme="majorHAnsi" w:eastAsiaTheme="majorEastAsia" w:hAnsiTheme="majorHAnsi" w:cstheme="majorBidi"/>
          <w:lang w:val="en-US" w:eastAsia="en-US"/>
        </w:rPr>
        <w:t>collaborazione</w:t>
      </w:r>
      <w:proofErr w:type="spellEnd"/>
      <w:r w:rsidRPr="007B473C">
        <w:rPr>
          <w:rFonts w:asciiTheme="majorHAnsi" w:eastAsiaTheme="majorEastAsia" w:hAnsiTheme="majorHAnsi" w:cstheme="majorBidi"/>
          <w:lang w:val="en-US" w:eastAsia="en-US"/>
        </w:rPr>
        <w:t xml:space="preserve"> con Extra </w:t>
      </w:r>
      <w:proofErr w:type="spellStart"/>
      <w:r w:rsidR="00D21598">
        <w:rPr>
          <w:rFonts w:asciiTheme="majorHAnsi" w:eastAsiaTheme="majorEastAsia" w:hAnsiTheme="majorHAnsi" w:cstheme="majorBidi"/>
          <w:lang w:val="en-US" w:eastAsia="en-US"/>
        </w:rPr>
        <w:t>vuole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affiancare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all'abituale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servizio</w:t>
      </w:r>
      <w:proofErr w:type="spellEnd"/>
      <w:r w:rsidRPr="007B473C">
        <w:rPr>
          <w:rFonts w:asciiTheme="majorHAnsi" w:eastAsiaTheme="majorEastAsia" w:hAnsiTheme="majorHAnsi" w:cstheme="majorBidi"/>
          <w:lang w:val="en-US" w:eastAsia="en-US"/>
        </w:rPr>
        <w:t xml:space="preserve"> di </w:t>
      </w:r>
      <w:proofErr w:type="spellStart"/>
      <w:r w:rsidRPr="007B473C">
        <w:rPr>
          <w:rFonts w:asciiTheme="majorHAnsi" w:eastAsiaTheme="majorEastAsia" w:hAnsiTheme="majorHAnsi" w:cstheme="majorBidi"/>
          <w:lang w:val="en-US" w:eastAsia="en-US"/>
        </w:rPr>
        <w:t>trasporto</w:t>
      </w:r>
      <w:proofErr w:type="spellEnd"/>
      <w:r w:rsidRPr="007B473C">
        <w:rPr>
          <w:rFonts w:asciiTheme="majorHAnsi" w:eastAsiaTheme="majorEastAsia" w:hAnsiTheme="majorHAnsi" w:cstheme="majorBidi"/>
          <w:lang w:val="en-US" w:eastAsia="en-US"/>
        </w:rPr>
        <w:t xml:space="preserve"> per </w:t>
      </w:r>
      <w:proofErr w:type="spellStart"/>
      <w:r w:rsidRPr="007B473C">
        <w:rPr>
          <w:rFonts w:asciiTheme="majorHAnsi" w:eastAsiaTheme="majorEastAsia" w:hAnsiTheme="majorHAnsi" w:cstheme="majorBidi"/>
          <w:lang w:val="en-US" w:eastAsia="en-US"/>
        </w:rPr>
        <w:t>i</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più</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fragili</w:t>
      </w:r>
      <w:proofErr w:type="spellEnd"/>
      <w:r w:rsidRPr="007B473C">
        <w:rPr>
          <w:rFonts w:asciiTheme="majorHAnsi" w:eastAsiaTheme="majorEastAsia" w:hAnsiTheme="majorHAnsi" w:cstheme="majorBidi"/>
          <w:lang w:val="en-US" w:eastAsia="en-US"/>
        </w:rPr>
        <w:t xml:space="preserve"> (anziani, </w:t>
      </w:r>
      <w:proofErr w:type="spellStart"/>
      <w:r w:rsidRPr="007B473C">
        <w:rPr>
          <w:rFonts w:asciiTheme="majorHAnsi" w:eastAsiaTheme="majorEastAsia" w:hAnsiTheme="majorHAnsi" w:cstheme="majorBidi"/>
          <w:lang w:val="en-US" w:eastAsia="en-US"/>
        </w:rPr>
        <w:t>diversamente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abili</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malati</w:t>
      </w:r>
      <w:proofErr w:type="spellEnd"/>
      <w:r w:rsidRPr="007B473C">
        <w:rPr>
          <w:rFonts w:asciiTheme="majorHAnsi" w:eastAsiaTheme="majorEastAsia" w:hAnsiTheme="majorHAnsi" w:cstheme="majorBidi"/>
          <w:lang w:val="en-US" w:eastAsia="en-US"/>
        </w:rPr>
        <w:t xml:space="preserve">, etc.) </w:t>
      </w:r>
      <w:proofErr w:type="spellStart"/>
      <w:r w:rsidRPr="007B473C">
        <w:rPr>
          <w:rFonts w:asciiTheme="majorHAnsi" w:eastAsiaTheme="majorEastAsia" w:hAnsiTheme="majorHAnsi" w:cstheme="majorBidi"/>
          <w:lang w:val="en-US" w:eastAsia="en-US"/>
        </w:rPr>
        <w:t>altre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attività</w:t>
      </w:r>
      <w:proofErr w:type="spellEnd"/>
      <w:r w:rsidRPr="007B473C">
        <w:rPr>
          <w:rFonts w:asciiTheme="majorHAnsi" w:eastAsiaTheme="majorEastAsia" w:hAnsiTheme="majorHAnsi" w:cstheme="majorBidi"/>
          <w:lang w:val="en-US" w:eastAsia="en-US"/>
        </w:rPr>
        <w:t xml:space="preserve"> a </w:t>
      </w:r>
      <w:proofErr w:type="spellStart"/>
      <w:r w:rsidRPr="007B473C">
        <w:rPr>
          <w:rFonts w:asciiTheme="majorHAnsi" w:eastAsiaTheme="majorEastAsia" w:hAnsiTheme="majorHAnsi" w:cstheme="majorBidi"/>
          <w:lang w:val="en-US" w:eastAsia="en-US"/>
        </w:rPr>
        <w:t>favore</w:t>
      </w:r>
      <w:proofErr w:type="spellEnd"/>
      <w:r w:rsidRPr="007B473C">
        <w:rPr>
          <w:rFonts w:asciiTheme="majorHAnsi" w:eastAsiaTheme="majorEastAsia" w:hAnsiTheme="majorHAnsi" w:cstheme="majorBidi"/>
          <w:lang w:val="en-US" w:eastAsia="en-US"/>
        </w:rPr>
        <w:t xml:space="preserve"> di </w:t>
      </w:r>
      <w:proofErr w:type="spellStart"/>
      <w:r w:rsidRPr="007B473C">
        <w:rPr>
          <w:rFonts w:asciiTheme="majorHAnsi" w:eastAsiaTheme="majorEastAsia" w:hAnsiTheme="majorHAnsi" w:cstheme="majorBidi"/>
          <w:lang w:val="en-US" w:eastAsia="en-US"/>
        </w:rPr>
        <w:t>queste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categorie</w:t>
      </w:r>
      <w:proofErr w:type="spellEnd"/>
      <w:r w:rsidRPr="007B473C">
        <w:rPr>
          <w:rFonts w:asciiTheme="majorHAnsi" w:eastAsiaTheme="majorEastAsia" w:hAnsiTheme="majorHAnsi" w:cstheme="majorBidi"/>
          <w:lang w:val="en-US" w:eastAsia="en-US"/>
        </w:rPr>
        <w:t>.</w:t>
      </w:r>
    </w:p>
    <w:p w14:paraId="38BCF6AB" w14:textId="77777777" w:rsidR="00023209" w:rsidRPr="007B473C" w:rsidRDefault="00023209" w:rsidP="00023209">
      <w:pPr>
        <w:pStyle w:val="NormaleWeb"/>
        <w:spacing w:before="0" w:beforeAutospacing="0" w:after="0" w:afterAutospacing="0"/>
        <w:jc w:val="both"/>
        <w:rPr>
          <w:rFonts w:asciiTheme="majorHAnsi" w:eastAsiaTheme="majorEastAsia" w:hAnsiTheme="majorHAnsi" w:cstheme="majorBidi"/>
          <w:lang w:val="en-US" w:eastAsia="en-US"/>
        </w:rPr>
      </w:pPr>
      <w:r w:rsidRPr="007B473C">
        <w:rPr>
          <w:rFonts w:asciiTheme="majorHAnsi" w:eastAsiaTheme="majorEastAsia" w:hAnsiTheme="majorHAnsi" w:cstheme="majorBidi"/>
          <w:lang w:val="en-US" w:eastAsia="en-US"/>
        </w:rPr>
        <w:t xml:space="preserve">Questa idea </w:t>
      </w:r>
      <w:proofErr w:type="spellStart"/>
      <w:r w:rsidRPr="007B473C">
        <w:rPr>
          <w:rFonts w:asciiTheme="majorHAnsi" w:eastAsiaTheme="majorEastAsia" w:hAnsiTheme="majorHAnsi" w:cstheme="majorBidi"/>
          <w:lang w:val="en-US" w:eastAsia="en-US"/>
        </w:rPr>
        <w:t>nasce</w:t>
      </w:r>
      <w:proofErr w:type="spellEnd"/>
      <w:r w:rsidRPr="007B473C">
        <w:rPr>
          <w:rFonts w:asciiTheme="majorHAnsi" w:eastAsiaTheme="majorEastAsia" w:hAnsiTheme="majorHAnsi" w:cstheme="majorBidi"/>
          <w:lang w:val="en-US" w:eastAsia="en-US"/>
        </w:rPr>
        <w:t xml:space="preserve"> dal </w:t>
      </w:r>
      <w:proofErr w:type="spellStart"/>
      <w:r w:rsidRPr="007B473C">
        <w:rPr>
          <w:rFonts w:asciiTheme="majorHAnsi" w:eastAsiaTheme="majorEastAsia" w:hAnsiTheme="majorHAnsi" w:cstheme="majorBidi"/>
          <w:lang w:val="en-US" w:eastAsia="en-US"/>
        </w:rPr>
        <w:t>desiderio</w:t>
      </w:r>
      <w:proofErr w:type="spellEnd"/>
      <w:r w:rsidRPr="007B473C">
        <w:rPr>
          <w:rFonts w:asciiTheme="majorHAnsi" w:eastAsiaTheme="majorEastAsia" w:hAnsiTheme="majorHAnsi" w:cstheme="majorBidi"/>
          <w:lang w:val="en-US" w:eastAsia="en-US"/>
        </w:rPr>
        <w:t xml:space="preserve"> di </w:t>
      </w:r>
      <w:proofErr w:type="spellStart"/>
      <w:r w:rsidRPr="007B473C">
        <w:rPr>
          <w:rFonts w:asciiTheme="majorHAnsi" w:eastAsiaTheme="majorEastAsia" w:hAnsiTheme="majorHAnsi" w:cstheme="majorBidi"/>
          <w:lang w:val="en-US" w:eastAsia="en-US"/>
        </w:rPr>
        <w:t>alcuni</w:t>
      </w:r>
      <w:proofErr w:type="spellEnd"/>
      <w:r w:rsidRPr="007B473C">
        <w:rPr>
          <w:rFonts w:asciiTheme="majorHAnsi" w:eastAsiaTheme="majorEastAsia" w:hAnsiTheme="majorHAnsi" w:cstheme="majorBidi"/>
          <w:lang w:val="en-US" w:eastAsia="en-US"/>
        </w:rPr>
        <w:t xml:space="preserve"> consiglieri e </w:t>
      </w:r>
      <w:proofErr w:type="spellStart"/>
      <w:r w:rsidRPr="007B473C">
        <w:rPr>
          <w:rFonts w:asciiTheme="majorHAnsi" w:eastAsiaTheme="majorEastAsia" w:hAnsiTheme="majorHAnsi" w:cstheme="majorBidi"/>
          <w:lang w:val="en-US" w:eastAsia="en-US"/>
        </w:rPr>
        <w:t>dalla</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constatazione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che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alcune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persone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vorrebbero</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impegnarsi</w:t>
      </w:r>
      <w:proofErr w:type="spellEnd"/>
      <w:r w:rsidRPr="007B473C">
        <w:rPr>
          <w:rFonts w:asciiTheme="majorHAnsi" w:eastAsiaTheme="majorEastAsia" w:hAnsiTheme="majorHAnsi" w:cstheme="majorBidi"/>
          <w:lang w:val="en-US" w:eastAsia="en-US"/>
        </w:rPr>
        <w:t xml:space="preserve"> in </w:t>
      </w:r>
      <w:proofErr w:type="spellStart"/>
      <w:r w:rsidRPr="007B473C">
        <w:rPr>
          <w:rFonts w:asciiTheme="majorHAnsi" w:eastAsiaTheme="majorEastAsia" w:hAnsiTheme="majorHAnsi" w:cstheme="majorBidi"/>
          <w:lang w:val="en-US" w:eastAsia="en-US"/>
        </w:rPr>
        <w:t>attività</w:t>
      </w:r>
      <w:proofErr w:type="spellEnd"/>
      <w:r w:rsidRPr="007B473C">
        <w:rPr>
          <w:rFonts w:asciiTheme="majorHAnsi" w:eastAsiaTheme="majorEastAsia" w:hAnsiTheme="majorHAnsi" w:cstheme="majorBidi"/>
          <w:lang w:val="en-US" w:eastAsia="en-US"/>
        </w:rPr>
        <w:t xml:space="preserve"> di </w:t>
      </w:r>
      <w:proofErr w:type="spellStart"/>
      <w:r w:rsidRPr="007B473C">
        <w:rPr>
          <w:rFonts w:asciiTheme="majorHAnsi" w:eastAsiaTheme="majorEastAsia" w:hAnsiTheme="majorHAnsi" w:cstheme="majorBidi"/>
          <w:lang w:val="en-US" w:eastAsia="en-US"/>
        </w:rPr>
        <w:t>volontariato</w:t>
      </w:r>
      <w:proofErr w:type="spellEnd"/>
      <w:r w:rsidRPr="007B473C">
        <w:rPr>
          <w:rFonts w:asciiTheme="majorHAnsi" w:eastAsiaTheme="majorEastAsia" w:hAnsiTheme="majorHAnsi" w:cstheme="majorBidi"/>
          <w:lang w:val="en-US" w:eastAsia="en-US"/>
        </w:rPr>
        <w:t xml:space="preserve"> con la nostra </w:t>
      </w:r>
      <w:proofErr w:type="spellStart"/>
      <w:r w:rsidRPr="007B473C">
        <w:rPr>
          <w:rFonts w:asciiTheme="majorHAnsi" w:eastAsiaTheme="majorEastAsia" w:hAnsiTheme="majorHAnsi" w:cstheme="majorBidi"/>
          <w:lang w:val="en-US" w:eastAsia="en-US"/>
        </w:rPr>
        <w:t>Associazione</w:t>
      </w:r>
      <w:proofErr w:type="spellEnd"/>
      <w:r w:rsidRPr="007B473C">
        <w:rPr>
          <w:rFonts w:asciiTheme="majorHAnsi" w:eastAsiaTheme="majorEastAsia" w:hAnsiTheme="majorHAnsi" w:cstheme="majorBidi"/>
          <w:lang w:val="en-US" w:eastAsia="en-US"/>
        </w:rPr>
        <w:t xml:space="preserve">, ma non </w:t>
      </w:r>
      <w:proofErr w:type="spellStart"/>
      <w:r w:rsidRPr="007B473C">
        <w:rPr>
          <w:rFonts w:asciiTheme="majorHAnsi" w:eastAsiaTheme="majorEastAsia" w:hAnsiTheme="majorHAnsi" w:cstheme="majorBidi"/>
          <w:lang w:val="en-US" w:eastAsia="en-US"/>
        </w:rPr>
        <w:t>si</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sentono</w:t>
      </w:r>
      <w:proofErr w:type="spellEnd"/>
      <w:r w:rsidRPr="007B473C">
        <w:rPr>
          <w:rFonts w:asciiTheme="majorHAnsi" w:eastAsiaTheme="majorEastAsia" w:hAnsiTheme="majorHAnsi" w:cstheme="majorBidi"/>
          <w:lang w:val="en-US" w:eastAsia="en-US"/>
        </w:rPr>
        <w:t xml:space="preserve"> in </w:t>
      </w:r>
      <w:proofErr w:type="spellStart"/>
      <w:r w:rsidRPr="007B473C">
        <w:rPr>
          <w:rFonts w:asciiTheme="majorHAnsi" w:eastAsiaTheme="majorEastAsia" w:hAnsiTheme="majorHAnsi" w:cstheme="majorBidi"/>
          <w:lang w:val="en-US" w:eastAsia="en-US"/>
        </w:rPr>
        <w:t>grado</w:t>
      </w:r>
      <w:proofErr w:type="spellEnd"/>
      <w:r w:rsidRPr="007B473C">
        <w:rPr>
          <w:rFonts w:asciiTheme="majorHAnsi" w:eastAsiaTheme="majorEastAsia" w:hAnsiTheme="majorHAnsi" w:cstheme="majorBidi"/>
          <w:lang w:val="en-US" w:eastAsia="en-US"/>
        </w:rPr>
        <w:t xml:space="preserve"> di </w:t>
      </w:r>
      <w:proofErr w:type="spellStart"/>
      <w:r w:rsidRPr="007B473C">
        <w:rPr>
          <w:rFonts w:asciiTheme="majorHAnsi" w:eastAsiaTheme="majorEastAsia" w:hAnsiTheme="majorHAnsi" w:cstheme="majorBidi"/>
          <w:lang w:val="en-US" w:eastAsia="en-US"/>
        </w:rPr>
        <w:t>svolgere</w:t>
      </w:r>
      <w:proofErr w:type="spellEnd"/>
      <w:r w:rsidRPr="007B473C">
        <w:rPr>
          <w:rFonts w:asciiTheme="majorHAnsi" w:eastAsiaTheme="majorEastAsia" w:hAnsiTheme="majorHAnsi" w:cstheme="majorBidi"/>
          <w:lang w:val="en-US" w:eastAsia="en-US"/>
        </w:rPr>
        <w:t xml:space="preserve"> la </w:t>
      </w:r>
      <w:proofErr w:type="spellStart"/>
      <w:r w:rsidRPr="007B473C">
        <w:rPr>
          <w:rFonts w:asciiTheme="majorHAnsi" w:eastAsiaTheme="majorEastAsia" w:hAnsiTheme="majorHAnsi" w:cstheme="majorBidi"/>
          <w:lang w:val="en-US" w:eastAsia="en-US"/>
        </w:rPr>
        <w:t>funzione</w:t>
      </w:r>
      <w:proofErr w:type="spellEnd"/>
      <w:r w:rsidRPr="007B473C">
        <w:rPr>
          <w:rFonts w:asciiTheme="majorHAnsi" w:eastAsiaTheme="majorEastAsia" w:hAnsiTheme="majorHAnsi" w:cstheme="majorBidi"/>
          <w:lang w:val="en-US" w:eastAsia="en-US"/>
        </w:rPr>
        <w:t xml:space="preserve"> di </w:t>
      </w:r>
      <w:proofErr w:type="spellStart"/>
      <w:r w:rsidRPr="007B473C">
        <w:rPr>
          <w:rFonts w:asciiTheme="majorHAnsi" w:eastAsiaTheme="majorEastAsia" w:hAnsiTheme="majorHAnsi" w:cstheme="majorBidi"/>
          <w:lang w:val="en-US" w:eastAsia="en-US"/>
        </w:rPr>
        <w:t>autista</w:t>
      </w:r>
      <w:proofErr w:type="spellEnd"/>
      <w:r w:rsidRPr="007B473C">
        <w:rPr>
          <w:rFonts w:asciiTheme="majorHAnsi" w:eastAsiaTheme="majorEastAsia" w:hAnsiTheme="majorHAnsi" w:cstheme="majorBidi"/>
          <w:lang w:val="en-US" w:eastAsia="en-US"/>
        </w:rPr>
        <w:t>.</w:t>
      </w:r>
    </w:p>
    <w:p w14:paraId="444FC41B" w14:textId="77777777" w:rsidR="00023209" w:rsidRDefault="00D21598" w:rsidP="00023209">
      <w:pPr>
        <w:pStyle w:val="NormaleWeb"/>
        <w:spacing w:before="0" w:beforeAutospacing="0" w:after="0" w:afterAutospacing="0"/>
        <w:jc w:val="both"/>
        <w:rPr>
          <w:rFonts w:asciiTheme="majorHAnsi" w:eastAsiaTheme="majorEastAsia" w:hAnsiTheme="majorHAnsi" w:cstheme="majorBidi"/>
          <w:lang w:val="en-US" w:eastAsia="en-US"/>
        </w:rPr>
      </w:pPr>
      <w:r>
        <w:rPr>
          <w:rFonts w:asciiTheme="majorHAnsi" w:eastAsiaTheme="majorEastAsia" w:hAnsiTheme="majorHAnsi" w:cstheme="majorBidi"/>
          <w:lang w:val="en-US" w:eastAsia="en-US"/>
        </w:rPr>
        <w:t xml:space="preserve">Grazie </w:t>
      </w:r>
      <w:proofErr w:type="spellStart"/>
      <w:r>
        <w:rPr>
          <w:rFonts w:asciiTheme="majorHAnsi" w:eastAsiaTheme="majorEastAsia" w:hAnsiTheme="majorHAnsi" w:cstheme="majorBidi"/>
          <w:lang w:val="en-US" w:eastAsia="en-US"/>
        </w:rPr>
        <w:t>al</w:t>
      </w:r>
      <w:r w:rsidR="00023209" w:rsidRPr="007B473C">
        <w:rPr>
          <w:rFonts w:asciiTheme="majorHAnsi" w:eastAsiaTheme="majorEastAsia" w:hAnsiTheme="majorHAnsi" w:cstheme="majorBidi"/>
          <w:lang w:val="en-US" w:eastAsia="en-US"/>
        </w:rPr>
        <w:t>l'Associazione</w:t>
      </w:r>
      <w:proofErr w:type="spellEnd"/>
      <w:r w:rsidR="00023209" w:rsidRPr="007B473C">
        <w:rPr>
          <w:rFonts w:asciiTheme="majorHAnsi" w:eastAsiaTheme="majorEastAsia" w:hAnsiTheme="majorHAnsi" w:cstheme="majorBidi"/>
          <w:lang w:val="en-US" w:eastAsia="en-US"/>
        </w:rPr>
        <w:t xml:space="preserve"> Extra, </w:t>
      </w:r>
      <w:proofErr w:type="spellStart"/>
      <w:r w:rsidR="00023209" w:rsidRPr="007B473C">
        <w:rPr>
          <w:rFonts w:asciiTheme="majorHAnsi" w:eastAsiaTheme="majorEastAsia" w:hAnsiTheme="majorHAnsi" w:cstheme="majorBidi"/>
          <w:lang w:val="en-US" w:eastAsia="en-US"/>
        </w:rPr>
        <w:t>che</w:t>
      </w:r>
      <w:proofErr w:type="spellEnd"/>
      <w:r w:rsidR="00023209" w:rsidRPr="007B473C">
        <w:rPr>
          <w:rFonts w:asciiTheme="majorHAnsi" w:eastAsiaTheme="majorEastAsia" w:hAnsiTheme="majorHAnsi" w:cstheme="majorBidi"/>
          <w:lang w:val="en-US" w:eastAsia="en-US"/>
        </w:rPr>
        <w:t xml:space="preserve"> </w:t>
      </w:r>
      <w:proofErr w:type="spellStart"/>
      <w:r w:rsidR="00023209" w:rsidRPr="007B473C">
        <w:rPr>
          <w:rFonts w:asciiTheme="majorHAnsi" w:eastAsiaTheme="majorEastAsia" w:hAnsiTheme="majorHAnsi" w:cstheme="majorBidi"/>
          <w:lang w:val="en-US" w:eastAsia="en-US"/>
        </w:rPr>
        <w:t>s</w:t>
      </w:r>
      <w:r>
        <w:rPr>
          <w:rFonts w:asciiTheme="majorHAnsi" w:eastAsiaTheme="majorEastAsia" w:hAnsiTheme="majorHAnsi" w:cstheme="majorBidi"/>
          <w:lang w:val="en-US" w:eastAsia="en-US"/>
        </w:rPr>
        <w:t>i</w:t>
      </w:r>
      <w:proofErr w:type="spellEnd"/>
      <w:r>
        <w:rPr>
          <w:rFonts w:asciiTheme="majorHAnsi" w:eastAsiaTheme="majorEastAsia" w:hAnsiTheme="majorHAnsi" w:cstheme="majorBidi"/>
          <w:lang w:val="en-US" w:eastAsia="en-US"/>
        </w:rPr>
        <w:t xml:space="preserve"> è data</w:t>
      </w:r>
      <w:r w:rsidR="00023209" w:rsidRPr="007B473C">
        <w:rPr>
          <w:rFonts w:asciiTheme="majorHAnsi" w:eastAsiaTheme="majorEastAsia" w:hAnsiTheme="majorHAnsi" w:cstheme="majorBidi"/>
          <w:lang w:val="en-US" w:eastAsia="en-US"/>
        </w:rPr>
        <w:t xml:space="preserve"> </w:t>
      </w:r>
      <w:proofErr w:type="spellStart"/>
      <w:r w:rsidR="00023209" w:rsidRPr="007B473C">
        <w:rPr>
          <w:rFonts w:asciiTheme="majorHAnsi" w:eastAsiaTheme="majorEastAsia" w:hAnsiTheme="majorHAnsi" w:cstheme="majorBidi"/>
          <w:lang w:val="en-US" w:eastAsia="en-US"/>
        </w:rPr>
        <w:t>disponibile</w:t>
      </w:r>
      <w:proofErr w:type="spellEnd"/>
      <w:r w:rsidR="00023209" w:rsidRPr="007B473C">
        <w:rPr>
          <w:rFonts w:asciiTheme="majorHAnsi" w:eastAsiaTheme="majorEastAsia" w:hAnsiTheme="majorHAnsi" w:cstheme="majorBidi"/>
          <w:lang w:val="en-US" w:eastAsia="en-US"/>
        </w:rPr>
        <w:t xml:space="preserve"> a </w:t>
      </w:r>
      <w:proofErr w:type="spellStart"/>
      <w:r w:rsidR="00023209" w:rsidRPr="007B473C">
        <w:rPr>
          <w:rFonts w:asciiTheme="majorHAnsi" w:eastAsiaTheme="majorEastAsia" w:hAnsiTheme="majorHAnsi" w:cstheme="majorBidi"/>
          <w:lang w:val="en-US" w:eastAsia="en-US"/>
        </w:rPr>
        <w:t>condividere</w:t>
      </w:r>
      <w:proofErr w:type="spellEnd"/>
      <w:r w:rsidR="00023209" w:rsidRPr="007B473C">
        <w:rPr>
          <w:rFonts w:asciiTheme="majorHAnsi" w:eastAsiaTheme="majorEastAsia" w:hAnsiTheme="majorHAnsi" w:cstheme="majorBidi"/>
          <w:lang w:val="en-US" w:eastAsia="en-US"/>
        </w:rPr>
        <w:t xml:space="preserve"> con AUSER la propria </w:t>
      </w:r>
      <w:proofErr w:type="spellStart"/>
      <w:r w:rsidR="00023209" w:rsidRPr="007B473C">
        <w:rPr>
          <w:rFonts w:asciiTheme="majorHAnsi" w:eastAsiaTheme="majorEastAsia" w:hAnsiTheme="majorHAnsi" w:cstheme="majorBidi"/>
          <w:lang w:val="en-US" w:eastAsia="en-US"/>
        </w:rPr>
        <w:t>sede</w:t>
      </w:r>
      <w:proofErr w:type="spellEnd"/>
      <w:r w:rsidR="00023209" w:rsidRPr="007B473C">
        <w:rPr>
          <w:rFonts w:asciiTheme="majorHAnsi" w:eastAsiaTheme="majorEastAsia" w:hAnsiTheme="majorHAnsi" w:cstheme="majorBidi"/>
          <w:lang w:val="en-US" w:eastAsia="en-US"/>
        </w:rPr>
        <w:t xml:space="preserve">, </w:t>
      </w:r>
      <w:proofErr w:type="spellStart"/>
      <w:r w:rsidR="00023209" w:rsidRPr="007B473C">
        <w:rPr>
          <w:rFonts w:asciiTheme="majorHAnsi" w:eastAsiaTheme="majorEastAsia" w:hAnsiTheme="majorHAnsi" w:cstheme="majorBidi"/>
          <w:lang w:val="en-US" w:eastAsia="en-US"/>
        </w:rPr>
        <w:t>dotata</w:t>
      </w:r>
      <w:proofErr w:type="spellEnd"/>
      <w:r w:rsidR="00023209" w:rsidRPr="007B473C">
        <w:rPr>
          <w:rFonts w:asciiTheme="majorHAnsi" w:eastAsiaTheme="majorEastAsia" w:hAnsiTheme="majorHAnsi" w:cstheme="majorBidi"/>
          <w:lang w:val="en-US" w:eastAsia="en-US"/>
        </w:rPr>
        <w:t xml:space="preserve"> di </w:t>
      </w:r>
      <w:proofErr w:type="spellStart"/>
      <w:r w:rsidR="00023209" w:rsidRPr="007B473C">
        <w:rPr>
          <w:rFonts w:asciiTheme="majorHAnsi" w:eastAsiaTheme="majorEastAsia" w:hAnsiTheme="majorHAnsi" w:cstheme="majorBidi"/>
          <w:lang w:val="en-US" w:eastAsia="en-US"/>
        </w:rPr>
        <w:t>diversi</w:t>
      </w:r>
      <w:proofErr w:type="spellEnd"/>
      <w:r w:rsidR="00023209" w:rsidRPr="007B473C">
        <w:rPr>
          <w:rFonts w:asciiTheme="majorHAnsi" w:eastAsiaTheme="majorEastAsia" w:hAnsiTheme="majorHAnsi" w:cstheme="majorBidi"/>
          <w:lang w:val="en-US" w:eastAsia="en-US"/>
        </w:rPr>
        <w:t xml:space="preserve"> </w:t>
      </w:r>
      <w:proofErr w:type="spellStart"/>
      <w:r w:rsidR="00023209" w:rsidRPr="007B473C">
        <w:rPr>
          <w:rFonts w:asciiTheme="majorHAnsi" w:eastAsiaTheme="majorEastAsia" w:hAnsiTheme="majorHAnsi" w:cstheme="majorBidi"/>
          <w:lang w:val="en-US" w:eastAsia="en-US"/>
        </w:rPr>
        <w:t>locali</w:t>
      </w:r>
      <w:proofErr w:type="spellEnd"/>
      <w:r w:rsidR="00023209" w:rsidRPr="007B473C">
        <w:rPr>
          <w:rFonts w:asciiTheme="majorHAnsi" w:eastAsiaTheme="majorEastAsia" w:hAnsiTheme="majorHAnsi" w:cstheme="majorBidi"/>
          <w:lang w:val="en-US" w:eastAsia="en-US"/>
        </w:rPr>
        <w:t xml:space="preserve"> </w:t>
      </w:r>
      <w:proofErr w:type="spellStart"/>
      <w:r w:rsidR="00023209" w:rsidRPr="007B473C">
        <w:rPr>
          <w:rFonts w:asciiTheme="majorHAnsi" w:eastAsiaTheme="majorEastAsia" w:hAnsiTheme="majorHAnsi" w:cstheme="majorBidi"/>
          <w:lang w:val="en-US" w:eastAsia="en-US"/>
        </w:rPr>
        <w:t>anche</w:t>
      </w:r>
      <w:proofErr w:type="spellEnd"/>
      <w:r w:rsidR="00023209" w:rsidRPr="007B473C">
        <w:rPr>
          <w:rFonts w:asciiTheme="majorHAnsi" w:eastAsiaTheme="majorEastAsia" w:hAnsiTheme="majorHAnsi" w:cstheme="majorBidi"/>
          <w:lang w:val="en-US" w:eastAsia="en-US"/>
        </w:rPr>
        <w:t xml:space="preserve"> di </w:t>
      </w:r>
      <w:proofErr w:type="spellStart"/>
      <w:r w:rsidR="00023209" w:rsidRPr="007B473C">
        <w:rPr>
          <w:rFonts w:asciiTheme="majorHAnsi" w:eastAsiaTheme="majorEastAsia" w:hAnsiTheme="majorHAnsi" w:cstheme="majorBidi"/>
          <w:lang w:val="en-US" w:eastAsia="en-US"/>
        </w:rPr>
        <w:t>ampia</w:t>
      </w:r>
      <w:proofErr w:type="spellEnd"/>
      <w:r w:rsidR="00023209" w:rsidRPr="007B473C">
        <w:rPr>
          <w:rFonts w:asciiTheme="majorHAnsi" w:eastAsiaTheme="majorEastAsia" w:hAnsiTheme="majorHAnsi" w:cstheme="majorBidi"/>
          <w:lang w:val="en-US" w:eastAsia="en-US"/>
        </w:rPr>
        <w:t xml:space="preserve"> </w:t>
      </w:r>
      <w:proofErr w:type="spellStart"/>
      <w:r w:rsidR="00023209" w:rsidRPr="007B473C">
        <w:rPr>
          <w:rFonts w:asciiTheme="majorHAnsi" w:eastAsiaTheme="majorEastAsia" w:hAnsiTheme="majorHAnsi" w:cstheme="majorBidi"/>
          <w:lang w:val="en-US" w:eastAsia="en-US"/>
        </w:rPr>
        <w:t>dimensione</w:t>
      </w:r>
      <w:proofErr w:type="spellEnd"/>
      <w:r w:rsidR="00023209" w:rsidRPr="007B473C">
        <w:rPr>
          <w:rFonts w:asciiTheme="majorHAnsi" w:eastAsiaTheme="majorEastAsia" w:hAnsiTheme="majorHAnsi" w:cstheme="majorBidi"/>
          <w:lang w:val="en-US" w:eastAsia="en-US"/>
        </w:rPr>
        <w:t xml:space="preserve">, dove </w:t>
      </w:r>
      <w:r>
        <w:rPr>
          <w:rFonts w:asciiTheme="majorHAnsi" w:eastAsiaTheme="majorEastAsia" w:hAnsiTheme="majorHAnsi" w:cstheme="majorBidi"/>
          <w:lang w:val="en-US" w:eastAsia="en-US"/>
        </w:rPr>
        <w:t xml:space="preserve">è </w:t>
      </w:r>
      <w:proofErr w:type="spellStart"/>
      <w:r>
        <w:rPr>
          <w:rFonts w:asciiTheme="majorHAnsi" w:eastAsiaTheme="majorEastAsia" w:hAnsiTheme="majorHAnsi" w:cstheme="majorBidi"/>
          <w:lang w:val="en-US" w:eastAsia="en-US"/>
        </w:rPr>
        <w:t>possibile</w:t>
      </w:r>
      <w:proofErr w:type="spellEnd"/>
      <w:r w:rsidR="00023209" w:rsidRPr="007B473C">
        <w:rPr>
          <w:rFonts w:asciiTheme="majorHAnsi" w:eastAsiaTheme="majorEastAsia" w:hAnsiTheme="majorHAnsi" w:cstheme="majorBidi"/>
          <w:lang w:val="en-US" w:eastAsia="en-US"/>
        </w:rPr>
        <w:t xml:space="preserve"> </w:t>
      </w:r>
      <w:proofErr w:type="spellStart"/>
      <w:r w:rsidR="00023209" w:rsidRPr="007B473C">
        <w:rPr>
          <w:rFonts w:asciiTheme="majorHAnsi" w:eastAsiaTheme="majorEastAsia" w:hAnsiTheme="majorHAnsi" w:cstheme="majorBidi"/>
          <w:lang w:val="en-US" w:eastAsia="en-US"/>
        </w:rPr>
        <w:t>organizzare</w:t>
      </w:r>
      <w:proofErr w:type="spellEnd"/>
      <w:r w:rsidR="00023209" w:rsidRPr="007B473C">
        <w:rPr>
          <w:rFonts w:asciiTheme="majorHAnsi" w:eastAsiaTheme="majorEastAsia" w:hAnsiTheme="majorHAnsi" w:cstheme="majorBidi"/>
          <w:lang w:val="en-US" w:eastAsia="en-US"/>
        </w:rPr>
        <w:t xml:space="preserve"> </w:t>
      </w:r>
      <w:proofErr w:type="spellStart"/>
      <w:r w:rsidR="00023209" w:rsidRPr="007B473C">
        <w:rPr>
          <w:rFonts w:asciiTheme="majorHAnsi" w:eastAsiaTheme="majorEastAsia" w:hAnsiTheme="majorHAnsi" w:cstheme="majorBidi"/>
          <w:lang w:val="en-US" w:eastAsia="en-US"/>
        </w:rPr>
        <w:t>attività</w:t>
      </w:r>
      <w:proofErr w:type="spellEnd"/>
      <w:r w:rsidR="00023209" w:rsidRPr="007B473C">
        <w:rPr>
          <w:rFonts w:asciiTheme="majorHAnsi" w:eastAsiaTheme="majorEastAsia" w:hAnsiTheme="majorHAnsi" w:cstheme="majorBidi"/>
          <w:lang w:val="en-US" w:eastAsia="en-US"/>
        </w:rPr>
        <w:t xml:space="preserve"> diverse di </w:t>
      </w:r>
      <w:proofErr w:type="spellStart"/>
      <w:r w:rsidR="00023209" w:rsidRPr="007B473C">
        <w:rPr>
          <w:rFonts w:asciiTheme="majorHAnsi" w:eastAsiaTheme="majorEastAsia" w:hAnsiTheme="majorHAnsi" w:cstheme="majorBidi"/>
          <w:lang w:val="en-US" w:eastAsia="en-US"/>
        </w:rPr>
        <w:t>seguito</w:t>
      </w:r>
      <w:proofErr w:type="spellEnd"/>
      <w:r w:rsidR="00023209" w:rsidRPr="007B473C">
        <w:rPr>
          <w:rFonts w:asciiTheme="majorHAnsi" w:eastAsiaTheme="majorEastAsia" w:hAnsiTheme="majorHAnsi" w:cstheme="majorBidi"/>
          <w:lang w:val="en-US" w:eastAsia="en-US"/>
        </w:rPr>
        <w:t xml:space="preserve"> </w:t>
      </w:r>
      <w:proofErr w:type="spellStart"/>
      <w:r w:rsidR="00023209" w:rsidRPr="007B473C">
        <w:rPr>
          <w:rFonts w:asciiTheme="majorHAnsi" w:eastAsiaTheme="majorEastAsia" w:hAnsiTheme="majorHAnsi" w:cstheme="majorBidi"/>
          <w:lang w:val="en-US" w:eastAsia="en-US"/>
        </w:rPr>
        <w:t>riportate</w:t>
      </w:r>
      <w:proofErr w:type="spellEnd"/>
      <w:r w:rsidR="00023209" w:rsidRPr="007B473C">
        <w:rPr>
          <w:rFonts w:asciiTheme="majorHAnsi" w:eastAsiaTheme="majorEastAsia" w:hAnsiTheme="majorHAnsi" w:cstheme="majorBidi"/>
          <w:lang w:val="en-US" w:eastAsia="en-US"/>
        </w:rPr>
        <w:t>:</w:t>
      </w:r>
    </w:p>
    <w:p w14:paraId="43230C4F" w14:textId="77777777" w:rsidR="002B3963" w:rsidRPr="007B473C" w:rsidRDefault="002B3963" w:rsidP="00023209">
      <w:pPr>
        <w:pStyle w:val="NormaleWeb"/>
        <w:spacing w:before="0" w:beforeAutospacing="0" w:after="0" w:afterAutospacing="0"/>
        <w:jc w:val="both"/>
        <w:rPr>
          <w:rFonts w:asciiTheme="majorHAnsi" w:eastAsiaTheme="majorEastAsia" w:hAnsiTheme="majorHAnsi" w:cstheme="majorBidi"/>
          <w:lang w:val="en-US" w:eastAsia="en-US"/>
        </w:rPr>
      </w:pPr>
    </w:p>
    <w:p w14:paraId="329C1DFF" w14:textId="77777777" w:rsidR="002B3963" w:rsidRDefault="00023209" w:rsidP="002B3963">
      <w:pPr>
        <w:pStyle w:val="NormaleWeb"/>
        <w:spacing w:before="0" w:beforeAutospacing="0" w:after="0" w:afterAutospacing="0"/>
        <w:jc w:val="both"/>
        <w:rPr>
          <w:rFonts w:asciiTheme="majorHAnsi" w:eastAsiaTheme="majorEastAsia" w:hAnsiTheme="majorHAnsi" w:cstheme="majorBidi"/>
          <w:lang w:val="en-US" w:eastAsia="en-US"/>
        </w:rPr>
      </w:pPr>
      <w:r w:rsidRPr="007B473C">
        <w:rPr>
          <w:rStyle w:val="Enfasigrassetto"/>
          <w:rFonts w:eastAsiaTheme="majorEastAsia"/>
        </w:rPr>
        <w:t>Servizio consegna medicinali</w:t>
      </w:r>
      <w:r w:rsidRPr="007B473C">
        <w:t xml:space="preserve">: </w:t>
      </w:r>
      <w:proofErr w:type="spellStart"/>
      <w:r w:rsidRPr="007B473C">
        <w:rPr>
          <w:rFonts w:asciiTheme="majorHAnsi" w:eastAsiaTheme="majorEastAsia" w:hAnsiTheme="majorHAnsi" w:cstheme="majorBidi"/>
          <w:lang w:val="en-US" w:eastAsia="en-US"/>
        </w:rPr>
        <w:t>riservato</w:t>
      </w:r>
      <w:proofErr w:type="spellEnd"/>
      <w:r w:rsidRPr="007B473C">
        <w:rPr>
          <w:rFonts w:asciiTheme="majorHAnsi" w:eastAsiaTheme="majorEastAsia" w:hAnsiTheme="majorHAnsi" w:cstheme="majorBidi"/>
          <w:lang w:val="en-US" w:eastAsia="en-US"/>
        </w:rPr>
        <w:t xml:space="preserve"> alle </w:t>
      </w:r>
      <w:proofErr w:type="spellStart"/>
      <w:r w:rsidRPr="007B473C">
        <w:rPr>
          <w:rFonts w:asciiTheme="majorHAnsi" w:eastAsiaTheme="majorEastAsia" w:hAnsiTheme="majorHAnsi" w:cstheme="majorBidi"/>
          <w:lang w:val="en-US" w:eastAsia="en-US"/>
        </w:rPr>
        <w:t>persone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fragili</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dovrebbe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coinvolgere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sia</w:t>
      </w:r>
      <w:proofErr w:type="spellEnd"/>
      <w:r w:rsidRPr="007B473C">
        <w:rPr>
          <w:rFonts w:asciiTheme="majorHAnsi" w:eastAsiaTheme="majorEastAsia" w:hAnsiTheme="majorHAnsi" w:cstheme="majorBidi"/>
          <w:lang w:val="en-US" w:eastAsia="en-US"/>
        </w:rPr>
        <w:t xml:space="preserve"> le </w:t>
      </w:r>
      <w:proofErr w:type="spellStart"/>
      <w:r w:rsidRPr="007B473C">
        <w:rPr>
          <w:rFonts w:asciiTheme="majorHAnsi" w:eastAsiaTheme="majorEastAsia" w:hAnsiTheme="majorHAnsi" w:cstheme="majorBidi"/>
          <w:lang w:val="en-US" w:eastAsia="en-US"/>
        </w:rPr>
        <w:t>farmacie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aronesi</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che</w:t>
      </w:r>
      <w:proofErr w:type="spellEnd"/>
      <w:r w:rsidRPr="007B473C">
        <w:rPr>
          <w:rFonts w:asciiTheme="majorHAnsi" w:eastAsiaTheme="majorEastAsia" w:hAnsiTheme="majorHAnsi" w:cstheme="majorBidi"/>
          <w:lang w:val="en-US" w:eastAsia="en-US"/>
        </w:rPr>
        <w:t xml:space="preserve"> </w:t>
      </w:r>
      <w:r w:rsidR="002B3963">
        <w:rPr>
          <w:rFonts w:asciiTheme="majorHAnsi" w:eastAsiaTheme="majorEastAsia" w:hAnsiTheme="majorHAnsi" w:cstheme="majorBidi"/>
          <w:lang w:val="en-US" w:eastAsia="en-US"/>
        </w:rPr>
        <w:t>I</w:t>
      </w:r>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medici</w:t>
      </w:r>
      <w:proofErr w:type="spellEnd"/>
      <w:r w:rsidRPr="007B473C">
        <w:rPr>
          <w:rFonts w:asciiTheme="majorHAnsi" w:eastAsiaTheme="majorEastAsia" w:hAnsiTheme="majorHAnsi" w:cstheme="majorBidi"/>
          <w:lang w:val="en-US" w:eastAsia="en-US"/>
        </w:rPr>
        <w:t xml:space="preserve"> di base, in modo da </w:t>
      </w:r>
      <w:proofErr w:type="spellStart"/>
      <w:r w:rsidRPr="007B473C">
        <w:rPr>
          <w:rFonts w:asciiTheme="majorHAnsi" w:eastAsiaTheme="majorEastAsia" w:hAnsiTheme="majorHAnsi" w:cstheme="majorBidi"/>
          <w:lang w:val="en-US" w:eastAsia="en-US"/>
        </w:rPr>
        <w:t>consentire</w:t>
      </w:r>
      <w:proofErr w:type="spellEnd"/>
      <w:r w:rsidRPr="007B473C">
        <w:rPr>
          <w:rFonts w:asciiTheme="majorHAnsi" w:eastAsiaTheme="majorEastAsia" w:hAnsiTheme="majorHAnsi" w:cstheme="majorBidi"/>
          <w:lang w:val="en-US" w:eastAsia="en-US"/>
        </w:rPr>
        <w:t xml:space="preserve"> ai </w:t>
      </w:r>
      <w:proofErr w:type="spellStart"/>
      <w:r w:rsidRPr="007B473C">
        <w:rPr>
          <w:rFonts w:asciiTheme="majorHAnsi" w:eastAsiaTheme="majorEastAsia" w:hAnsiTheme="majorHAnsi" w:cstheme="majorBidi"/>
          <w:lang w:val="en-US" w:eastAsia="en-US"/>
        </w:rPr>
        <w:t>volontari</w:t>
      </w:r>
      <w:proofErr w:type="spellEnd"/>
      <w:r w:rsidRPr="007B473C">
        <w:rPr>
          <w:rFonts w:asciiTheme="majorHAnsi" w:eastAsiaTheme="majorEastAsia" w:hAnsiTheme="majorHAnsi" w:cstheme="majorBidi"/>
          <w:lang w:val="en-US" w:eastAsia="en-US"/>
        </w:rPr>
        <w:t xml:space="preserve"> AUSER di </w:t>
      </w:r>
      <w:proofErr w:type="spellStart"/>
      <w:r w:rsidRPr="007B473C">
        <w:rPr>
          <w:rFonts w:asciiTheme="majorHAnsi" w:eastAsiaTheme="majorEastAsia" w:hAnsiTheme="majorHAnsi" w:cstheme="majorBidi"/>
          <w:lang w:val="en-US" w:eastAsia="en-US"/>
        </w:rPr>
        <w:t>ricevere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direttamente</w:t>
      </w:r>
      <w:proofErr w:type="spellEnd"/>
      <w:r w:rsidRPr="007B473C">
        <w:rPr>
          <w:rFonts w:asciiTheme="majorHAnsi" w:eastAsiaTheme="majorEastAsia" w:hAnsiTheme="majorHAnsi" w:cstheme="majorBidi"/>
          <w:lang w:val="en-US" w:eastAsia="en-US"/>
        </w:rPr>
        <w:t xml:space="preserve"> un </w:t>
      </w:r>
      <w:proofErr w:type="spellStart"/>
      <w:r w:rsidRPr="007B473C">
        <w:rPr>
          <w:rFonts w:asciiTheme="majorHAnsi" w:eastAsiaTheme="majorEastAsia" w:hAnsiTheme="majorHAnsi" w:cstheme="majorBidi"/>
          <w:lang w:val="en-US" w:eastAsia="en-US"/>
        </w:rPr>
        <w:t>pacchetto</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contenente</w:t>
      </w:r>
      <w:proofErr w:type="spellEnd"/>
      <w:r w:rsidRPr="007B473C">
        <w:rPr>
          <w:rFonts w:asciiTheme="majorHAnsi" w:eastAsiaTheme="majorEastAsia" w:hAnsiTheme="majorHAnsi" w:cstheme="majorBidi"/>
          <w:lang w:val="en-US" w:eastAsia="en-US"/>
        </w:rPr>
        <w:t xml:space="preserve"> </w:t>
      </w:r>
      <w:r w:rsidR="002B3963">
        <w:rPr>
          <w:rFonts w:asciiTheme="majorHAnsi" w:eastAsiaTheme="majorEastAsia" w:hAnsiTheme="majorHAnsi" w:cstheme="majorBidi"/>
          <w:lang w:val="en-US" w:eastAsia="en-US"/>
        </w:rPr>
        <w:t>I</w:t>
      </w:r>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farmaci</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prescritti</w:t>
      </w:r>
      <w:proofErr w:type="spellEnd"/>
      <w:r w:rsidRPr="007B473C">
        <w:rPr>
          <w:rFonts w:asciiTheme="majorHAnsi" w:eastAsiaTheme="majorEastAsia" w:hAnsiTheme="majorHAnsi" w:cstheme="majorBidi"/>
          <w:lang w:val="en-US" w:eastAsia="en-US"/>
        </w:rPr>
        <w:t xml:space="preserve"> senza </w:t>
      </w:r>
      <w:proofErr w:type="spellStart"/>
      <w:r w:rsidRPr="007B473C">
        <w:rPr>
          <w:rFonts w:asciiTheme="majorHAnsi" w:eastAsiaTheme="majorEastAsia" w:hAnsiTheme="majorHAnsi" w:cstheme="majorBidi"/>
          <w:lang w:val="en-US" w:eastAsia="en-US"/>
        </w:rPr>
        <w:t>conoscerne</w:t>
      </w:r>
      <w:proofErr w:type="spellEnd"/>
      <w:r w:rsidRPr="007B473C">
        <w:rPr>
          <w:rFonts w:asciiTheme="majorHAnsi" w:eastAsiaTheme="majorEastAsia" w:hAnsiTheme="majorHAnsi" w:cstheme="majorBidi"/>
          <w:lang w:val="en-US" w:eastAsia="en-US"/>
        </w:rPr>
        <w:t xml:space="preserve"> il </w:t>
      </w:r>
      <w:proofErr w:type="spellStart"/>
      <w:r w:rsidRPr="007B473C">
        <w:rPr>
          <w:rFonts w:asciiTheme="majorHAnsi" w:eastAsiaTheme="majorEastAsia" w:hAnsiTheme="majorHAnsi" w:cstheme="majorBidi"/>
          <w:lang w:val="en-US" w:eastAsia="en-US"/>
        </w:rPr>
        <w:t>contenuto</w:t>
      </w:r>
      <w:proofErr w:type="spellEnd"/>
      <w:r w:rsidRPr="007B473C">
        <w:rPr>
          <w:rFonts w:asciiTheme="majorHAnsi" w:eastAsiaTheme="majorEastAsia" w:hAnsiTheme="majorHAnsi" w:cstheme="majorBidi"/>
          <w:lang w:val="en-US" w:eastAsia="en-US"/>
        </w:rPr>
        <w:t xml:space="preserve">, al fine di </w:t>
      </w:r>
      <w:proofErr w:type="spellStart"/>
      <w:r w:rsidRPr="007B473C">
        <w:rPr>
          <w:rFonts w:asciiTheme="majorHAnsi" w:eastAsiaTheme="majorEastAsia" w:hAnsiTheme="majorHAnsi" w:cstheme="majorBidi"/>
          <w:lang w:val="en-US" w:eastAsia="en-US"/>
        </w:rPr>
        <w:t>tutelare</w:t>
      </w:r>
      <w:proofErr w:type="spellEnd"/>
      <w:r w:rsidRPr="007B473C">
        <w:rPr>
          <w:rFonts w:asciiTheme="majorHAnsi" w:eastAsiaTheme="majorEastAsia" w:hAnsiTheme="majorHAnsi" w:cstheme="majorBidi"/>
          <w:lang w:val="en-US" w:eastAsia="en-US"/>
        </w:rPr>
        <w:t xml:space="preserve"> al </w:t>
      </w:r>
      <w:proofErr w:type="spellStart"/>
      <w:r w:rsidRPr="007B473C">
        <w:rPr>
          <w:rFonts w:asciiTheme="majorHAnsi" w:eastAsiaTheme="majorEastAsia" w:hAnsiTheme="majorHAnsi" w:cstheme="majorBidi"/>
          <w:lang w:val="en-US" w:eastAsia="en-US"/>
        </w:rPr>
        <w:t>massimo</w:t>
      </w:r>
      <w:proofErr w:type="spellEnd"/>
      <w:r w:rsidRPr="007B473C">
        <w:rPr>
          <w:rFonts w:asciiTheme="majorHAnsi" w:eastAsiaTheme="majorEastAsia" w:hAnsiTheme="majorHAnsi" w:cstheme="majorBidi"/>
          <w:lang w:val="en-US" w:eastAsia="en-US"/>
        </w:rPr>
        <w:t xml:space="preserve"> la privacy </w:t>
      </w:r>
      <w:proofErr w:type="spellStart"/>
      <w:r w:rsidRPr="007B473C">
        <w:rPr>
          <w:rFonts w:asciiTheme="majorHAnsi" w:eastAsiaTheme="majorEastAsia" w:hAnsiTheme="majorHAnsi" w:cstheme="majorBidi"/>
          <w:lang w:val="en-US" w:eastAsia="en-US"/>
        </w:rPr>
        <w:t>degli</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utenti</w:t>
      </w:r>
      <w:proofErr w:type="spellEnd"/>
      <w:r w:rsidRPr="007B473C">
        <w:rPr>
          <w:rFonts w:asciiTheme="majorHAnsi" w:eastAsiaTheme="majorEastAsia" w:hAnsiTheme="majorHAnsi" w:cstheme="majorBidi"/>
          <w:lang w:val="en-US" w:eastAsia="en-US"/>
        </w:rPr>
        <w:t xml:space="preserve">. Il </w:t>
      </w:r>
      <w:proofErr w:type="spellStart"/>
      <w:r w:rsidRPr="007B473C">
        <w:rPr>
          <w:rFonts w:asciiTheme="majorHAnsi" w:eastAsiaTheme="majorEastAsia" w:hAnsiTheme="majorHAnsi" w:cstheme="majorBidi"/>
          <w:lang w:val="en-US" w:eastAsia="en-US"/>
        </w:rPr>
        <w:t>servizio</w:t>
      </w:r>
      <w:proofErr w:type="spellEnd"/>
      <w:r w:rsidRPr="007B473C">
        <w:rPr>
          <w:rFonts w:asciiTheme="majorHAnsi" w:eastAsiaTheme="majorEastAsia" w:hAnsiTheme="majorHAnsi" w:cstheme="majorBidi"/>
          <w:lang w:val="en-US" w:eastAsia="en-US"/>
        </w:rPr>
        <w:t xml:space="preserve"> </w:t>
      </w:r>
      <w:proofErr w:type="spellStart"/>
      <w:r w:rsidR="00A31F67">
        <w:rPr>
          <w:rFonts w:asciiTheme="majorHAnsi" w:eastAsiaTheme="majorEastAsia" w:hAnsiTheme="majorHAnsi" w:cstheme="majorBidi"/>
          <w:lang w:val="en-US" w:eastAsia="en-US"/>
        </w:rPr>
        <w:t>sarà</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svolto</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gratuitamente</w:t>
      </w:r>
      <w:proofErr w:type="spellEnd"/>
      <w:r w:rsidRPr="007B473C">
        <w:rPr>
          <w:rFonts w:asciiTheme="majorHAnsi" w:eastAsiaTheme="majorEastAsia" w:hAnsiTheme="majorHAnsi" w:cstheme="majorBidi"/>
          <w:lang w:val="en-US" w:eastAsia="en-US"/>
        </w:rPr>
        <w:t xml:space="preserve"> per anziani in </w:t>
      </w:r>
      <w:proofErr w:type="spellStart"/>
      <w:r w:rsidRPr="007B473C">
        <w:rPr>
          <w:rFonts w:asciiTheme="majorHAnsi" w:eastAsiaTheme="majorEastAsia" w:hAnsiTheme="majorHAnsi" w:cstheme="majorBidi"/>
          <w:lang w:val="en-US" w:eastAsia="en-US"/>
        </w:rPr>
        <w:t>difficoltà</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economica</w:t>
      </w:r>
      <w:proofErr w:type="spellEnd"/>
      <w:r w:rsidR="00A31F67">
        <w:rPr>
          <w:rFonts w:asciiTheme="majorHAnsi" w:eastAsiaTheme="majorEastAsia" w:hAnsiTheme="majorHAnsi" w:cstheme="majorBidi"/>
          <w:lang w:val="en-US" w:eastAsia="en-US"/>
        </w:rPr>
        <w:t xml:space="preserve"> e per I </w:t>
      </w:r>
      <w:proofErr w:type="spellStart"/>
      <w:r w:rsidR="00A31F67">
        <w:rPr>
          <w:rFonts w:asciiTheme="majorHAnsi" w:eastAsiaTheme="majorEastAsia" w:hAnsiTheme="majorHAnsi" w:cstheme="majorBidi"/>
          <w:lang w:val="en-US" w:eastAsia="en-US"/>
        </w:rPr>
        <w:t>diversamente</w:t>
      </w:r>
      <w:proofErr w:type="spellEnd"/>
      <w:r w:rsidR="00A31F67">
        <w:rPr>
          <w:rFonts w:asciiTheme="majorHAnsi" w:eastAsiaTheme="majorEastAsia" w:hAnsiTheme="majorHAnsi" w:cstheme="majorBidi"/>
          <w:lang w:val="en-US" w:eastAsia="en-US"/>
        </w:rPr>
        <w:t xml:space="preserve"> </w:t>
      </w:r>
      <w:proofErr w:type="spellStart"/>
      <w:r w:rsidR="00A31F67">
        <w:rPr>
          <w:rFonts w:asciiTheme="majorHAnsi" w:eastAsiaTheme="majorEastAsia" w:hAnsiTheme="majorHAnsi" w:cstheme="majorBidi"/>
          <w:lang w:val="en-US" w:eastAsia="en-US"/>
        </w:rPr>
        <w:t>abili</w:t>
      </w:r>
      <w:proofErr w:type="spellEnd"/>
      <w:r w:rsidR="00A31F67">
        <w:rPr>
          <w:rFonts w:asciiTheme="majorHAnsi" w:eastAsiaTheme="majorEastAsia" w:hAnsiTheme="majorHAnsi" w:cstheme="majorBidi"/>
          <w:lang w:val="en-US" w:eastAsia="en-US"/>
        </w:rPr>
        <w:t>.</w:t>
      </w:r>
    </w:p>
    <w:p w14:paraId="2A379DAC" w14:textId="62AF47DC" w:rsidR="002B3963" w:rsidRDefault="002B3963" w:rsidP="00321D4B">
      <w:pPr>
        <w:pStyle w:val="NormaleWeb"/>
        <w:spacing w:before="0" w:beforeAutospacing="0" w:after="0" w:afterAutospacing="0"/>
        <w:jc w:val="both"/>
        <w:rPr>
          <w:rFonts w:asciiTheme="majorHAnsi" w:eastAsiaTheme="majorEastAsia" w:hAnsiTheme="majorHAnsi" w:cstheme="majorBidi"/>
          <w:lang w:val="en-US" w:eastAsia="en-US"/>
        </w:rPr>
      </w:pPr>
      <w:proofErr w:type="spellStart"/>
      <w:r w:rsidRPr="005918F2">
        <w:rPr>
          <w:rFonts w:asciiTheme="majorHAnsi" w:eastAsiaTheme="majorEastAsia" w:hAnsiTheme="majorHAnsi" w:cstheme="majorBidi"/>
          <w:b/>
          <w:bCs/>
          <w:lang w:val="en-US" w:eastAsia="en-US"/>
        </w:rPr>
        <w:t>Consegna</w:t>
      </w:r>
      <w:proofErr w:type="spellEnd"/>
      <w:r w:rsidRPr="005918F2">
        <w:rPr>
          <w:rFonts w:asciiTheme="majorHAnsi" w:eastAsiaTheme="majorEastAsia" w:hAnsiTheme="majorHAnsi" w:cstheme="majorBidi"/>
          <w:b/>
          <w:bCs/>
          <w:lang w:val="en-US" w:eastAsia="en-US"/>
        </w:rPr>
        <w:t xml:space="preserve"> </w:t>
      </w:r>
      <w:proofErr w:type="spellStart"/>
      <w:r w:rsidRPr="005918F2">
        <w:rPr>
          <w:rFonts w:asciiTheme="majorHAnsi" w:eastAsiaTheme="majorEastAsia" w:hAnsiTheme="majorHAnsi" w:cstheme="majorBidi"/>
          <w:b/>
          <w:bCs/>
          <w:lang w:val="en-US" w:eastAsia="en-US"/>
        </w:rPr>
        <w:t>spesa</w:t>
      </w:r>
      <w:proofErr w:type="spellEnd"/>
      <w:r w:rsidRPr="005918F2">
        <w:rPr>
          <w:rFonts w:asciiTheme="majorHAnsi" w:eastAsiaTheme="majorEastAsia" w:hAnsiTheme="majorHAnsi" w:cstheme="majorBidi"/>
          <w:b/>
          <w:bCs/>
          <w:lang w:val="en-US" w:eastAsia="en-US"/>
        </w:rPr>
        <w:t xml:space="preserve"> a </w:t>
      </w:r>
      <w:proofErr w:type="spellStart"/>
      <w:r w:rsidRPr="005918F2">
        <w:rPr>
          <w:rFonts w:asciiTheme="majorHAnsi" w:eastAsiaTheme="majorEastAsia" w:hAnsiTheme="majorHAnsi" w:cstheme="majorBidi"/>
          <w:b/>
          <w:bCs/>
          <w:lang w:val="en-US" w:eastAsia="en-US"/>
        </w:rPr>
        <w:t>domicilio</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si</w:t>
      </w:r>
      <w:proofErr w:type="spellEnd"/>
      <w:r w:rsidRPr="007B473C">
        <w:rPr>
          <w:rFonts w:asciiTheme="majorHAnsi" w:eastAsiaTheme="majorEastAsia" w:hAnsiTheme="majorHAnsi" w:cstheme="majorBidi"/>
          <w:lang w:val="en-US" w:eastAsia="en-US"/>
        </w:rPr>
        <w:t xml:space="preserve"> propone un </w:t>
      </w:r>
      <w:proofErr w:type="spellStart"/>
      <w:r w:rsidRPr="007B473C">
        <w:rPr>
          <w:rFonts w:asciiTheme="majorHAnsi" w:eastAsiaTheme="majorEastAsia" w:hAnsiTheme="majorHAnsi" w:cstheme="majorBidi"/>
          <w:lang w:val="en-US" w:eastAsia="en-US"/>
        </w:rPr>
        <w:t>servizio</w:t>
      </w:r>
      <w:proofErr w:type="spellEnd"/>
      <w:r w:rsidRPr="007B473C">
        <w:rPr>
          <w:rFonts w:asciiTheme="majorHAnsi" w:eastAsiaTheme="majorEastAsia" w:hAnsiTheme="majorHAnsi" w:cstheme="majorBidi"/>
          <w:lang w:val="en-US" w:eastAsia="en-US"/>
        </w:rPr>
        <w:t xml:space="preserve"> di </w:t>
      </w:r>
      <w:proofErr w:type="spellStart"/>
      <w:r w:rsidRPr="007B473C">
        <w:rPr>
          <w:rFonts w:asciiTheme="majorHAnsi" w:eastAsiaTheme="majorEastAsia" w:hAnsiTheme="majorHAnsi" w:cstheme="majorBidi"/>
          <w:lang w:val="en-US" w:eastAsia="en-US"/>
        </w:rPr>
        <w:t>supporto</w:t>
      </w:r>
      <w:proofErr w:type="spellEnd"/>
      <w:r w:rsidRPr="007B473C">
        <w:rPr>
          <w:rFonts w:asciiTheme="majorHAnsi" w:eastAsiaTheme="majorEastAsia" w:hAnsiTheme="majorHAnsi" w:cstheme="majorBidi"/>
          <w:lang w:val="en-US" w:eastAsia="en-US"/>
        </w:rPr>
        <w:t xml:space="preserve"> per la </w:t>
      </w:r>
      <w:proofErr w:type="spellStart"/>
      <w:r w:rsidRPr="007B473C">
        <w:rPr>
          <w:rFonts w:asciiTheme="majorHAnsi" w:eastAsiaTheme="majorEastAsia" w:hAnsiTheme="majorHAnsi" w:cstheme="majorBidi"/>
          <w:lang w:val="en-US" w:eastAsia="en-US"/>
        </w:rPr>
        <w:t>consegna</w:t>
      </w:r>
      <w:proofErr w:type="spellEnd"/>
      <w:r w:rsidRPr="007B473C">
        <w:rPr>
          <w:rFonts w:asciiTheme="majorHAnsi" w:eastAsiaTheme="majorEastAsia" w:hAnsiTheme="majorHAnsi" w:cstheme="majorBidi"/>
          <w:lang w:val="en-US" w:eastAsia="en-US"/>
        </w:rPr>
        <w:t xml:space="preserve"> a </w:t>
      </w:r>
      <w:proofErr w:type="spellStart"/>
      <w:r w:rsidRPr="007B473C">
        <w:rPr>
          <w:rFonts w:asciiTheme="majorHAnsi" w:eastAsiaTheme="majorEastAsia" w:hAnsiTheme="majorHAnsi" w:cstheme="majorBidi"/>
          <w:lang w:val="en-US" w:eastAsia="en-US"/>
        </w:rPr>
        <w:t>domicilio</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della</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spesa</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rivolto</w:t>
      </w:r>
      <w:proofErr w:type="spellEnd"/>
      <w:r w:rsidRPr="007B473C">
        <w:rPr>
          <w:rFonts w:asciiTheme="majorHAnsi" w:eastAsiaTheme="majorEastAsia" w:hAnsiTheme="majorHAnsi" w:cstheme="majorBidi"/>
          <w:lang w:val="en-US" w:eastAsia="en-US"/>
        </w:rPr>
        <w:t xml:space="preserve"> a </w:t>
      </w:r>
      <w:proofErr w:type="spellStart"/>
      <w:r w:rsidRPr="007B473C">
        <w:rPr>
          <w:rFonts w:asciiTheme="majorHAnsi" w:eastAsiaTheme="majorEastAsia" w:hAnsiTheme="majorHAnsi" w:cstheme="majorBidi"/>
          <w:lang w:val="en-US" w:eastAsia="en-US"/>
        </w:rPr>
        <w:t>persone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anziane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disabili</w:t>
      </w:r>
      <w:proofErr w:type="spellEnd"/>
      <w:r w:rsidRPr="007B473C">
        <w:rPr>
          <w:rFonts w:asciiTheme="majorHAnsi" w:eastAsiaTheme="majorEastAsia" w:hAnsiTheme="majorHAnsi" w:cstheme="majorBidi"/>
          <w:lang w:val="en-US" w:eastAsia="en-US"/>
        </w:rPr>
        <w:t xml:space="preserve"> o in </w:t>
      </w:r>
      <w:proofErr w:type="spellStart"/>
      <w:r w:rsidRPr="007B473C">
        <w:rPr>
          <w:rFonts w:asciiTheme="majorHAnsi" w:eastAsiaTheme="majorEastAsia" w:hAnsiTheme="majorHAnsi" w:cstheme="majorBidi"/>
          <w:lang w:val="en-US" w:eastAsia="en-US"/>
        </w:rPr>
        <w:t>isolamento</w:t>
      </w:r>
      <w:proofErr w:type="spellEnd"/>
      <w:r w:rsidRPr="007B473C">
        <w:rPr>
          <w:rFonts w:asciiTheme="majorHAnsi" w:eastAsiaTheme="majorEastAsia" w:hAnsiTheme="majorHAnsi" w:cstheme="majorBidi"/>
          <w:lang w:val="en-US" w:eastAsia="en-US"/>
        </w:rPr>
        <w:t xml:space="preserve">. Il </w:t>
      </w:r>
      <w:proofErr w:type="spellStart"/>
      <w:r w:rsidRPr="007B473C">
        <w:rPr>
          <w:rFonts w:asciiTheme="majorHAnsi" w:eastAsiaTheme="majorEastAsia" w:hAnsiTheme="majorHAnsi" w:cstheme="majorBidi"/>
          <w:lang w:val="en-US" w:eastAsia="en-US"/>
        </w:rPr>
        <w:t>servizio</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potrebbe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avvalersi</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della</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collaborazione</w:t>
      </w:r>
      <w:proofErr w:type="spellEnd"/>
      <w:r w:rsidRPr="007B473C">
        <w:rPr>
          <w:rFonts w:asciiTheme="majorHAnsi" w:eastAsiaTheme="majorEastAsia" w:hAnsiTheme="majorHAnsi" w:cstheme="majorBidi"/>
          <w:lang w:val="en-US" w:eastAsia="en-US"/>
        </w:rPr>
        <w:t xml:space="preserve"> con </w:t>
      </w:r>
      <w:proofErr w:type="spellStart"/>
      <w:r w:rsidRPr="007B473C">
        <w:rPr>
          <w:rFonts w:asciiTheme="majorHAnsi" w:eastAsiaTheme="majorEastAsia" w:hAnsiTheme="majorHAnsi" w:cstheme="majorBidi"/>
          <w:lang w:val="en-US" w:eastAsia="en-US"/>
        </w:rPr>
        <w:t>supermercati</w:t>
      </w:r>
      <w:proofErr w:type="spellEnd"/>
      <w:r w:rsidRPr="007B473C">
        <w:rPr>
          <w:rFonts w:asciiTheme="majorHAnsi" w:eastAsiaTheme="majorEastAsia" w:hAnsiTheme="majorHAnsi" w:cstheme="majorBidi"/>
          <w:lang w:val="en-US" w:eastAsia="en-US"/>
        </w:rPr>
        <w:t>, e</w:t>
      </w:r>
      <w:r w:rsidR="008D57F5">
        <w:rPr>
          <w:rFonts w:asciiTheme="majorHAnsi" w:eastAsiaTheme="majorEastAsia" w:hAnsiTheme="majorHAnsi" w:cstheme="majorBidi"/>
          <w:lang w:val="en-US" w:eastAsia="en-US"/>
        </w:rPr>
        <w:t xml:space="preserve"> </w:t>
      </w:r>
      <w:proofErr w:type="spellStart"/>
      <w:r w:rsidR="008D57F5">
        <w:rPr>
          <w:rFonts w:asciiTheme="majorHAnsi" w:eastAsiaTheme="majorEastAsia" w:hAnsiTheme="majorHAnsi" w:cstheme="majorBidi"/>
          <w:lang w:val="en-US" w:eastAsia="en-US"/>
        </w:rPr>
        <w:t>sarà</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svolto</w:t>
      </w:r>
      <w:proofErr w:type="spellEnd"/>
      <w:r w:rsidRPr="007B473C">
        <w:rPr>
          <w:rFonts w:asciiTheme="majorHAnsi" w:eastAsiaTheme="majorEastAsia" w:hAnsiTheme="majorHAnsi" w:cstheme="majorBidi"/>
          <w:lang w:val="en-US" w:eastAsia="en-US"/>
        </w:rPr>
        <w:t xml:space="preserve"> da </w:t>
      </w:r>
      <w:proofErr w:type="spellStart"/>
      <w:r w:rsidRPr="007B473C">
        <w:rPr>
          <w:rFonts w:asciiTheme="majorHAnsi" w:eastAsiaTheme="majorEastAsia" w:hAnsiTheme="majorHAnsi" w:cstheme="majorBidi"/>
          <w:lang w:val="en-US" w:eastAsia="en-US"/>
        </w:rPr>
        <w:t>volontari</w:t>
      </w:r>
      <w:proofErr w:type="spellEnd"/>
      <w:r w:rsidRPr="007B473C">
        <w:rPr>
          <w:rFonts w:asciiTheme="majorHAnsi" w:eastAsiaTheme="majorEastAsia" w:hAnsiTheme="majorHAnsi" w:cstheme="majorBidi"/>
          <w:lang w:val="en-US" w:eastAsia="en-US"/>
        </w:rPr>
        <w:t xml:space="preserve"> AUSER. </w:t>
      </w:r>
      <w:proofErr w:type="spellStart"/>
      <w:r w:rsidRPr="007B473C">
        <w:rPr>
          <w:rFonts w:asciiTheme="majorHAnsi" w:eastAsiaTheme="majorEastAsia" w:hAnsiTheme="majorHAnsi" w:cstheme="majorBidi"/>
          <w:lang w:val="en-US" w:eastAsia="en-US"/>
        </w:rPr>
        <w:t>L'obiettivo</w:t>
      </w:r>
      <w:proofErr w:type="spellEnd"/>
      <w:r w:rsidRPr="007B473C">
        <w:rPr>
          <w:rFonts w:asciiTheme="majorHAnsi" w:eastAsiaTheme="majorEastAsia" w:hAnsiTheme="majorHAnsi" w:cstheme="majorBidi"/>
          <w:lang w:val="en-US" w:eastAsia="en-US"/>
        </w:rPr>
        <w:t xml:space="preserve"> è </w:t>
      </w:r>
      <w:proofErr w:type="spellStart"/>
      <w:r w:rsidRPr="007B473C">
        <w:rPr>
          <w:rFonts w:asciiTheme="majorHAnsi" w:eastAsiaTheme="majorEastAsia" w:hAnsiTheme="majorHAnsi" w:cstheme="majorBidi"/>
          <w:lang w:val="en-US" w:eastAsia="en-US"/>
        </w:rPr>
        <w:t>garantire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continuità</w:t>
      </w:r>
      <w:proofErr w:type="spellEnd"/>
      <w:r w:rsidRPr="007B473C">
        <w:rPr>
          <w:rFonts w:asciiTheme="majorHAnsi" w:eastAsiaTheme="majorEastAsia" w:hAnsiTheme="majorHAnsi" w:cstheme="majorBidi"/>
          <w:lang w:val="en-US" w:eastAsia="en-US"/>
        </w:rPr>
        <w:t xml:space="preserve"> e </w:t>
      </w:r>
      <w:proofErr w:type="spellStart"/>
      <w:r w:rsidRPr="007B473C">
        <w:rPr>
          <w:rFonts w:asciiTheme="majorHAnsi" w:eastAsiaTheme="majorEastAsia" w:hAnsiTheme="majorHAnsi" w:cstheme="majorBidi"/>
          <w:lang w:val="en-US" w:eastAsia="en-US"/>
        </w:rPr>
        <w:t>sicurezza</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nelle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necessità</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quotidiane</w:t>
      </w:r>
      <w:proofErr w:type="spellEnd"/>
      <w:r w:rsidRPr="007B473C">
        <w:rPr>
          <w:rFonts w:asciiTheme="majorHAnsi" w:eastAsiaTheme="majorEastAsia" w:hAnsiTheme="majorHAnsi" w:cstheme="majorBidi"/>
          <w:lang w:val="en-US" w:eastAsia="en-US"/>
        </w:rPr>
        <w:t xml:space="preserve"> di chi non </w:t>
      </w:r>
      <w:proofErr w:type="spellStart"/>
      <w:r w:rsidRPr="007B473C">
        <w:rPr>
          <w:rFonts w:asciiTheme="majorHAnsi" w:eastAsiaTheme="majorEastAsia" w:hAnsiTheme="majorHAnsi" w:cstheme="majorBidi"/>
          <w:lang w:val="en-US" w:eastAsia="en-US"/>
        </w:rPr>
        <w:t>può</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provvedere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autonomamente</w:t>
      </w:r>
      <w:proofErr w:type="spellEnd"/>
      <w:r w:rsidRPr="007B473C">
        <w:rPr>
          <w:rFonts w:asciiTheme="majorHAnsi" w:eastAsiaTheme="majorEastAsia" w:hAnsiTheme="majorHAnsi" w:cstheme="majorBidi"/>
          <w:lang w:val="en-US" w:eastAsia="en-US"/>
        </w:rPr>
        <w:t>.</w:t>
      </w:r>
    </w:p>
    <w:p w14:paraId="32A8A7C0" w14:textId="60D847AC" w:rsidR="00422FB9" w:rsidRDefault="00023209" w:rsidP="00422FB9">
      <w:pPr>
        <w:pStyle w:val="NormaleWeb"/>
        <w:spacing w:before="0" w:beforeAutospacing="0" w:after="0" w:afterAutospacing="0"/>
        <w:jc w:val="both"/>
        <w:rPr>
          <w:rFonts w:asciiTheme="majorHAnsi" w:eastAsiaTheme="majorEastAsia" w:hAnsiTheme="majorHAnsi" w:cstheme="majorBidi"/>
          <w:lang w:val="en-US" w:eastAsia="en-US"/>
        </w:rPr>
      </w:pPr>
      <w:proofErr w:type="spellStart"/>
      <w:r w:rsidRPr="007B473C">
        <w:rPr>
          <w:rFonts w:asciiTheme="majorHAnsi" w:eastAsiaTheme="majorEastAsia" w:hAnsiTheme="majorHAnsi" w:cstheme="majorBidi"/>
          <w:b/>
          <w:bCs/>
          <w:lang w:val="en-US" w:eastAsia="en-US"/>
        </w:rPr>
        <w:t>Adotta</w:t>
      </w:r>
      <w:proofErr w:type="spellEnd"/>
      <w:r w:rsidRPr="007B473C">
        <w:rPr>
          <w:rFonts w:asciiTheme="majorHAnsi" w:eastAsiaTheme="majorEastAsia" w:hAnsiTheme="majorHAnsi" w:cstheme="majorBidi"/>
          <w:b/>
          <w:bCs/>
          <w:lang w:val="en-US" w:eastAsia="en-US"/>
        </w:rPr>
        <w:t xml:space="preserve"> un </w:t>
      </w:r>
      <w:proofErr w:type="spellStart"/>
      <w:r w:rsidRPr="007B473C">
        <w:rPr>
          <w:rFonts w:asciiTheme="majorHAnsi" w:eastAsiaTheme="majorEastAsia" w:hAnsiTheme="majorHAnsi" w:cstheme="majorBidi"/>
          <w:b/>
          <w:bCs/>
          <w:lang w:val="en-US" w:eastAsia="en-US"/>
        </w:rPr>
        <w:t>nonno</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l'idea</w:t>
      </w:r>
      <w:proofErr w:type="spellEnd"/>
      <w:r w:rsidRPr="007B473C">
        <w:rPr>
          <w:rFonts w:asciiTheme="majorHAnsi" w:eastAsiaTheme="majorEastAsia" w:hAnsiTheme="majorHAnsi" w:cstheme="majorBidi"/>
          <w:lang w:val="en-US" w:eastAsia="en-US"/>
        </w:rPr>
        <w:t xml:space="preserve"> è </w:t>
      </w:r>
      <w:proofErr w:type="spellStart"/>
      <w:r w:rsidRPr="007B473C">
        <w:rPr>
          <w:rFonts w:asciiTheme="majorHAnsi" w:eastAsiaTheme="majorEastAsia" w:hAnsiTheme="majorHAnsi" w:cstheme="majorBidi"/>
          <w:lang w:val="en-US" w:eastAsia="en-US"/>
        </w:rPr>
        <w:t>quella</w:t>
      </w:r>
      <w:proofErr w:type="spellEnd"/>
      <w:r w:rsidRPr="007B473C">
        <w:rPr>
          <w:rFonts w:asciiTheme="majorHAnsi" w:eastAsiaTheme="majorEastAsia" w:hAnsiTheme="majorHAnsi" w:cstheme="majorBidi"/>
          <w:lang w:val="en-US" w:eastAsia="en-US"/>
        </w:rPr>
        <w:t xml:space="preserve"> di </w:t>
      </w:r>
      <w:proofErr w:type="spellStart"/>
      <w:r w:rsidRPr="007B473C">
        <w:rPr>
          <w:rFonts w:asciiTheme="majorHAnsi" w:eastAsiaTheme="majorEastAsia" w:hAnsiTheme="majorHAnsi" w:cstheme="majorBidi"/>
          <w:lang w:val="en-US" w:eastAsia="en-US"/>
        </w:rPr>
        <w:t>favorire</w:t>
      </w:r>
      <w:proofErr w:type="spellEnd"/>
      <w:r w:rsidRPr="007B473C">
        <w:rPr>
          <w:rFonts w:asciiTheme="majorHAnsi" w:eastAsiaTheme="majorEastAsia" w:hAnsiTheme="majorHAnsi" w:cstheme="majorBidi"/>
          <w:lang w:val="en-US" w:eastAsia="en-US"/>
        </w:rPr>
        <w:t xml:space="preserve"> lo </w:t>
      </w:r>
      <w:proofErr w:type="spellStart"/>
      <w:r w:rsidRPr="007B473C">
        <w:rPr>
          <w:rFonts w:asciiTheme="majorHAnsi" w:eastAsiaTheme="majorEastAsia" w:hAnsiTheme="majorHAnsi" w:cstheme="majorBidi"/>
          <w:lang w:val="en-US" w:eastAsia="en-US"/>
        </w:rPr>
        <w:t>scambio</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intergenerazionale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mitigando</w:t>
      </w:r>
      <w:proofErr w:type="spellEnd"/>
      <w:r w:rsidRPr="007B473C">
        <w:rPr>
          <w:rFonts w:asciiTheme="majorHAnsi" w:eastAsiaTheme="majorEastAsia" w:hAnsiTheme="majorHAnsi" w:cstheme="majorBidi"/>
          <w:lang w:val="en-US" w:eastAsia="en-US"/>
        </w:rPr>
        <w:t xml:space="preserve"> il senso di </w:t>
      </w:r>
      <w:proofErr w:type="spellStart"/>
      <w:r w:rsidRPr="007B473C">
        <w:rPr>
          <w:rFonts w:asciiTheme="majorHAnsi" w:eastAsiaTheme="majorEastAsia" w:hAnsiTheme="majorHAnsi" w:cstheme="majorBidi"/>
          <w:lang w:val="en-US" w:eastAsia="en-US"/>
        </w:rPr>
        <w:t>solitudine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che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spesso</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affligge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gli</w:t>
      </w:r>
      <w:proofErr w:type="spellEnd"/>
      <w:r w:rsidRPr="007B473C">
        <w:rPr>
          <w:rFonts w:asciiTheme="majorHAnsi" w:eastAsiaTheme="majorEastAsia" w:hAnsiTheme="majorHAnsi" w:cstheme="majorBidi"/>
          <w:lang w:val="en-US" w:eastAsia="en-US"/>
        </w:rPr>
        <w:t xml:space="preserve"> anziani, </w:t>
      </w:r>
      <w:proofErr w:type="spellStart"/>
      <w:r w:rsidRPr="007B473C">
        <w:rPr>
          <w:rFonts w:asciiTheme="majorHAnsi" w:eastAsiaTheme="majorEastAsia" w:hAnsiTheme="majorHAnsi" w:cstheme="majorBidi"/>
          <w:lang w:val="en-US" w:eastAsia="en-US"/>
        </w:rPr>
        <w:t>soprattutto</w:t>
      </w:r>
      <w:proofErr w:type="spellEnd"/>
      <w:r w:rsidRPr="007B473C">
        <w:rPr>
          <w:rFonts w:asciiTheme="majorHAnsi" w:eastAsiaTheme="majorEastAsia" w:hAnsiTheme="majorHAnsi" w:cstheme="majorBidi"/>
          <w:lang w:val="en-US" w:eastAsia="en-US"/>
        </w:rPr>
        <w:t xml:space="preserve"> se soli o con </w:t>
      </w:r>
      <w:proofErr w:type="spellStart"/>
      <w:r w:rsidRPr="007B473C">
        <w:rPr>
          <w:rFonts w:asciiTheme="majorHAnsi" w:eastAsiaTheme="majorEastAsia" w:hAnsiTheme="majorHAnsi" w:cstheme="majorBidi"/>
          <w:lang w:val="en-US" w:eastAsia="en-US"/>
        </w:rPr>
        <w:t>famiglie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lontane</w:t>
      </w:r>
      <w:proofErr w:type="spellEnd"/>
      <w:r w:rsidRPr="007B473C">
        <w:rPr>
          <w:rFonts w:asciiTheme="majorHAnsi" w:eastAsiaTheme="majorEastAsia" w:hAnsiTheme="majorHAnsi" w:cstheme="majorBidi"/>
          <w:lang w:val="en-US" w:eastAsia="en-US"/>
        </w:rPr>
        <w:t xml:space="preserve">, e </w:t>
      </w:r>
      <w:proofErr w:type="spellStart"/>
      <w:r w:rsidRPr="007B473C">
        <w:rPr>
          <w:rFonts w:asciiTheme="majorHAnsi" w:eastAsiaTheme="majorEastAsia" w:hAnsiTheme="majorHAnsi" w:cstheme="majorBidi"/>
          <w:lang w:val="en-US" w:eastAsia="en-US"/>
        </w:rPr>
        <w:t>incentivando</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i</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giovani</w:t>
      </w:r>
      <w:proofErr w:type="spellEnd"/>
      <w:r w:rsidRPr="007B473C">
        <w:rPr>
          <w:rFonts w:asciiTheme="majorHAnsi" w:eastAsiaTheme="majorEastAsia" w:hAnsiTheme="majorHAnsi" w:cstheme="majorBidi"/>
          <w:lang w:val="en-US" w:eastAsia="en-US"/>
        </w:rPr>
        <w:t xml:space="preserve"> (4° e 5° anno </w:t>
      </w:r>
      <w:proofErr w:type="spellStart"/>
      <w:r w:rsidRPr="007B473C">
        <w:rPr>
          <w:rFonts w:asciiTheme="majorHAnsi" w:eastAsiaTheme="majorEastAsia" w:hAnsiTheme="majorHAnsi" w:cstheme="majorBidi"/>
          <w:lang w:val="en-US" w:eastAsia="en-US"/>
        </w:rPr>
        <w:t>delle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scuole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superiori</w:t>
      </w:r>
      <w:proofErr w:type="spellEnd"/>
      <w:r w:rsidRPr="007B473C">
        <w:rPr>
          <w:rFonts w:asciiTheme="majorHAnsi" w:eastAsiaTheme="majorEastAsia" w:hAnsiTheme="majorHAnsi" w:cstheme="majorBidi"/>
          <w:lang w:val="en-US" w:eastAsia="en-US"/>
        </w:rPr>
        <w:t xml:space="preserve">) a </w:t>
      </w:r>
      <w:proofErr w:type="spellStart"/>
      <w:r w:rsidRPr="007B473C">
        <w:rPr>
          <w:rFonts w:asciiTheme="majorHAnsi" w:eastAsiaTheme="majorEastAsia" w:hAnsiTheme="majorHAnsi" w:cstheme="majorBidi"/>
          <w:lang w:val="en-US" w:eastAsia="en-US"/>
        </w:rPr>
        <w:t>svolgere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attività</w:t>
      </w:r>
      <w:proofErr w:type="spellEnd"/>
      <w:r w:rsidRPr="007B473C">
        <w:rPr>
          <w:rFonts w:asciiTheme="majorHAnsi" w:eastAsiaTheme="majorEastAsia" w:hAnsiTheme="majorHAnsi" w:cstheme="majorBidi"/>
          <w:lang w:val="en-US" w:eastAsia="en-US"/>
        </w:rPr>
        <w:t xml:space="preserve"> di </w:t>
      </w:r>
      <w:proofErr w:type="spellStart"/>
      <w:r w:rsidRPr="007B473C">
        <w:rPr>
          <w:rFonts w:asciiTheme="majorHAnsi" w:eastAsiaTheme="majorEastAsia" w:hAnsiTheme="majorHAnsi" w:cstheme="majorBidi"/>
          <w:lang w:val="en-US" w:eastAsia="en-US"/>
        </w:rPr>
        <w:t>volontariato</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L'idea</w:t>
      </w:r>
      <w:proofErr w:type="spellEnd"/>
      <w:r w:rsidRPr="007B473C">
        <w:rPr>
          <w:rFonts w:asciiTheme="majorHAnsi" w:eastAsiaTheme="majorEastAsia" w:hAnsiTheme="majorHAnsi" w:cstheme="majorBidi"/>
          <w:lang w:val="en-US" w:eastAsia="en-US"/>
        </w:rPr>
        <w:t xml:space="preserve"> è </w:t>
      </w:r>
      <w:proofErr w:type="spellStart"/>
      <w:r w:rsidRPr="007B473C">
        <w:rPr>
          <w:rFonts w:asciiTheme="majorHAnsi" w:eastAsiaTheme="majorEastAsia" w:hAnsiTheme="majorHAnsi" w:cstheme="majorBidi"/>
          <w:lang w:val="en-US" w:eastAsia="en-US"/>
        </w:rPr>
        <w:t>mutuata</w:t>
      </w:r>
      <w:proofErr w:type="spellEnd"/>
      <w:r w:rsidRPr="007B473C">
        <w:rPr>
          <w:rFonts w:asciiTheme="majorHAnsi" w:eastAsiaTheme="majorEastAsia" w:hAnsiTheme="majorHAnsi" w:cstheme="majorBidi"/>
          <w:lang w:val="en-US" w:eastAsia="en-US"/>
        </w:rPr>
        <w:t xml:space="preserve"> dal Progetto PON</w:t>
      </w:r>
      <w:r w:rsidR="00422FB9">
        <w:rPr>
          <w:rFonts w:asciiTheme="majorHAnsi" w:eastAsiaTheme="majorEastAsia" w:hAnsiTheme="majorHAnsi" w:cstheme="majorBidi"/>
          <w:lang w:val="en-US" w:eastAsia="en-US"/>
        </w:rPr>
        <w:t>Y</w:t>
      </w:r>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realizzato</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dall'AUSER</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regionale</w:t>
      </w:r>
      <w:proofErr w:type="spellEnd"/>
      <w:r w:rsidRPr="007B473C">
        <w:rPr>
          <w:rFonts w:asciiTheme="majorHAnsi" w:eastAsiaTheme="majorEastAsia" w:hAnsiTheme="majorHAnsi" w:cstheme="majorBidi"/>
          <w:lang w:val="en-US" w:eastAsia="en-US"/>
        </w:rPr>
        <w:t xml:space="preserve"> (cui la </w:t>
      </w:r>
      <w:proofErr w:type="spellStart"/>
      <w:r w:rsidRPr="007B473C">
        <w:rPr>
          <w:rFonts w:asciiTheme="majorHAnsi" w:eastAsiaTheme="majorEastAsia" w:hAnsiTheme="majorHAnsi" w:cstheme="majorBidi"/>
          <w:lang w:val="en-US" w:eastAsia="en-US"/>
        </w:rPr>
        <w:t>sezione</w:t>
      </w:r>
      <w:proofErr w:type="spellEnd"/>
      <w:r w:rsidRPr="007B473C">
        <w:rPr>
          <w:rFonts w:asciiTheme="majorHAnsi" w:eastAsiaTheme="majorEastAsia" w:hAnsiTheme="majorHAnsi" w:cstheme="majorBidi"/>
          <w:lang w:val="en-US" w:eastAsia="en-US"/>
        </w:rPr>
        <w:t xml:space="preserve"> di Arona </w:t>
      </w:r>
      <w:proofErr w:type="spellStart"/>
      <w:r w:rsidRPr="007B473C">
        <w:rPr>
          <w:rFonts w:asciiTheme="majorHAnsi" w:eastAsiaTheme="majorEastAsia" w:hAnsiTheme="majorHAnsi" w:cstheme="majorBidi"/>
          <w:lang w:val="en-US" w:eastAsia="en-US"/>
        </w:rPr>
        <w:t>aveva</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partecipato</w:t>
      </w:r>
      <w:proofErr w:type="spellEnd"/>
      <w:r w:rsidRPr="007B473C">
        <w:rPr>
          <w:rFonts w:asciiTheme="majorHAnsi" w:eastAsiaTheme="majorEastAsia" w:hAnsiTheme="majorHAnsi" w:cstheme="majorBidi"/>
          <w:lang w:val="en-US" w:eastAsia="en-US"/>
        </w:rPr>
        <w:t xml:space="preserve">). I </w:t>
      </w:r>
      <w:proofErr w:type="spellStart"/>
      <w:r w:rsidRPr="007B473C">
        <w:rPr>
          <w:rFonts w:asciiTheme="majorHAnsi" w:eastAsiaTheme="majorEastAsia" w:hAnsiTheme="majorHAnsi" w:cstheme="majorBidi"/>
          <w:lang w:val="en-US" w:eastAsia="en-US"/>
        </w:rPr>
        <w:t>ragazzi</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selezionati</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presso</w:t>
      </w:r>
      <w:proofErr w:type="spellEnd"/>
      <w:r w:rsidRPr="007B473C">
        <w:rPr>
          <w:rFonts w:asciiTheme="majorHAnsi" w:eastAsiaTheme="majorEastAsia" w:hAnsiTheme="majorHAnsi" w:cstheme="majorBidi"/>
          <w:lang w:val="en-US" w:eastAsia="en-US"/>
        </w:rPr>
        <w:t xml:space="preserve"> le </w:t>
      </w:r>
      <w:proofErr w:type="spellStart"/>
      <w:r w:rsidRPr="007B473C">
        <w:rPr>
          <w:rFonts w:asciiTheme="majorHAnsi" w:eastAsiaTheme="majorEastAsia" w:hAnsiTheme="majorHAnsi" w:cstheme="majorBidi"/>
          <w:lang w:val="en-US" w:eastAsia="en-US"/>
        </w:rPr>
        <w:t>scuole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aronesi</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dovrebbero</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impegnarsi</w:t>
      </w:r>
      <w:proofErr w:type="spellEnd"/>
      <w:r w:rsidRPr="007B473C">
        <w:rPr>
          <w:rFonts w:asciiTheme="majorHAnsi" w:eastAsiaTheme="majorEastAsia" w:hAnsiTheme="majorHAnsi" w:cstheme="majorBidi"/>
          <w:lang w:val="en-US" w:eastAsia="en-US"/>
        </w:rPr>
        <w:t xml:space="preserve"> a </w:t>
      </w:r>
      <w:proofErr w:type="spellStart"/>
      <w:r w:rsidRPr="007B473C">
        <w:rPr>
          <w:rFonts w:asciiTheme="majorHAnsi" w:eastAsiaTheme="majorEastAsia" w:hAnsiTheme="majorHAnsi" w:cstheme="majorBidi"/>
          <w:lang w:val="en-US" w:eastAsia="en-US"/>
        </w:rPr>
        <w:t>recarsi</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presso</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l'abitazione</w:t>
      </w:r>
      <w:proofErr w:type="spellEnd"/>
      <w:r w:rsidRPr="007B473C">
        <w:rPr>
          <w:rFonts w:asciiTheme="majorHAnsi" w:eastAsiaTheme="majorEastAsia" w:hAnsiTheme="majorHAnsi" w:cstheme="majorBidi"/>
          <w:lang w:val="en-US" w:eastAsia="en-US"/>
        </w:rPr>
        <w:t xml:space="preserve"> o le RSA per </w:t>
      </w:r>
      <w:proofErr w:type="spellStart"/>
      <w:r w:rsidRPr="007B473C">
        <w:rPr>
          <w:rFonts w:asciiTheme="majorHAnsi" w:eastAsiaTheme="majorEastAsia" w:hAnsiTheme="majorHAnsi" w:cstheme="majorBidi"/>
          <w:lang w:val="en-US" w:eastAsia="en-US"/>
        </w:rPr>
        <w:t>alcune</w:t>
      </w:r>
      <w:proofErr w:type="spellEnd"/>
      <w:r w:rsidRPr="007B473C">
        <w:rPr>
          <w:rFonts w:asciiTheme="majorHAnsi" w:eastAsiaTheme="majorEastAsia" w:hAnsiTheme="majorHAnsi" w:cstheme="majorBidi"/>
          <w:lang w:val="en-US" w:eastAsia="en-US"/>
        </w:rPr>
        <w:t xml:space="preserve"> ore la </w:t>
      </w:r>
      <w:proofErr w:type="spellStart"/>
      <w:r w:rsidRPr="007B473C">
        <w:rPr>
          <w:rFonts w:asciiTheme="majorHAnsi" w:eastAsiaTheme="majorEastAsia" w:hAnsiTheme="majorHAnsi" w:cstheme="majorBidi"/>
          <w:lang w:val="en-US" w:eastAsia="en-US"/>
        </w:rPr>
        <w:t>settimana</w:t>
      </w:r>
      <w:proofErr w:type="spellEnd"/>
      <w:r w:rsidRPr="007B473C">
        <w:rPr>
          <w:rFonts w:asciiTheme="majorHAnsi" w:eastAsiaTheme="majorEastAsia" w:hAnsiTheme="majorHAnsi" w:cstheme="majorBidi"/>
          <w:lang w:val="en-US" w:eastAsia="en-US"/>
        </w:rPr>
        <w:t xml:space="preserve"> a fare </w:t>
      </w:r>
      <w:proofErr w:type="spellStart"/>
      <w:r w:rsidRPr="007B473C">
        <w:rPr>
          <w:rFonts w:asciiTheme="majorHAnsi" w:eastAsiaTheme="majorEastAsia" w:hAnsiTheme="majorHAnsi" w:cstheme="majorBidi"/>
          <w:lang w:val="en-US" w:eastAsia="en-US"/>
        </w:rPr>
        <w:t>compagnia</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all'anziano</w:t>
      </w:r>
      <w:proofErr w:type="spellEnd"/>
      <w:r w:rsidRPr="007B473C">
        <w:rPr>
          <w:rFonts w:asciiTheme="majorHAnsi" w:eastAsiaTheme="majorEastAsia" w:hAnsiTheme="majorHAnsi" w:cstheme="majorBidi"/>
          <w:lang w:val="en-US" w:eastAsia="en-US"/>
        </w:rPr>
        <w:t xml:space="preserve"> e ad </w:t>
      </w:r>
      <w:proofErr w:type="spellStart"/>
      <w:r w:rsidRPr="007B473C">
        <w:rPr>
          <w:rFonts w:asciiTheme="majorHAnsi" w:eastAsiaTheme="majorEastAsia" w:hAnsiTheme="majorHAnsi" w:cstheme="majorBidi"/>
          <w:lang w:val="en-US" w:eastAsia="en-US"/>
        </w:rPr>
        <w:t>aiutarlo</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nello</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svolgimento</w:t>
      </w:r>
      <w:proofErr w:type="spellEnd"/>
      <w:r w:rsidRPr="007B473C">
        <w:rPr>
          <w:rFonts w:asciiTheme="majorHAnsi" w:eastAsiaTheme="majorEastAsia" w:hAnsiTheme="majorHAnsi" w:cstheme="majorBidi"/>
          <w:lang w:val="en-US" w:eastAsia="en-US"/>
        </w:rPr>
        <w:t xml:space="preserve"> di </w:t>
      </w:r>
      <w:proofErr w:type="spellStart"/>
      <w:r w:rsidRPr="007B473C">
        <w:rPr>
          <w:rFonts w:asciiTheme="majorHAnsi" w:eastAsiaTheme="majorEastAsia" w:hAnsiTheme="majorHAnsi" w:cstheme="majorBidi"/>
          <w:lang w:val="en-US" w:eastAsia="en-US"/>
        </w:rPr>
        <w:t>piccole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commissioni</w:t>
      </w:r>
      <w:proofErr w:type="spellEnd"/>
      <w:r w:rsidRPr="007B473C">
        <w:rPr>
          <w:rFonts w:asciiTheme="majorHAnsi" w:eastAsiaTheme="majorEastAsia" w:hAnsiTheme="majorHAnsi" w:cstheme="majorBidi"/>
          <w:lang w:val="en-US" w:eastAsia="en-US"/>
        </w:rPr>
        <w:t>.</w:t>
      </w:r>
      <w:r w:rsidR="008D57F5" w:rsidRPr="008D57F5">
        <w:t xml:space="preserve"> </w:t>
      </w:r>
      <w:r w:rsidR="008D57F5" w:rsidRPr="008D57F5">
        <w:rPr>
          <w:rFonts w:asciiTheme="majorHAnsi" w:eastAsiaTheme="majorEastAsia" w:hAnsiTheme="majorHAnsi" w:cstheme="majorBidi"/>
          <w:lang w:val="en-US" w:eastAsia="en-US"/>
        </w:rPr>
        <w:t>In cambio di tale impegno, la scuola fornirebbe ai ragazzi le competenze formative necessarie per l’orientamento nell’ambito dell’alternanza scuola-lavoro</w:t>
      </w:r>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Anche</w:t>
      </w:r>
      <w:proofErr w:type="spellEnd"/>
      <w:r w:rsidRPr="007B473C">
        <w:rPr>
          <w:rFonts w:asciiTheme="majorHAnsi" w:eastAsiaTheme="majorEastAsia" w:hAnsiTheme="majorHAnsi" w:cstheme="majorBidi"/>
          <w:lang w:val="en-US" w:eastAsia="en-US"/>
        </w:rPr>
        <w:t xml:space="preserve"> per </w:t>
      </w:r>
      <w:proofErr w:type="spellStart"/>
      <w:r w:rsidRPr="007B473C">
        <w:rPr>
          <w:rFonts w:asciiTheme="majorHAnsi" w:eastAsiaTheme="majorEastAsia" w:hAnsiTheme="majorHAnsi" w:cstheme="majorBidi"/>
          <w:lang w:val="en-US" w:eastAsia="en-US"/>
        </w:rPr>
        <w:t>l'organizzazione</w:t>
      </w:r>
      <w:proofErr w:type="spellEnd"/>
      <w:r w:rsidRPr="007B473C">
        <w:rPr>
          <w:rFonts w:asciiTheme="majorHAnsi" w:eastAsiaTheme="majorEastAsia" w:hAnsiTheme="majorHAnsi" w:cstheme="majorBidi"/>
          <w:lang w:val="en-US" w:eastAsia="en-US"/>
        </w:rPr>
        <w:t xml:space="preserve"> di </w:t>
      </w:r>
      <w:proofErr w:type="spellStart"/>
      <w:r w:rsidRPr="007B473C">
        <w:rPr>
          <w:rFonts w:asciiTheme="majorHAnsi" w:eastAsiaTheme="majorEastAsia" w:hAnsiTheme="majorHAnsi" w:cstheme="majorBidi"/>
          <w:lang w:val="en-US" w:eastAsia="en-US"/>
        </w:rPr>
        <w:t>questo</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servizio</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l'interazione</w:t>
      </w:r>
      <w:proofErr w:type="spellEnd"/>
      <w:r w:rsidRPr="007B473C">
        <w:rPr>
          <w:rFonts w:asciiTheme="majorHAnsi" w:eastAsiaTheme="majorEastAsia" w:hAnsiTheme="majorHAnsi" w:cstheme="majorBidi"/>
          <w:lang w:val="en-US" w:eastAsia="en-US"/>
        </w:rPr>
        <w:t xml:space="preserve"> con </w:t>
      </w:r>
      <w:proofErr w:type="spellStart"/>
      <w:r w:rsidRPr="007B473C">
        <w:rPr>
          <w:rFonts w:asciiTheme="majorHAnsi" w:eastAsiaTheme="majorEastAsia" w:hAnsiTheme="majorHAnsi" w:cstheme="majorBidi"/>
          <w:lang w:val="en-US" w:eastAsia="en-US"/>
        </w:rPr>
        <w:t>l'Amministrazione</w:t>
      </w:r>
      <w:proofErr w:type="spellEnd"/>
      <w:r w:rsidRPr="007B473C">
        <w:rPr>
          <w:rFonts w:asciiTheme="majorHAnsi" w:eastAsiaTheme="majorEastAsia" w:hAnsiTheme="majorHAnsi" w:cstheme="majorBidi"/>
          <w:lang w:val="en-US" w:eastAsia="en-US"/>
        </w:rPr>
        <w:t xml:space="preserve"> è </w:t>
      </w:r>
      <w:proofErr w:type="spellStart"/>
      <w:r w:rsidRPr="007B473C">
        <w:rPr>
          <w:rFonts w:asciiTheme="majorHAnsi" w:eastAsiaTheme="majorEastAsia" w:hAnsiTheme="majorHAnsi" w:cstheme="majorBidi"/>
          <w:lang w:val="en-US" w:eastAsia="en-US"/>
        </w:rPr>
        <w:t>fondamentale</w:t>
      </w:r>
      <w:proofErr w:type="spellEnd"/>
      <w:r w:rsidRPr="007B473C">
        <w:rPr>
          <w:rFonts w:asciiTheme="majorHAnsi" w:eastAsiaTheme="majorEastAsia" w:hAnsiTheme="majorHAnsi" w:cstheme="majorBidi"/>
          <w:lang w:val="en-US" w:eastAsia="en-US"/>
        </w:rPr>
        <w:t>.</w:t>
      </w:r>
      <w:r w:rsidR="00422FB9">
        <w:rPr>
          <w:rFonts w:asciiTheme="majorHAnsi" w:eastAsiaTheme="majorEastAsia" w:hAnsiTheme="majorHAnsi" w:cstheme="majorBidi"/>
          <w:lang w:val="en-US" w:eastAsia="en-US"/>
        </w:rPr>
        <w:t xml:space="preserve"> </w:t>
      </w:r>
    </w:p>
    <w:p w14:paraId="0B38498B" w14:textId="77777777" w:rsidR="00422FB9" w:rsidRPr="007B473C" w:rsidRDefault="00422FB9" w:rsidP="00321D4B">
      <w:pPr>
        <w:pStyle w:val="NormaleWeb"/>
        <w:spacing w:before="0" w:beforeAutospacing="0" w:after="0" w:afterAutospacing="0"/>
        <w:jc w:val="both"/>
        <w:rPr>
          <w:rFonts w:asciiTheme="majorHAnsi" w:eastAsiaTheme="majorEastAsia" w:hAnsiTheme="majorHAnsi" w:cstheme="majorBidi"/>
          <w:lang w:val="en-US" w:eastAsia="en-US"/>
        </w:rPr>
      </w:pPr>
      <w:r>
        <w:rPr>
          <w:rFonts w:asciiTheme="majorHAnsi" w:eastAsiaTheme="majorEastAsia" w:hAnsiTheme="majorHAnsi" w:cstheme="majorBidi"/>
          <w:lang w:val="en-US" w:eastAsia="en-US"/>
        </w:rPr>
        <w:t xml:space="preserve">Il Progetto </w:t>
      </w:r>
      <w:proofErr w:type="spellStart"/>
      <w:r>
        <w:rPr>
          <w:rFonts w:asciiTheme="majorHAnsi" w:eastAsiaTheme="majorEastAsia" w:hAnsiTheme="majorHAnsi" w:cstheme="majorBidi"/>
          <w:lang w:val="en-US" w:eastAsia="en-US"/>
        </w:rPr>
        <w:t>mira</w:t>
      </w:r>
      <w:proofErr w:type="spellEnd"/>
      <w:r>
        <w:rPr>
          <w:rFonts w:asciiTheme="majorHAnsi" w:eastAsiaTheme="majorEastAsia" w:hAnsiTheme="majorHAnsi" w:cstheme="majorBidi"/>
          <w:lang w:val="en-US" w:eastAsia="en-US"/>
        </w:rPr>
        <w:t xml:space="preserve">, </w:t>
      </w:r>
      <w:proofErr w:type="spellStart"/>
      <w:r>
        <w:rPr>
          <w:rFonts w:asciiTheme="majorHAnsi" w:eastAsiaTheme="majorEastAsia" w:hAnsiTheme="majorHAnsi" w:cstheme="majorBidi"/>
          <w:lang w:val="en-US" w:eastAsia="en-US"/>
        </w:rPr>
        <w:t>oltre</w:t>
      </w:r>
      <w:proofErr w:type="spellEnd"/>
      <w:r>
        <w:rPr>
          <w:rFonts w:asciiTheme="majorHAnsi" w:eastAsiaTheme="majorEastAsia" w:hAnsiTheme="majorHAnsi" w:cstheme="majorBidi"/>
          <w:lang w:val="en-US" w:eastAsia="en-US"/>
        </w:rPr>
        <w:t xml:space="preserve"> ai </w:t>
      </w:r>
      <w:proofErr w:type="spellStart"/>
      <w:r>
        <w:rPr>
          <w:rFonts w:asciiTheme="majorHAnsi" w:eastAsiaTheme="majorEastAsia" w:hAnsiTheme="majorHAnsi" w:cstheme="majorBidi"/>
          <w:lang w:val="en-US" w:eastAsia="en-US"/>
        </w:rPr>
        <w:t>momenti</w:t>
      </w:r>
      <w:proofErr w:type="spellEnd"/>
      <w:r>
        <w:rPr>
          <w:rFonts w:asciiTheme="majorHAnsi" w:eastAsiaTheme="majorEastAsia" w:hAnsiTheme="majorHAnsi" w:cstheme="majorBidi"/>
          <w:lang w:val="en-US" w:eastAsia="en-US"/>
        </w:rPr>
        <w:t xml:space="preserve"> di </w:t>
      </w:r>
      <w:proofErr w:type="spellStart"/>
      <w:r>
        <w:rPr>
          <w:rFonts w:asciiTheme="majorHAnsi" w:eastAsiaTheme="majorEastAsia" w:hAnsiTheme="majorHAnsi" w:cstheme="majorBidi"/>
          <w:lang w:val="en-US" w:eastAsia="en-US"/>
        </w:rPr>
        <w:t>socialità</w:t>
      </w:r>
      <w:proofErr w:type="spellEnd"/>
      <w:r>
        <w:rPr>
          <w:rFonts w:asciiTheme="majorHAnsi" w:eastAsiaTheme="majorEastAsia" w:hAnsiTheme="majorHAnsi" w:cstheme="majorBidi"/>
          <w:lang w:val="en-US" w:eastAsia="en-US"/>
        </w:rPr>
        <w:t xml:space="preserve">, </w:t>
      </w:r>
      <w:r w:rsidRPr="007B473C">
        <w:rPr>
          <w:rFonts w:asciiTheme="majorHAnsi" w:eastAsiaTheme="majorEastAsia" w:hAnsiTheme="majorHAnsi" w:cstheme="majorBidi"/>
          <w:lang w:val="en-US" w:eastAsia="en-US"/>
        </w:rPr>
        <w:t xml:space="preserve">a </w:t>
      </w:r>
      <w:proofErr w:type="spellStart"/>
      <w:r w:rsidRPr="007B473C">
        <w:rPr>
          <w:rFonts w:asciiTheme="majorHAnsi" w:eastAsiaTheme="majorEastAsia" w:hAnsiTheme="majorHAnsi" w:cstheme="majorBidi"/>
          <w:lang w:val="en-US" w:eastAsia="en-US"/>
        </w:rPr>
        <w:t>sensibilizzare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i</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giovani</w:t>
      </w:r>
      <w:proofErr w:type="spellEnd"/>
      <w:r w:rsidRPr="007B473C">
        <w:rPr>
          <w:rFonts w:asciiTheme="majorHAnsi" w:eastAsiaTheme="majorEastAsia" w:hAnsiTheme="majorHAnsi" w:cstheme="majorBidi"/>
          <w:lang w:val="en-US" w:eastAsia="en-US"/>
        </w:rPr>
        <w:t xml:space="preserve"> al </w:t>
      </w:r>
      <w:proofErr w:type="spellStart"/>
      <w:r w:rsidRPr="007B473C">
        <w:rPr>
          <w:rFonts w:asciiTheme="majorHAnsi" w:eastAsiaTheme="majorEastAsia" w:hAnsiTheme="majorHAnsi" w:cstheme="majorBidi"/>
          <w:lang w:val="en-US" w:eastAsia="en-US"/>
        </w:rPr>
        <w:t>valore</w:t>
      </w:r>
      <w:proofErr w:type="spellEnd"/>
      <w:r w:rsidRPr="007B473C">
        <w:rPr>
          <w:rFonts w:asciiTheme="majorHAnsi" w:eastAsiaTheme="majorEastAsia" w:hAnsiTheme="majorHAnsi" w:cstheme="majorBidi"/>
          <w:lang w:val="en-US" w:eastAsia="en-US"/>
        </w:rPr>
        <w:t xml:space="preserve"> del </w:t>
      </w:r>
      <w:proofErr w:type="spellStart"/>
      <w:r w:rsidRPr="007B473C">
        <w:rPr>
          <w:rFonts w:asciiTheme="majorHAnsi" w:eastAsiaTheme="majorEastAsia" w:hAnsiTheme="majorHAnsi" w:cstheme="majorBidi"/>
          <w:lang w:val="en-US" w:eastAsia="en-US"/>
        </w:rPr>
        <w:t>prendersi</w:t>
      </w:r>
      <w:proofErr w:type="spellEnd"/>
      <w:r w:rsidRPr="007B473C">
        <w:rPr>
          <w:rFonts w:asciiTheme="majorHAnsi" w:eastAsiaTheme="majorEastAsia" w:hAnsiTheme="majorHAnsi" w:cstheme="majorBidi"/>
          <w:lang w:val="en-US" w:eastAsia="en-US"/>
        </w:rPr>
        <w:t xml:space="preserve"> cura </w:t>
      </w:r>
      <w:proofErr w:type="spellStart"/>
      <w:r w:rsidRPr="007B473C">
        <w:rPr>
          <w:rFonts w:asciiTheme="majorHAnsi" w:eastAsiaTheme="majorEastAsia" w:hAnsiTheme="majorHAnsi" w:cstheme="majorBidi"/>
          <w:lang w:val="en-US" w:eastAsia="en-US"/>
        </w:rPr>
        <w:t>degli</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altri</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sviluppando</w:t>
      </w:r>
      <w:proofErr w:type="spellEnd"/>
      <w:r w:rsidRPr="007B473C">
        <w:rPr>
          <w:rFonts w:asciiTheme="majorHAnsi" w:eastAsiaTheme="majorEastAsia" w:hAnsiTheme="majorHAnsi" w:cstheme="majorBidi"/>
          <w:lang w:val="en-US" w:eastAsia="en-US"/>
        </w:rPr>
        <w:t xml:space="preserve"> senso </w:t>
      </w:r>
      <w:proofErr w:type="spellStart"/>
      <w:r w:rsidRPr="007B473C">
        <w:rPr>
          <w:rFonts w:asciiTheme="majorHAnsi" w:eastAsiaTheme="majorEastAsia" w:hAnsiTheme="majorHAnsi" w:cstheme="majorBidi"/>
          <w:lang w:val="en-US" w:eastAsia="en-US"/>
        </w:rPr>
        <w:t>civico</w:t>
      </w:r>
      <w:proofErr w:type="spellEnd"/>
      <w:r w:rsidRPr="007B473C">
        <w:rPr>
          <w:rFonts w:asciiTheme="majorHAnsi" w:eastAsiaTheme="majorEastAsia" w:hAnsiTheme="majorHAnsi" w:cstheme="majorBidi"/>
          <w:lang w:val="en-US" w:eastAsia="en-US"/>
        </w:rPr>
        <w:t xml:space="preserve"> e </w:t>
      </w:r>
      <w:proofErr w:type="spellStart"/>
      <w:r w:rsidRPr="007B473C">
        <w:rPr>
          <w:rFonts w:asciiTheme="majorHAnsi" w:eastAsiaTheme="majorEastAsia" w:hAnsiTheme="majorHAnsi" w:cstheme="majorBidi"/>
          <w:lang w:val="en-US" w:eastAsia="en-US"/>
        </w:rPr>
        <w:t>inclusione</w:t>
      </w:r>
      <w:proofErr w:type="spellEnd"/>
      <w:r w:rsidRPr="007B473C">
        <w:rPr>
          <w:rFonts w:asciiTheme="majorHAnsi" w:eastAsiaTheme="majorEastAsia" w:hAnsiTheme="majorHAnsi" w:cstheme="majorBidi"/>
          <w:lang w:val="en-US" w:eastAsia="en-US"/>
        </w:rPr>
        <w:t>.</w:t>
      </w:r>
    </w:p>
    <w:p w14:paraId="58E02DCF" w14:textId="4AEE0C32" w:rsidR="000C2680" w:rsidRPr="007B473C" w:rsidRDefault="002B3963" w:rsidP="00321D4B">
      <w:pPr>
        <w:pStyle w:val="NormaleWeb"/>
        <w:spacing w:after="120" w:afterAutospacing="0"/>
        <w:jc w:val="both"/>
        <w:rPr>
          <w:rFonts w:asciiTheme="majorHAnsi" w:eastAsiaTheme="majorEastAsia" w:hAnsiTheme="majorHAnsi" w:cstheme="majorBidi"/>
          <w:lang w:val="en-US" w:eastAsia="en-US"/>
        </w:rPr>
      </w:pPr>
      <w:proofErr w:type="spellStart"/>
      <w:r w:rsidRPr="007B473C">
        <w:rPr>
          <w:rFonts w:asciiTheme="majorHAnsi" w:eastAsiaTheme="majorEastAsia" w:hAnsiTheme="majorHAnsi" w:cstheme="majorBidi"/>
          <w:b/>
          <w:bCs/>
          <w:lang w:val="en-US" w:eastAsia="en-US"/>
        </w:rPr>
        <w:t>Disbrigo</w:t>
      </w:r>
      <w:proofErr w:type="spellEnd"/>
      <w:r w:rsidRPr="007B473C">
        <w:rPr>
          <w:rFonts w:asciiTheme="majorHAnsi" w:eastAsiaTheme="majorEastAsia" w:hAnsiTheme="majorHAnsi" w:cstheme="majorBidi"/>
          <w:b/>
          <w:bCs/>
          <w:lang w:val="en-US" w:eastAsia="en-US"/>
        </w:rPr>
        <w:t xml:space="preserve"> </w:t>
      </w:r>
      <w:proofErr w:type="spellStart"/>
      <w:r w:rsidRPr="007B473C">
        <w:rPr>
          <w:rFonts w:asciiTheme="majorHAnsi" w:eastAsiaTheme="majorEastAsia" w:hAnsiTheme="majorHAnsi" w:cstheme="majorBidi"/>
          <w:b/>
          <w:bCs/>
          <w:lang w:val="en-US" w:eastAsia="en-US"/>
        </w:rPr>
        <w:t>pratiche</w:t>
      </w:r>
      <w:proofErr w:type="spellEnd"/>
      <w:r w:rsidRPr="007B473C">
        <w:rPr>
          <w:rFonts w:asciiTheme="majorHAnsi" w:eastAsiaTheme="majorEastAsia" w:hAnsiTheme="majorHAnsi" w:cstheme="majorBidi"/>
          <w:b/>
          <w:bCs/>
          <w:lang w:val="en-US" w:eastAsia="en-US"/>
        </w:rPr>
        <w:t xml:space="preserve"> </w:t>
      </w:r>
      <w:proofErr w:type="spellStart"/>
      <w:r w:rsidRPr="007B473C">
        <w:rPr>
          <w:rFonts w:asciiTheme="majorHAnsi" w:eastAsiaTheme="majorEastAsia" w:hAnsiTheme="majorHAnsi" w:cstheme="majorBidi"/>
          <w:b/>
          <w:bCs/>
          <w:lang w:val="en-US" w:eastAsia="en-US"/>
        </w:rPr>
        <w:t>burocratiche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si</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intende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offrire</w:t>
      </w:r>
      <w:proofErr w:type="spellEnd"/>
      <w:r w:rsidRPr="007B473C">
        <w:rPr>
          <w:rFonts w:asciiTheme="majorHAnsi" w:eastAsiaTheme="majorEastAsia" w:hAnsiTheme="majorHAnsi" w:cstheme="majorBidi"/>
          <w:lang w:val="en-US" w:eastAsia="en-US"/>
        </w:rPr>
        <w:t xml:space="preserve"> un </w:t>
      </w:r>
      <w:proofErr w:type="spellStart"/>
      <w:r w:rsidRPr="007B473C">
        <w:rPr>
          <w:rFonts w:asciiTheme="majorHAnsi" w:eastAsiaTheme="majorEastAsia" w:hAnsiTheme="majorHAnsi" w:cstheme="majorBidi"/>
          <w:lang w:val="en-US" w:eastAsia="en-US"/>
        </w:rPr>
        <w:t>supporto</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agli</w:t>
      </w:r>
      <w:proofErr w:type="spellEnd"/>
      <w:r w:rsidRPr="007B473C">
        <w:rPr>
          <w:rFonts w:asciiTheme="majorHAnsi" w:eastAsiaTheme="majorEastAsia" w:hAnsiTheme="majorHAnsi" w:cstheme="majorBidi"/>
          <w:lang w:val="en-US" w:eastAsia="en-US"/>
        </w:rPr>
        <w:t xml:space="preserve"> anziani e alle </w:t>
      </w:r>
      <w:proofErr w:type="spellStart"/>
      <w:r w:rsidRPr="007B473C">
        <w:rPr>
          <w:rFonts w:asciiTheme="majorHAnsi" w:eastAsiaTheme="majorEastAsia" w:hAnsiTheme="majorHAnsi" w:cstheme="majorBidi"/>
          <w:lang w:val="en-US" w:eastAsia="en-US"/>
        </w:rPr>
        <w:t>persone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fragili</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nel</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disbrigo</w:t>
      </w:r>
      <w:proofErr w:type="spellEnd"/>
      <w:r w:rsidRPr="007B473C">
        <w:rPr>
          <w:rFonts w:asciiTheme="majorHAnsi" w:eastAsiaTheme="majorEastAsia" w:hAnsiTheme="majorHAnsi" w:cstheme="majorBidi"/>
          <w:lang w:val="en-US" w:eastAsia="en-US"/>
        </w:rPr>
        <w:t xml:space="preserve"> di </w:t>
      </w:r>
      <w:proofErr w:type="spellStart"/>
      <w:r w:rsidRPr="007B473C">
        <w:rPr>
          <w:rFonts w:asciiTheme="majorHAnsi" w:eastAsiaTheme="majorEastAsia" w:hAnsiTheme="majorHAnsi" w:cstheme="majorBidi"/>
          <w:lang w:val="en-US" w:eastAsia="en-US"/>
        </w:rPr>
        <w:t>semplici</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pratiche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burocratiche</w:t>
      </w:r>
      <w:proofErr w:type="spellEnd"/>
      <w:r w:rsidRPr="007B473C">
        <w:rPr>
          <w:rFonts w:asciiTheme="majorHAnsi" w:eastAsiaTheme="majorEastAsia" w:hAnsiTheme="majorHAnsi" w:cstheme="majorBidi"/>
          <w:lang w:val="en-US" w:eastAsia="en-US"/>
        </w:rPr>
        <w:t xml:space="preserve">, come la </w:t>
      </w:r>
      <w:proofErr w:type="spellStart"/>
      <w:r w:rsidRPr="007B473C">
        <w:rPr>
          <w:rFonts w:asciiTheme="majorHAnsi" w:eastAsiaTheme="majorEastAsia" w:hAnsiTheme="majorHAnsi" w:cstheme="majorBidi"/>
          <w:lang w:val="en-US" w:eastAsia="en-US"/>
        </w:rPr>
        <w:t>compilazione</w:t>
      </w:r>
      <w:proofErr w:type="spellEnd"/>
      <w:r w:rsidRPr="007B473C">
        <w:rPr>
          <w:rFonts w:asciiTheme="majorHAnsi" w:eastAsiaTheme="majorEastAsia" w:hAnsiTheme="majorHAnsi" w:cstheme="majorBidi"/>
          <w:lang w:val="en-US" w:eastAsia="en-US"/>
        </w:rPr>
        <w:t xml:space="preserve"> di moduli, la </w:t>
      </w:r>
      <w:proofErr w:type="spellStart"/>
      <w:r w:rsidRPr="007B473C">
        <w:rPr>
          <w:rFonts w:asciiTheme="majorHAnsi" w:eastAsiaTheme="majorEastAsia" w:hAnsiTheme="majorHAnsi" w:cstheme="majorBidi"/>
          <w:lang w:val="en-US" w:eastAsia="en-US"/>
        </w:rPr>
        <w:t>gestione</w:t>
      </w:r>
      <w:proofErr w:type="spellEnd"/>
      <w:r w:rsidRPr="007B473C">
        <w:rPr>
          <w:rFonts w:asciiTheme="majorHAnsi" w:eastAsiaTheme="majorEastAsia" w:hAnsiTheme="majorHAnsi" w:cstheme="majorBidi"/>
          <w:lang w:val="en-US" w:eastAsia="en-US"/>
        </w:rPr>
        <w:t xml:space="preserve"> di </w:t>
      </w:r>
      <w:proofErr w:type="spellStart"/>
      <w:r w:rsidRPr="007B473C">
        <w:rPr>
          <w:rFonts w:asciiTheme="majorHAnsi" w:eastAsiaTheme="majorEastAsia" w:hAnsiTheme="majorHAnsi" w:cstheme="majorBidi"/>
          <w:lang w:val="en-US" w:eastAsia="en-US"/>
        </w:rPr>
        <w:t>appuntamenti</w:t>
      </w:r>
      <w:proofErr w:type="spellEnd"/>
      <w:r w:rsidRPr="007B473C">
        <w:rPr>
          <w:rFonts w:asciiTheme="majorHAnsi" w:eastAsiaTheme="majorEastAsia" w:hAnsiTheme="majorHAnsi" w:cstheme="majorBidi"/>
          <w:lang w:val="en-US" w:eastAsia="en-US"/>
        </w:rPr>
        <w:t xml:space="preserve"> con </w:t>
      </w:r>
      <w:proofErr w:type="spellStart"/>
      <w:r w:rsidRPr="007B473C">
        <w:rPr>
          <w:rFonts w:asciiTheme="majorHAnsi" w:eastAsiaTheme="majorEastAsia" w:hAnsiTheme="majorHAnsi" w:cstheme="majorBidi"/>
          <w:lang w:val="en-US" w:eastAsia="en-US"/>
        </w:rPr>
        <w:t>enti</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pubblici</w:t>
      </w:r>
      <w:proofErr w:type="spellEnd"/>
      <w:r w:rsidRPr="007B473C">
        <w:rPr>
          <w:rFonts w:asciiTheme="majorHAnsi" w:eastAsiaTheme="majorEastAsia" w:hAnsiTheme="majorHAnsi" w:cstheme="majorBidi"/>
          <w:lang w:val="en-US" w:eastAsia="en-US"/>
        </w:rPr>
        <w:t xml:space="preserve">, la </w:t>
      </w:r>
      <w:proofErr w:type="spellStart"/>
      <w:r w:rsidRPr="007B473C">
        <w:rPr>
          <w:rFonts w:asciiTheme="majorHAnsi" w:eastAsiaTheme="majorEastAsia" w:hAnsiTheme="majorHAnsi" w:cstheme="majorBidi"/>
          <w:lang w:val="en-US" w:eastAsia="en-US"/>
        </w:rPr>
        <w:t>richiesta</w:t>
      </w:r>
      <w:proofErr w:type="spellEnd"/>
      <w:r w:rsidRPr="007B473C">
        <w:rPr>
          <w:rFonts w:asciiTheme="majorHAnsi" w:eastAsiaTheme="majorEastAsia" w:hAnsiTheme="majorHAnsi" w:cstheme="majorBidi"/>
          <w:lang w:val="en-US" w:eastAsia="en-US"/>
        </w:rPr>
        <w:t xml:space="preserve"> di </w:t>
      </w:r>
      <w:proofErr w:type="spellStart"/>
      <w:r w:rsidRPr="007B473C">
        <w:rPr>
          <w:rFonts w:asciiTheme="majorHAnsi" w:eastAsiaTheme="majorEastAsia" w:hAnsiTheme="majorHAnsi" w:cstheme="majorBidi"/>
          <w:lang w:val="en-US" w:eastAsia="en-US"/>
        </w:rPr>
        <w:t>certificati</w:t>
      </w:r>
      <w:proofErr w:type="spellEnd"/>
      <w:r w:rsidRPr="007B473C">
        <w:rPr>
          <w:rFonts w:asciiTheme="majorHAnsi" w:eastAsiaTheme="majorEastAsia" w:hAnsiTheme="majorHAnsi" w:cstheme="majorBidi"/>
          <w:lang w:val="en-US" w:eastAsia="en-US"/>
        </w:rPr>
        <w:t xml:space="preserve"> o </w:t>
      </w:r>
      <w:proofErr w:type="spellStart"/>
      <w:r w:rsidRPr="007B473C">
        <w:rPr>
          <w:rFonts w:asciiTheme="majorHAnsi" w:eastAsiaTheme="majorEastAsia" w:hAnsiTheme="majorHAnsi" w:cstheme="majorBidi"/>
          <w:lang w:val="en-US" w:eastAsia="en-US"/>
        </w:rPr>
        <w:t>l’invio</w:t>
      </w:r>
      <w:proofErr w:type="spellEnd"/>
      <w:r w:rsidRPr="007B473C">
        <w:rPr>
          <w:rFonts w:asciiTheme="majorHAnsi" w:eastAsiaTheme="majorEastAsia" w:hAnsiTheme="majorHAnsi" w:cstheme="majorBidi"/>
          <w:lang w:val="en-US" w:eastAsia="en-US"/>
        </w:rPr>
        <w:t xml:space="preserve"> di </w:t>
      </w:r>
      <w:proofErr w:type="spellStart"/>
      <w:r w:rsidRPr="007B473C">
        <w:rPr>
          <w:rFonts w:asciiTheme="majorHAnsi" w:eastAsiaTheme="majorEastAsia" w:hAnsiTheme="majorHAnsi" w:cstheme="majorBidi"/>
          <w:lang w:val="en-US" w:eastAsia="en-US"/>
        </w:rPr>
        <w:t>documentazione</w:t>
      </w:r>
      <w:proofErr w:type="spellEnd"/>
      <w:r w:rsidRPr="007B473C">
        <w:rPr>
          <w:rFonts w:asciiTheme="majorHAnsi" w:eastAsiaTheme="majorEastAsia" w:hAnsiTheme="majorHAnsi" w:cstheme="majorBidi"/>
          <w:lang w:val="en-US" w:eastAsia="en-US"/>
        </w:rPr>
        <w:t xml:space="preserve">. Il </w:t>
      </w:r>
      <w:proofErr w:type="spellStart"/>
      <w:r w:rsidRPr="007B473C">
        <w:rPr>
          <w:rFonts w:asciiTheme="majorHAnsi" w:eastAsiaTheme="majorEastAsia" w:hAnsiTheme="majorHAnsi" w:cstheme="majorBidi"/>
          <w:lang w:val="en-US" w:eastAsia="en-US"/>
        </w:rPr>
        <w:t>servizio</w:t>
      </w:r>
      <w:proofErr w:type="spellEnd"/>
      <w:r w:rsidRPr="007B473C">
        <w:rPr>
          <w:rFonts w:asciiTheme="majorHAnsi" w:eastAsiaTheme="majorEastAsia" w:hAnsiTheme="majorHAnsi" w:cstheme="majorBidi"/>
          <w:lang w:val="en-US" w:eastAsia="en-US"/>
        </w:rPr>
        <w:t xml:space="preserve"> </w:t>
      </w:r>
      <w:proofErr w:type="spellStart"/>
      <w:r w:rsidR="005113B7">
        <w:rPr>
          <w:rFonts w:asciiTheme="majorHAnsi" w:eastAsiaTheme="majorEastAsia" w:hAnsiTheme="majorHAnsi" w:cstheme="majorBidi"/>
          <w:lang w:val="en-US" w:eastAsia="en-US"/>
        </w:rPr>
        <w:t>sarà</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svolto</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presso</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l’associazione</w:t>
      </w:r>
      <w:proofErr w:type="spellEnd"/>
      <w:r w:rsidRPr="007B473C">
        <w:rPr>
          <w:rFonts w:asciiTheme="majorHAnsi" w:eastAsiaTheme="majorEastAsia" w:hAnsiTheme="majorHAnsi" w:cstheme="majorBidi"/>
          <w:lang w:val="en-US" w:eastAsia="en-US"/>
        </w:rPr>
        <w:t xml:space="preserve"> </w:t>
      </w:r>
      <w:r>
        <w:rPr>
          <w:rFonts w:asciiTheme="majorHAnsi" w:eastAsiaTheme="majorEastAsia" w:hAnsiTheme="majorHAnsi" w:cstheme="majorBidi"/>
          <w:lang w:val="en-US" w:eastAsia="en-US"/>
        </w:rPr>
        <w:t xml:space="preserve">Extra </w:t>
      </w:r>
      <w:r w:rsidRPr="007B473C">
        <w:rPr>
          <w:rFonts w:asciiTheme="majorHAnsi" w:eastAsiaTheme="majorEastAsia" w:hAnsiTheme="majorHAnsi" w:cstheme="majorBidi"/>
          <w:lang w:val="en-US" w:eastAsia="en-US"/>
        </w:rPr>
        <w:t xml:space="preserve">o, se </w:t>
      </w:r>
      <w:proofErr w:type="spellStart"/>
      <w:r w:rsidRPr="007B473C">
        <w:rPr>
          <w:rFonts w:asciiTheme="majorHAnsi" w:eastAsiaTheme="majorEastAsia" w:hAnsiTheme="majorHAnsi" w:cstheme="majorBidi"/>
          <w:lang w:val="en-US" w:eastAsia="en-US"/>
        </w:rPr>
        <w:t>necessario</w:t>
      </w:r>
      <w:proofErr w:type="spellEnd"/>
      <w:r w:rsidRPr="007B473C">
        <w:rPr>
          <w:rFonts w:asciiTheme="majorHAnsi" w:eastAsiaTheme="majorEastAsia" w:hAnsiTheme="majorHAnsi" w:cstheme="majorBidi"/>
          <w:lang w:val="en-US" w:eastAsia="en-US"/>
        </w:rPr>
        <w:t xml:space="preserve">, a </w:t>
      </w:r>
      <w:proofErr w:type="spellStart"/>
      <w:r w:rsidRPr="007B473C">
        <w:rPr>
          <w:rFonts w:asciiTheme="majorHAnsi" w:eastAsiaTheme="majorEastAsia" w:hAnsiTheme="majorHAnsi" w:cstheme="majorBidi"/>
          <w:lang w:val="en-US" w:eastAsia="en-US"/>
        </w:rPr>
        <w:t>domicilio</w:t>
      </w:r>
      <w:proofErr w:type="spellEnd"/>
      <w:r w:rsidRPr="007B473C">
        <w:rPr>
          <w:rFonts w:asciiTheme="majorHAnsi" w:eastAsiaTheme="majorEastAsia" w:hAnsiTheme="majorHAnsi" w:cstheme="majorBidi"/>
          <w:lang w:val="en-US" w:eastAsia="en-US"/>
        </w:rPr>
        <w:t xml:space="preserve">, con </w:t>
      </w:r>
      <w:proofErr w:type="spellStart"/>
      <w:r w:rsidRPr="007B473C">
        <w:rPr>
          <w:rFonts w:asciiTheme="majorHAnsi" w:eastAsiaTheme="majorEastAsia" w:hAnsiTheme="majorHAnsi" w:cstheme="majorBidi"/>
          <w:lang w:val="en-US" w:eastAsia="en-US"/>
        </w:rPr>
        <w:t>l'assistenza</w:t>
      </w:r>
      <w:proofErr w:type="spellEnd"/>
      <w:r w:rsidRPr="007B473C">
        <w:rPr>
          <w:rFonts w:asciiTheme="majorHAnsi" w:eastAsiaTheme="majorEastAsia" w:hAnsiTheme="majorHAnsi" w:cstheme="majorBidi"/>
          <w:lang w:val="en-US" w:eastAsia="en-US"/>
        </w:rPr>
        <w:t xml:space="preserve"> di </w:t>
      </w:r>
      <w:proofErr w:type="spellStart"/>
      <w:r w:rsidRPr="007B473C">
        <w:rPr>
          <w:rFonts w:asciiTheme="majorHAnsi" w:eastAsiaTheme="majorEastAsia" w:hAnsiTheme="majorHAnsi" w:cstheme="majorBidi"/>
          <w:lang w:val="en-US" w:eastAsia="en-US"/>
        </w:rPr>
        <w:t>volontari</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preparati</w:t>
      </w:r>
      <w:proofErr w:type="spellEnd"/>
      <w:r w:rsidRPr="007B473C">
        <w:rPr>
          <w:rFonts w:asciiTheme="majorHAnsi" w:eastAsiaTheme="majorEastAsia" w:hAnsiTheme="majorHAnsi" w:cstheme="majorBidi"/>
          <w:lang w:val="en-US" w:eastAsia="en-US"/>
        </w:rPr>
        <w:t xml:space="preserve"> e </w:t>
      </w:r>
      <w:proofErr w:type="spellStart"/>
      <w:r w:rsidRPr="007B473C">
        <w:rPr>
          <w:rFonts w:asciiTheme="majorHAnsi" w:eastAsiaTheme="majorEastAsia" w:hAnsiTheme="majorHAnsi" w:cstheme="majorBidi"/>
          <w:lang w:val="en-US" w:eastAsia="en-US"/>
        </w:rPr>
        <w:t>disponibili</w:t>
      </w:r>
      <w:proofErr w:type="spellEnd"/>
      <w:r w:rsidRPr="007B473C">
        <w:rPr>
          <w:rFonts w:asciiTheme="majorHAnsi" w:eastAsiaTheme="majorEastAsia" w:hAnsiTheme="majorHAnsi" w:cstheme="majorBidi"/>
          <w:lang w:val="en-US" w:eastAsia="en-US"/>
        </w:rPr>
        <w:t>.</w:t>
      </w:r>
    </w:p>
    <w:p w14:paraId="2B4A3E1C" w14:textId="6B3BDEE5" w:rsidR="0072467F" w:rsidRDefault="00023209" w:rsidP="00321D4B">
      <w:pPr>
        <w:pStyle w:val="NormaleWeb"/>
        <w:spacing w:before="0" w:beforeAutospacing="0" w:after="120" w:afterAutospacing="0"/>
        <w:jc w:val="both"/>
        <w:rPr>
          <w:rFonts w:asciiTheme="majorHAnsi" w:eastAsiaTheme="majorEastAsia" w:hAnsiTheme="majorHAnsi" w:cstheme="majorBidi"/>
          <w:lang w:val="en-US" w:eastAsia="en-US"/>
        </w:rPr>
      </w:pPr>
      <w:proofErr w:type="spellStart"/>
      <w:r w:rsidRPr="007B473C">
        <w:rPr>
          <w:rFonts w:asciiTheme="majorHAnsi" w:eastAsiaTheme="majorEastAsia" w:hAnsiTheme="majorHAnsi" w:cstheme="majorBidi"/>
          <w:b/>
          <w:bCs/>
          <w:lang w:val="en-US" w:eastAsia="en-US"/>
        </w:rPr>
        <w:t>C'era</w:t>
      </w:r>
      <w:proofErr w:type="spellEnd"/>
      <w:r w:rsidRPr="007B473C">
        <w:rPr>
          <w:rFonts w:asciiTheme="majorHAnsi" w:eastAsiaTheme="majorEastAsia" w:hAnsiTheme="majorHAnsi" w:cstheme="majorBidi"/>
          <w:b/>
          <w:bCs/>
          <w:lang w:val="en-US" w:eastAsia="en-US"/>
        </w:rPr>
        <w:t xml:space="preserve"> </w:t>
      </w:r>
      <w:proofErr w:type="spellStart"/>
      <w:r w:rsidRPr="007B473C">
        <w:rPr>
          <w:rFonts w:asciiTheme="majorHAnsi" w:eastAsiaTheme="majorEastAsia" w:hAnsiTheme="majorHAnsi" w:cstheme="majorBidi"/>
          <w:b/>
          <w:bCs/>
          <w:lang w:val="en-US" w:eastAsia="en-US"/>
        </w:rPr>
        <w:t>una</w:t>
      </w:r>
      <w:proofErr w:type="spellEnd"/>
      <w:r w:rsidRPr="007B473C">
        <w:rPr>
          <w:rFonts w:asciiTheme="majorHAnsi" w:eastAsiaTheme="majorEastAsia" w:hAnsiTheme="majorHAnsi" w:cstheme="majorBidi"/>
          <w:b/>
          <w:bCs/>
          <w:lang w:val="en-US" w:eastAsia="en-US"/>
        </w:rPr>
        <w:t xml:space="preserve"> volta </w:t>
      </w:r>
      <w:proofErr w:type="spellStart"/>
      <w:r w:rsidRPr="007B473C">
        <w:rPr>
          <w:rFonts w:asciiTheme="majorHAnsi" w:eastAsiaTheme="majorEastAsia" w:hAnsiTheme="majorHAnsi" w:cstheme="majorBidi"/>
          <w:b/>
          <w:bCs/>
          <w:lang w:val="en-US" w:eastAsia="en-US"/>
        </w:rPr>
        <w:t>l'osteria</w:t>
      </w:r>
      <w:proofErr w:type="spellEnd"/>
      <w:r w:rsidRPr="007B473C">
        <w:rPr>
          <w:rFonts w:asciiTheme="majorHAnsi" w:eastAsiaTheme="majorEastAsia" w:hAnsiTheme="majorHAnsi" w:cstheme="majorBidi"/>
          <w:b/>
          <w:bCs/>
          <w:lang w:val="en-US" w:eastAsia="en-US"/>
        </w:rPr>
        <w:t>.......</w:t>
      </w:r>
      <w:r w:rsidRPr="007B473C">
        <w:rPr>
          <w:rFonts w:asciiTheme="majorHAnsi" w:eastAsiaTheme="majorEastAsia" w:hAnsiTheme="majorHAnsi" w:cstheme="majorBidi"/>
          <w:lang w:val="en-US" w:eastAsia="en-US"/>
        </w:rPr>
        <w:t xml:space="preserve">: </w:t>
      </w:r>
      <w:proofErr w:type="spellStart"/>
      <w:r w:rsidR="001E6DEB">
        <w:rPr>
          <w:rFonts w:asciiTheme="majorHAnsi" w:eastAsiaTheme="majorEastAsia" w:hAnsiTheme="majorHAnsi" w:cstheme="majorBidi"/>
          <w:lang w:val="en-US" w:eastAsia="en-US"/>
        </w:rPr>
        <w:t>C</w:t>
      </w:r>
      <w:r w:rsidRPr="007B473C">
        <w:rPr>
          <w:rFonts w:asciiTheme="majorHAnsi" w:eastAsiaTheme="majorEastAsia" w:hAnsiTheme="majorHAnsi" w:cstheme="majorBidi"/>
          <w:lang w:val="en-US" w:eastAsia="en-US"/>
        </w:rPr>
        <w:t>reare</w:t>
      </w:r>
      <w:proofErr w:type="spellEnd"/>
      <w:r w:rsidRPr="007B473C">
        <w:rPr>
          <w:rFonts w:asciiTheme="majorHAnsi" w:eastAsiaTheme="majorEastAsia" w:hAnsiTheme="majorHAnsi" w:cstheme="majorBidi"/>
          <w:lang w:val="en-US" w:eastAsia="en-US"/>
        </w:rPr>
        <w:t xml:space="preserve"> uno </w:t>
      </w:r>
      <w:proofErr w:type="spellStart"/>
      <w:r w:rsidRPr="007B473C">
        <w:rPr>
          <w:rFonts w:asciiTheme="majorHAnsi" w:eastAsiaTheme="majorEastAsia" w:hAnsiTheme="majorHAnsi" w:cstheme="majorBidi"/>
          <w:lang w:val="en-US" w:eastAsia="en-US"/>
        </w:rPr>
        <w:t>spazio</w:t>
      </w:r>
      <w:proofErr w:type="spellEnd"/>
      <w:r w:rsidRPr="007B473C">
        <w:rPr>
          <w:rFonts w:asciiTheme="majorHAnsi" w:eastAsiaTheme="majorEastAsia" w:hAnsiTheme="majorHAnsi" w:cstheme="majorBidi"/>
          <w:lang w:val="en-US" w:eastAsia="en-US"/>
        </w:rPr>
        <w:t xml:space="preserve"> di </w:t>
      </w:r>
      <w:proofErr w:type="spellStart"/>
      <w:r w:rsidRPr="007B473C">
        <w:rPr>
          <w:rFonts w:asciiTheme="majorHAnsi" w:eastAsiaTheme="majorEastAsia" w:hAnsiTheme="majorHAnsi" w:cstheme="majorBidi"/>
          <w:lang w:val="en-US" w:eastAsia="en-US"/>
        </w:rPr>
        <w:t>aggregazione</w:t>
      </w:r>
      <w:proofErr w:type="spellEnd"/>
      <w:r w:rsidRPr="007B473C">
        <w:rPr>
          <w:rFonts w:asciiTheme="majorHAnsi" w:eastAsiaTheme="majorEastAsia" w:hAnsiTheme="majorHAnsi" w:cstheme="majorBidi"/>
          <w:lang w:val="en-US" w:eastAsia="en-US"/>
        </w:rPr>
        <w:t xml:space="preserve"> per </w:t>
      </w:r>
      <w:proofErr w:type="spellStart"/>
      <w:r w:rsidRPr="007B473C">
        <w:rPr>
          <w:rFonts w:asciiTheme="majorHAnsi" w:eastAsiaTheme="majorEastAsia" w:hAnsiTheme="majorHAnsi" w:cstheme="majorBidi"/>
          <w:lang w:val="en-US" w:eastAsia="en-US"/>
        </w:rPr>
        <w:t>gli</w:t>
      </w:r>
      <w:proofErr w:type="spellEnd"/>
      <w:r w:rsidRPr="007B473C">
        <w:rPr>
          <w:rFonts w:asciiTheme="majorHAnsi" w:eastAsiaTheme="majorEastAsia" w:hAnsiTheme="majorHAnsi" w:cstheme="majorBidi"/>
          <w:lang w:val="en-US" w:eastAsia="en-US"/>
        </w:rPr>
        <w:t xml:space="preserve"> anziani,</w:t>
      </w:r>
      <w:r w:rsidR="005653B3">
        <w:rPr>
          <w:rFonts w:asciiTheme="majorHAnsi" w:eastAsiaTheme="majorEastAsia" w:hAnsiTheme="majorHAnsi" w:cstheme="majorBidi"/>
          <w:lang w:val="en-US" w:eastAsia="en-US"/>
        </w:rPr>
        <w:t xml:space="preserve"> </w:t>
      </w:r>
      <w:proofErr w:type="spellStart"/>
      <w:r w:rsidR="005653B3">
        <w:rPr>
          <w:rFonts w:asciiTheme="majorHAnsi" w:eastAsiaTheme="majorEastAsia" w:hAnsiTheme="majorHAnsi" w:cstheme="majorBidi"/>
          <w:lang w:val="en-US" w:eastAsia="en-US"/>
        </w:rPr>
        <w:t>iniziando</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almeno</w:t>
      </w:r>
      <w:proofErr w:type="spellEnd"/>
      <w:r w:rsidRPr="007B473C">
        <w:rPr>
          <w:rFonts w:asciiTheme="majorHAnsi" w:eastAsiaTheme="majorEastAsia" w:hAnsiTheme="majorHAnsi" w:cstheme="majorBidi"/>
          <w:lang w:val="en-US" w:eastAsia="en-US"/>
        </w:rPr>
        <w:t xml:space="preserve"> per</w:t>
      </w:r>
      <w:r w:rsidR="005113B7">
        <w:rPr>
          <w:rFonts w:asciiTheme="majorHAnsi" w:eastAsiaTheme="majorEastAsia" w:hAnsiTheme="majorHAnsi" w:cstheme="majorBidi"/>
          <w:lang w:val="en-US" w:eastAsia="en-US"/>
        </w:rPr>
        <w:t xml:space="preserve"> un</w:t>
      </w:r>
      <w:r w:rsidR="002C3CD7">
        <w:rPr>
          <w:rFonts w:asciiTheme="majorHAnsi" w:eastAsiaTheme="majorEastAsia" w:hAnsiTheme="majorHAnsi" w:cstheme="majorBidi"/>
          <w:lang w:val="en-US" w:eastAsia="en-US"/>
        </w:rPr>
        <w:t xml:space="preserve"> </w:t>
      </w:r>
      <w:proofErr w:type="spellStart"/>
      <w:r w:rsidR="002C3CD7">
        <w:rPr>
          <w:rFonts w:asciiTheme="majorHAnsi" w:eastAsiaTheme="majorEastAsia" w:hAnsiTheme="majorHAnsi" w:cstheme="majorBidi"/>
          <w:lang w:val="en-US" w:eastAsia="en-US"/>
        </w:rPr>
        <w:t>giorno</w:t>
      </w:r>
      <w:proofErr w:type="spellEnd"/>
      <w:r w:rsidRPr="007B473C">
        <w:rPr>
          <w:rFonts w:asciiTheme="majorHAnsi" w:eastAsiaTheme="majorEastAsia" w:hAnsiTheme="majorHAnsi" w:cstheme="majorBidi"/>
          <w:lang w:val="en-US" w:eastAsia="en-US"/>
        </w:rPr>
        <w:t xml:space="preserve"> la </w:t>
      </w:r>
      <w:proofErr w:type="spellStart"/>
      <w:r w:rsidRPr="007B473C">
        <w:rPr>
          <w:rFonts w:asciiTheme="majorHAnsi" w:eastAsiaTheme="majorEastAsia" w:hAnsiTheme="majorHAnsi" w:cstheme="majorBidi"/>
          <w:lang w:val="en-US" w:eastAsia="en-US"/>
        </w:rPr>
        <w:t>settimana</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potrebbe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essere</w:t>
      </w:r>
      <w:proofErr w:type="spellEnd"/>
      <w:r w:rsidRPr="007B473C">
        <w:rPr>
          <w:rFonts w:asciiTheme="majorHAnsi" w:eastAsiaTheme="majorEastAsia" w:hAnsiTheme="majorHAnsi" w:cstheme="majorBidi"/>
          <w:lang w:val="en-US" w:eastAsia="en-US"/>
        </w:rPr>
        <w:t xml:space="preserve"> un </w:t>
      </w:r>
      <w:proofErr w:type="spellStart"/>
      <w:r w:rsidRPr="007B473C">
        <w:rPr>
          <w:rFonts w:asciiTheme="majorHAnsi" w:eastAsiaTheme="majorEastAsia" w:hAnsiTheme="majorHAnsi" w:cstheme="majorBidi"/>
          <w:lang w:val="en-US" w:eastAsia="en-US"/>
        </w:rPr>
        <w:t>altro</w:t>
      </w:r>
      <w:proofErr w:type="spellEnd"/>
      <w:r w:rsidRPr="007B473C">
        <w:rPr>
          <w:rFonts w:asciiTheme="majorHAnsi" w:eastAsiaTheme="majorEastAsia" w:hAnsiTheme="majorHAnsi" w:cstheme="majorBidi"/>
          <w:lang w:val="en-US" w:eastAsia="en-US"/>
        </w:rPr>
        <w:t xml:space="preserve"> modo per </w:t>
      </w:r>
      <w:proofErr w:type="spellStart"/>
      <w:r w:rsidRPr="007B473C">
        <w:rPr>
          <w:rFonts w:asciiTheme="majorHAnsi" w:eastAsiaTheme="majorEastAsia" w:hAnsiTheme="majorHAnsi" w:cstheme="majorBidi"/>
          <w:lang w:val="en-US" w:eastAsia="en-US"/>
        </w:rPr>
        <w:t>ridurre</w:t>
      </w:r>
      <w:proofErr w:type="spellEnd"/>
      <w:r w:rsidRPr="007B473C">
        <w:rPr>
          <w:rFonts w:asciiTheme="majorHAnsi" w:eastAsiaTheme="majorEastAsia" w:hAnsiTheme="majorHAnsi" w:cstheme="majorBidi"/>
          <w:lang w:val="en-US" w:eastAsia="en-US"/>
        </w:rPr>
        <w:t xml:space="preserve"> il </w:t>
      </w:r>
      <w:proofErr w:type="spellStart"/>
      <w:r w:rsidRPr="007B473C">
        <w:rPr>
          <w:rFonts w:asciiTheme="majorHAnsi" w:eastAsiaTheme="majorEastAsia" w:hAnsiTheme="majorHAnsi" w:cstheme="majorBidi"/>
          <w:lang w:val="en-US" w:eastAsia="en-US"/>
        </w:rPr>
        <w:t>problema</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della</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solitudine</w:t>
      </w:r>
      <w:proofErr w:type="spellEnd"/>
      <w:r w:rsidRPr="007B473C">
        <w:rPr>
          <w:rFonts w:asciiTheme="majorHAnsi" w:eastAsiaTheme="majorEastAsia" w:hAnsiTheme="majorHAnsi" w:cstheme="majorBidi"/>
          <w:lang w:val="en-US" w:eastAsia="en-US"/>
        </w:rPr>
        <w:t xml:space="preserve"> e </w:t>
      </w:r>
      <w:proofErr w:type="spellStart"/>
      <w:r w:rsidRPr="007B473C">
        <w:rPr>
          <w:rFonts w:asciiTheme="majorHAnsi" w:eastAsiaTheme="majorEastAsia" w:hAnsiTheme="majorHAnsi" w:cstheme="majorBidi"/>
          <w:lang w:val="en-US" w:eastAsia="en-US"/>
        </w:rPr>
        <w:t>dell'emarginazione</w:t>
      </w:r>
      <w:proofErr w:type="spellEnd"/>
      <w:r w:rsidRPr="007B473C">
        <w:rPr>
          <w:rFonts w:asciiTheme="majorHAnsi" w:eastAsiaTheme="majorEastAsia" w:hAnsiTheme="majorHAnsi" w:cstheme="majorBidi"/>
          <w:lang w:val="en-US" w:eastAsia="en-US"/>
        </w:rPr>
        <w:t xml:space="preserve">. Uno </w:t>
      </w:r>
      <w:proofErr w:type="spellStart"/>
      <w:r w:rsidRPr="007B473C">
        <w:rPr>
          <w:rFonts w:asciiTheme="majorHAnsi" w:eastAsiaTheme="majorEastAsia" w:hAnsiTheme="majorHAnsi" w:cstheme="majorBidi"/>
          <w:lang w:val="en-US" w:eastAsia="en-US"/>
        </w:rPr>
        <w:t>spazio</w:t>
      </w:r>
      <w:proofErr w:type="spellEnd"/>
      <w:r w:rsidRPr="007B473C">
        <w:rPr>
          <w:rFonts w:asciiTheme="majorHAnsi" w:eastAsiaTheme="majorEastAsia" w:hAnsiTheme="majorHAnsi" w:cstheme="majorBidi"/>
          <w:lang w:val="en-US" w:eastAsia="en-US"/>
        </w:rPr>
        <w:t xml:space="preserve"> semplice con </w:t>
      </w:r>
      <w:proofErr w:type="spellStart"/>
      <w:r w:rsidRPr="007B473C">
        <w:rPr>
          <w:rFonts w:asciiTheme="majorHAnsi" w:eastAsiaTheme="majorEastAsia" w:hAnsiTheme="majorHAnsi" w:cstheme="majorBidi"/>
          <w:lang w:val="en-US" w:eastAsia="en-US"/>
        </w:rPr>
        <w:t>qualche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tavolino</w:t>
      </w:r>
      <w:proofErr w:type="spellEnd"/>
      <w:r w:rsidRPr="007B473C">
        <w:rPr>
          <w:rFonts w:asciiTheme="majorHAnsi" w:eastAsiaTheme="majorEastAsia" w:hAnsiTheme="majorHAnsi" w:cstheme="majorBidi"/>
          <w:lang w:val="en-US" w:eastAsia="en-US"/>
        </w:rPr>
        <w:t>,</w:t>
      </w:r>
      <w:r w:rsidR="007F3846">
        <w:rPr>
          <w:rFonts w:asciiTheme="majorHAnsi" w:eastAsiaTheme="majorEastAsia" w:hAnsiTheme="majorHAnsi" w:cstheme="majorBidi"/>
          <w:lang w:val="en-US" w:eastAsia="en-US"/>
        </w:rPr>
        <w:t xml:space="preserve"> libri,</w:t>
      </w:r>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giornali</w:t>
      </w:r>
      <w:proofErr w:type="spellEnd"/>
      <w:r w:rsidRPr="007B473C">
        <w:rPr>
          <w:rFonts w:asciiTheme="majorHAnsi" w:eastAsiaTheme="majorEastAsia" w:hAnsiTheme="majorHAnsi" w:cstheme="majorBidi"/>
          <w:lang w:val="en-US" w:eastAsia="en-US"/>
        </w:rPr>
        <w:t xml:space="preserve"> a </w:t>
      </w:r>
      <w:proofErr w:type="spellStart"/>
      <w:r w:rsidRPr="007B473C">
        <w:rPr>
          <w:rFonts w:asciiTheme="majorHAnsi" w:eastAsiaTheme="majorEastAsia" w:hAnsiTheme="majorHAnsi" w:cstheme="majorBidi"/>
          <w:lang w:val="en-US" w:eastAsia="en-US"/>
        </w:rPr>
        <w:t>disposizione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mazzi</w:t>
      </w:r>
      <w:proofErr w:type="spellEnd"/>
      <w:r w:rsidRPr="007B473C">
        <w:rPr>
          <w:rFonts w:asciiTheme="majorHAnsi" w:eastAsiaTheme="majorEastAsia" w:hAnsiTheme="majorHAnsi" w:cstheme="majorBidi"/>
          <w:lang w:val="en-US" w:eastAsia="en-US"/>
        </w:rPr>
        <w:t xml:space="preserve"> di carte, </w:t>
      </w:r>
      <w:proofErr w:type="spellStart"/>
      <w:r w:rsidRPr="007B473C">
        <w:rPr>
          <w:rFonts w:asciiTheme="majorHAnsi" w:eastAsiaTheme="majorEastAsia" w:hAnsiTheme="majorHAnsi" w:cstheme="majorBidi"/>
          <w:lang w:val="en-US" w:eastAsia="en-US"/>
        </w:rPr>
        <w:t>scacchiere</w:t>
      </w:r>
      <w:proofErr w:type="spellEnd"/>
      <w:r w:rsidRPr="007B473C">
        <w:rPr>
          <w:rFonts w:asciiTheme="majorHAnsi" w:eastAsiaTheme="majorEastAsia" w:hAnsiTheme="majorHAnsi" w:cstheme="majorBidi"/>
          <w:lang w:val="en-US" w:eastAsia="en-US"/>
        </w:rPr>
        <w:t xml:space="preserve"> e </w:t>
      </w:r>
      <w:proofErr w:type="spellStart"/>
      <w:r w:rsidRPr="007B473C">
        <w:rPr>
          <w:rFonts w:asciiTheme="majorHAnsi" w:eastAsiaTheme="majorEastAsia" w:hAnsiTheme="majorHAnsi" w:cstheme="majorBidi"/>
          <w:lang w:val="en-US" w:eastAsia="en-US"/>
        </w:rPr>
        <w:t>magari</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giochi</w:t>
      </w:r>
      <w:proofErr w:type="spellEnd"/>
      <w:r w:rsidRPr="007B473C">
        <w:rPr>
          <w:rFonts w:asciiTheme="majorHAnsi" w:eastAsiaTheme="majorEastAsia" w:hAnsiTheme="majorHAnsi" w:cstheme="majorBidi"/>
          <w:lang w:val="en-US" w:eastAsia="en-US"/>
        </w:rPr>
        <w:t xml:space="preserve"> di </w:t>
      </w:r>
      <w:proofErr w:type="spellStart"/>
      <w:r w:rsidRPr="007B473C">
        <w:rPr>
          <w:rFonts w:asciiTheme="majorHAnsi" w:eastAsiaTheme="majorEastAsia" w:hAnsiTheme="majorHAnsi" w:cstheme="majorBidi"/>
          <w:lang w:val="en-US" w:eastAsia="en-US"/>
        </w:rPr>
        <w:t>società</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che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stimolino</w:t>
      </w:r>
      <w:proofErr w:type="spellEnd"/>
      <w:r w:rsidRPr="007B473C">
        <w:rPr>
          <w:rFonts w:asciiTheme="majorHAnsi" w:eastAsiaTheme="majorEastAsia" w:hAnsiTheme="majorHAnsi" w:cstheme="majorBidi"/>
          <w:lang w:val="en-US" w:eastAsia="en-US"/>
        </w:rPr>
        <w:t xml:space="preserve"> il </w:t>
      </w:r>
      <w:proofErr w:type="spellStart"/>
      <w:r w:rsidRPr="007B473C">
        <w:rPr>
          <w:rFonts w:asciiTheme="majorHAnsi" w:eastAsiaTheme="majorEastAsia" w:hAnsiTheme="majorHAnsi" w:cstheme="majorBidi"/>
          <w:lang w:val="en-US" w:eastAsia="en-US"/>
        </w:rPr>
        <w:t>cervello</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Scarabeo</w:t>
      </w:r>
      <w:proofErr w:type="spellEnd"/>
      <w:r w:rsidRPr="007B473C">
        <w:rPr>
          <w:rFonts w:asciiTheme="majorHAnsi" w:eastAsiaTheme="majorEastAsia" w:hAnsiTheme="majorHAnsi" w:cstheme="majorBidi"/>
          <w:lang w:val="en-US" w:eastAsia="en-US"/>
        </w:rPr>
        <w:t xml:space="preserve">, Memory, </w:t>
      </w:r>
      <w:proofErr w:type="spellStart"/>
      <w:r w:rsidRPr="007B473C">
        <w:rPr>
          <w:rFonts w:asciiTheme="majorHAnsi" w:eastAsiaTheme="majorEastAsia" w:hAnsiTheme="majorHAnsi" w:cstheme="majorBidi"/>
          <w:lang w:val="en-US" w:eastAsia="en-US"/>
        </w:rPr>
        <w:t>ecc</w:t>
      </w:r>
      <w:proofErr w:type="spellEnd"/>
      <w:r w:rsidRPr="007B473C">
        <w:rPr>
          <w:rFonts w:asciiTheme="majorHAnsi" w:eastAsiaTheme="majorEastAsia" w:hAnsiTheme="majorHAnsi" w:cstheme="majorBidi"/>
          <w:lang w:val="en-US" w:eastAsia="en-US"/>
        </w:rPr>
        <w:t>.);</w:t>
      </w:r>
      <w:r w:rsidR="005653B3">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una</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macchinetta</w:t>
      </w:r>
      <w:proofErr w:type="spellEnd"/>
      <w:r w:rsidRPr="007B473C">
        <w:rPr>
          <w:rFonts w:asciiTheme="majorHAnsi" w:eastAsiaTheme="majorEastAsia" w:hAnsiTheme="majorHAnsi" w:cstheme="majorBidi"/>
          <w:lang w:val="en-US" w:eastAsia="en-US"/>
        </w:rPr>
        <w:t xml:space="preserve"> per il caffè e un </w:t>
      </w:r>
      <w:proofErr w:type="spellStart"/>
      <w:r w:rsidRPr="007B473C">
        <w:rPr>
          <w:rFonts w:asciiTheme="majorHAnsi" w:eastAsiaTheme="majorEastAsia" w:hAnsiTheme="majorHAnsi" w:cstheme="majorBidi"/>
          <w:lang w:val="en-US" w:eastAsia="en-US"/>
        </w:rPr>
        <w:t>bollitore</w:t>
      </w:r>
      <w:proofErr w:type="spellEnd"/>
      <w:r w:rsidRPr="007B473C">
        <w:rPr>
          <w:rFonts w:asciiTheme="majorHAnsi" w:eastAsiaTheme="majorEastAsia" w:hAnsiTheme="majorHAnsi" w:cstheme="majorBidi"/>
          <w:lang w:val="en-US" w:eastAsia="en-US"/>
        </w:rPr>
        <w:t xml:space="preserve"> per </w:t>
      </w:r>
      <w:proofErr w:type="spellStart"/>
      <w:r w:rsidRPr="007B473C">
        <w:rPr>
          <w:rFonts w:asciiTheme="majorHAnsi" w:eastAsiaTheme="majorEastAsia" w:hAnsiTheme="majorHAnsi" w:cstheme="majorBidi"/>
          <w:lang w:val="en-US" w:eastAsia="en-US"/>
        </w:rPr>
        <w:t>preparare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tè</w:t>
      </w:r>
      <w:proofErr w:type="spellEnd"/>
      <w:r w:rsidRPr="007B473C">
        <w:rPr>
          <w:rFonts w:asciiTheme="majorHAnsi" w:eastAsiaTheme="majorEastAsia" w:hAnsiTheme="majorHAnsi" w:cstheme="majorBidi"/>
          <w:lang w:val="en-US" w:eastAsia="en-US"/>
        </w:rPr>
        <w:t xml:space="preserve"> e tisane.</w:t>
      </w:r>
    </w:p>
    <w:p w14:paraId="5A3D7ED4" w14:textId="7E11DC7B" w:rsidR="00BC7052" w:rsidRDefault="00023209" w:rsidP="00321D4B">
      <w:pPr>
        <w:pStyle w:val="NormaleWeb"/>
        <w:spacing w:before="0" w:beforeAutospacing="0" w:after="120" w:afterAutospacing="0"/>
        <w:jc w:val="both"/>
        <w:rPr>
          <w:rFonts w:asciiTheme="majorHAnsi" w:eastAsiaTheme="majorEastAsia" w:hAnsiTheme="majorHAnsi" w:cstheme="majorBidi"/>
          <w:lang w:val="en-US" w:eastAsia="en-US"/>
        </w:rPr>
      </w:pPr>
      <w:r w:rsidRPr="007B473C">
        <w:rPr>
          <w:rFonts w:asciiTheme="majorHAnsi" w:eastAsiaTheme="majorEastAsia" w:hAnsiTheme="majorHAnsi" w:cstheme="majorBidi"/>
          <w:b/>
          <w:bCs/>
          <w:lang w:val="en-US" w:eastAsia="en-US"/>
        </w:rPr>
        <w:t xml:space="preserve">Il </w:t>
      </w:r>
      <w:proofErr w:type="spellStart"/>
      <w:r w:rsidRPr="007B473C">
        <w:rPr>
          <w:rFonts w:asciiTheme="majorHAnsi" w:eastAsiaTheme="majorEastAsia" w:hAnsiTheme="majorHAnsi" w:cstheme="majorBidi"/>
          <w:b/>
          <w:bCs/>
          <w:lang w:val="en-US" w:eastAsia="en-US"/>
        </w:rPr>
        <w:t>corpo</w:t>
      </w:r>
      <w:proofErr w:type="spellEnd"/>
      <w:r w:rsidRPr="007B473C">
        <w:rPr>
          <w:rFonts w:asciiTheme="majorHAnsi" w:eastAsiaTheme="majorEastAsia" w:hAnsiTheme="majorHAnsi" w:cstheme="majorBidi"/>
          <w:b/>
          <w:bCs/>
          <w:lang w:val="en-US" w:eastAsia="en-US"/>
        </w:rPr>
        <w:t xml:space="preserve"> e </w:t>
      </w:r>
      <w:r w:rsidR="005918F2">
        <w:rPr>
          <w:rFonts w:asciiTheme="majorHAnsi" w:eastAsiaTheme="majorEastAsia" w:hAnsiTheme="majorHAnsi" w:cstheme="majorBidi"/>
          <w:b/>
          <w:bCs/>
          <w:lang w:val="en-US" w:eastAsia="en-US"/>
        </w:rPr>
        <w:t xml:space="preserve">il </w:t>
      </w:r>
      <w:proofErr w:type="spellStart"/>
      <w:r w:rsidR="005918F2">
        <w:rPr>
          <w:rFonts w:asciiTheme="majorHAnsi" w:eastAsiaTheme="majorEastAsia" w:hAnsiTheme="majorHAnsi" w:cstheme="majorBidi"/>
          <w:b/>
          <w:bCs/>
          <w:lang w:val="en-US" w:eastAsia="en-US"/>
        </w:rPr>
        <w:t>suo</w:t>
      </w:r>
      <w:proofErr w:type="spellEnd"/>
      <w:r w:rsidR="005918F2">
        <w:rPr>
          <w:rFonts w:asciiTheme="majorHAnsi" w:eastAsiaTheme="majorEastAsia" w:hAnsiTheme="majorHAnsi" w:cstheme="majorBidi"/>
          <w:b/>
          <w:bCs/>
          <w:lang w:val="en-US" w:eastAsia="en-US"/>
        </w:rPr>
        <w:t xml:space="preserve"> </w:t>
      </w:r>
      <w:proofErr w:type="spellStart"/>
      <w:r w:rsidR="005918F2">
        <w:rPr>
          <w:rFonts w:asciiTheme="majorHAnsi" w:eastAsiaTheme="majorEastAsia" w:hAnsiTheme="majorHAnsi" w:cstheme="majorBidi"/>
          <w:b/>
          <w:bCs/>
          <w:lang w:val="en-US" w:eastAsia="en-US"/>
        </w:rPr>
        <w:t>benessere</w:t>
      </w:r>
      <w:proofErr w:type="spellEnd"/>
      <w:r w:rsidRPr="007B473C">
        <w:rPr>
          <w:rFonts w:asciiTheme="majorHAnsi" w:eastAsiaTheme="majorEastAsia" w:hAnsiTheme="majorHAnsi" w:cstheme="majorBidi"/>
          <w:lang w:val="en-US" w:eastAsia="en-US"/>
        </w:rPr>
        <w:t xml:space="preserve">: </w:t>
      </w:r>
      <w:r w:rsidR="001E70EC" w:rsidRPr="00911ADD">
        <w:rPr>
          <w:rFonts w:asciiTheme="majorHAnsi" w:eastAsiaTheme="majorEastAsia" w:hAnsiTheme="majorHAnsi" w:cstheme="majorBidi"/>
          <w:lang w:val="en-US" w:eastAsia="en-US"/>
        </w:rPr>
        <w:t>Si propone di organizzare, una volta alla settimana, una passeggiata all’aperto, preferibilmente immersi nella natura, dedicata agli anziani. L’attività fisica, calibrata su questa fase della vita, favorisce il mantenimento della salute, mentre la dimensione di gruppo offre un’importante occasione di socializzazione con i coetanei.</w:t>
      </w:r>
      <w:r w:rsidR="00BC7052">
        <w:rPr>
          <w:rFonts w:asciiTheme="majorHAnsi" w:eastAsiaTheme="majorEastAsia" w:hAnsiTheme="majorHAnsi" w:cstheme="majorBidi"/>
          <w:lang w:val="en-US" w:eastAsia="en-US"/>
        </w:rPr>
        <w:t xml:space="preserve">                                                               </w:t>
      </w:r>
    </w:p>
    <w:p w14:paraId="04376FE0" w14:textId="00481EA8" w:rsidR="002F1A57" w:rsidRDefault="00BC7052" w:rsidP="002F1A57">
      <w:pPr>
        <w:pStyle w:val="NormaleWeb"/>
        <w:spacing w:before="0" w:beforeAutospacing="0" w:after="120" w:afterAutospacing="0"/>
        <w:jc w:val="both"/>
        <w:rPr>
          <w:rFonts w:asciiTheme="majorHAnsi" w:eastAsiaTheme="majorEastAsia" w:hAnsiTheme="majorHAnsi" w:cstheme="majorBidi"/>
          <w:lang w:val="en-US" w:eastAsia="en-US"/>
        </w:rPr>
      </w:pPr>
      <w:r>
        <w:rPr>
          <w:rFonts w:asciiTheme="majorHAnsi" w:eastAsiaTheme="majorEastAsia" w:hAnsiTheme="majorHAnsi" w:cstheme="majorBidi"/>
          <w:lang w:val="en-US" w:eastAsia="en-US"/>
        </w:rPr>
        <w:t xml:space="preserve"> </w:t>
      </w:r>
      <w:r w:rsidRPr="00BC7052">
        <w:rPr>
          <w:rFonts w:asciiTheme="majorHAnsi" w:eastAsiaTheme="majorEastAsia" w:hAnsiTheme="majorHAnsi" w:cstheme="majorBidi"/>
          <w:b/>
          <w:bCs/>
          <w:lang w:val="en-US" w:eastAsia="en-US"/>
        </w:rPr>
        <w:t xml:space="preserve">Laboratorio </w:t>
      </w:r>
      <w:proofErr w:type="spellStart"/>
      <w:r w:rsidRPr="00BC7052">
        <w:rPr>
          <w:rFonts w:asciiTheme="majorHAnsi" w:eastAsiaTheme="majorEastAsia" w:hAnsiTheme="majorHAnsi" w:cstheme="majorBidi"/>
          <w:b/>
          <w:bCs/>
          <w:lang w:val="en-US" w:eastAsia="en-US"/>
        </w:rPr>
        <w:t>pedagogico</w:t>
      </w:r>
      <w:proofErr w:type="spellEnd"/>
      <w:r w:rsidRPr="00BC7052">
        <w:rPr>
          <w:rFonts w:asciiTheme="majorHAnsi" w:eastAsiaTheme="majorEastAsia" w:hAnsiTheme="majorHAnsi" w:cstheme="majorBidi"/>
          <w:b/>
          <w:bCs/>
          <w:lang w:val="en-US" w:eastAsia="en-US"/>
        </w:rPr>
        <w:t xml:space="preserve"> per la terza </w:t>
      </w:r>
      <w:proofErr w:type="spellStart"/>
      <w:r w:rsidRPr="00BC7052">
        <w:rPr>
          <w:rFonts w:asciiTheme="majorHAnsi" w:eastAsiaTheme="majorEastAsia" w:hAnsiTheme="majorHAnsi" w:cstheme="majorBidi"/>
          <w:b/>
          <w:bCs/>
          <w:lang w:val="en-US" w:eastAsia="en-US"/>
        </w:rPr>
        <w:t>età</w:t>
      </w:r>
      <w:proofErr w:type="spellEnd"/>
      <w:r w:rsidRPr="00BC7052">
        <w:rPr>
          <w:rFonts w:asciiTheme="majorHAnsi" w:eastAsiaTheme="majorEastAsia" w:hAnsiTheme="majorHAnsi" w:cstheme="majorBidi"/>
          <w:b/>
          <w:bCs/>
          <w:lang w:val="en-US" w:eastAsia="en-US"/>
        </w:rPr>
        <w:t>:</w:t>
      </w:r>
      <w:r>
        <w:rPr>
          <w:rFonts w:asciiTheme="majorHAnsi" w:eastAsiaTheme="majorEastAsia" w:hAnsiTheme="majorHAnsi" w:cstheme="majorBidi"/>
          <w:lang w:val="en-US" w:eastAsia="en-US"/>
        </w:rPr>
        <w:t xml:space="preserve"> </w:t>
      </w:r>
      <w:proofErr w:type="spellStart"/>
      <w:r>
        <w:rPr>
          <w:rFonts w:asciiTheme="majorHAnsi" w:eastAsiaTheme="majorEastAsia" w:hAnsiTheme="majorHAnsi" w:cstheme="majorBidi"/>
          <w:lang w:val="en-US" w:eastAsia="en-US"/>
        </w:rPr>
        <w:t>organizzare</w:t>
      </w:r>
      <w:proofErr w:type="spellEnd"/>
      <w:r>
        <w:rPr>
          <w:rFonts w:asciiTheme="majorHAnsi" w:eastAsiaTheme="majorEastAsia" w:hAnsiTheme="majorHAnsi" w:cstheme="majorBidi"/>
          <w:lang w:val="en-US" w:eastAsia="en-US"/>
        </w:rPr>
        <w:t xml:space="preserve"> e </w:t>
      </w:r>
      <w:proofErr w:type="spellStart"/>
      <w:r>
        <w:rPr>
          <w:rFonts w:asciiTheme="majorHAnsi" w:eastAsiaTheme="majorEastAsia" w:hAnsiTheme="majorHAnsi" w:cstheme="majorBidi"/>
          <w:lang w:val="en-US" w:eastAsia="en-US"/>
        </w:rPr>
        <w:t>svolgere</w:t>
      </w:r>
      <w:proofErr w:type="spellEnd"/>
      <w:r>
        <w:rPr>
          <w:rFonts w:asciiTheme="majorHAnsi" w:eastAsiaTheme="majorEastAsia" w:hAnsiTheme="majorHAnsi" w:cstheme="majorBidi"/>
          <w:lang w:val="en-US" w:eastAsia="en-US"/>
        </w:rPr>
        <w:t xml:space="preserve"> </w:t>
      </w:r>
      <w:r w:rsidR="00873DAC">
        <w:rPr>
          <w:rFonts w:asciiTheme="majorHAnsi" w:eastAsiaTheme="majorEastAsia" w:hAnsiTheme="majorHAnsi" w:cstheme="majorBidi"/>
          <w:lang w:val="en-US" w:eastAsia="en-US"/>
        </w:rPr>
        <w:t>un</w:t>
      </w:r>
      <w:r>
        <w:rPr>
          <w:rFonts w:asciiTheme="majorHAnsi" w:eastAsiaTheme="majorEastAsia" w:hAnsiTheme="majorHAnsi" w:cstheme="majorBidi"/>
          <w:lang w:val="en-US" w:eastAsia="en-US"/>
        </w:rPr>
        <w:t xml:space="preserve"> </w:t>
      </w:r>
      <w:proofErr w:type="spellStart"/>
      <w:r>
        <w:rPr>
          <w:rFonts w:asciiTheme="majorHAnsi" w:eastAsiaTheme="majorEastAsia" w:hAnsiTheme="majorHAnsi" w:cstheme="majorBidi"/>
          <w:lang w:val="en-US" w:eastAsia="en-US"/>
        </w:rPr>
        <w:t>giorno</w:t>
      </w:r>
      <w:proofErr w:type="spellEnd"/>
      <w:r>
        <w:rPr>
          <w:rFonts w:asciiTheme="majorHAnsi" w:eastAsiaTheme="majorEastAsia" w:hAnsiTheme="majorHAnsi" w:cstheme="majorBidi"/>
          <w:lang w:val="en-US" w:eastAsia="en-US"/>
        </w:rPr>
        <w:t xml:space="preserve"> la </w:t>
      </w:r>
      <w:r w:rsidR="002C3CD7">
        <w:rPr>
          <w:rFonts w:asciiTheme="majorHAnsi" w:eastAsiaTheme="majorEastAsia" w:hAnsiTheme="majorHAnsi" w:cstheme="majorBidi"/>
          <w:lang w:val="en-US" w:eastAsia="en-US"/>
        </w:rPr>
        <w:t xml:space="preserve">Settimana </w:t>
      </w:r>
      <w:proofErr w:type="spellStart"/>
      <w:r w:rsidR="002C3CD7">
        <w:rPr>
          <w:rFonts w:asciiTheme="majorHAnsi" w:eastAsiaTheme="majorEastAsia" w:hAnsiTheme="majorHAnsi" w:cstheme="majorBidi"/>
          <w:lang w:val="en-US" w:eastAsia="en-US"/>
        </w:rPr>
        <w:t>attività</w:t>
      </w:r>
      <w:proofErr w:type="spellEnd"/>
      <w:r w:rsidR="002C3CD7">
        <w:rPr>
          <w:rFonts w:asciiTheme="majorHAnsi" w:eastAsiaTheme="majorEastAsia" w:hAnsiTheme="majorHAnsi" w:cstheme="majorBidi"/>
          <w:lang w:val="en-US" w:eastAsia="en-US"/>
        </w:rPr>
        <w:t xml:space="preserve"> per il </w:t>
      </w:r>
      <w:proofErr w:type="spellStart"/>
      <w:r w:rsidR="002C3CD7">
        <w:rPr>
          <w:rFonts w:asciiTheme="majorHAnsi" w:eastAsiaTheme="majorEastAsia" w:hAnsiTheme="majorHAnsi" w:cstheme="majorBidi"/>
          <w:lang w:val="en-US" w:eastAsia="en-US"/>
        </w:rPr>
        <w:t>benessere</w:t>
      </w:r>
      <w:proofErr w:type="spellEnd"/>
      <w:r w:rsidR="002C3CD7">
        <w:rPr>
          <w:rFonts w:asciiTheme="majorHAnsi" w:eastAsiaTheme="majorEastAsia" w:hAnsiTheme="majorHAnsi" w:cstheme="majorBidi"/>
          <w:lang w:val="en-US" w:eastAsia="en-US"/>
        </w:rPr>
        <w:t xml:space="preserve"> </w:t>
      </w:r>
      <w:proofErr w:type="spellStart"/>
      <w:r w:rsidR="002C3CD7">
        <w:rPr>
          <w:rFonts w:asciiTheme="majorHAnsi" w:eastAsiaTheme="majorEastAsia" w:hAnsiTheme="majorHAnsi" w:cstheme="majorBidi"/>
          <w:lang w:val="en-US" w:eastAsia="en-US"/>
        </w:rPr>
        <w:t>cognitivo</w:t>
      </w:r>
      <w:proofErr w:type="spellEnd"/>
      <w:r w:rsidR="002C3CD7">
        <w:rPr>
          <w:rFonts w:asciiTheme="majorHAnsi" w:eastAsiaTheme="majorEastAsia" w:hAnsiTheme="majorHAnsi" w:cstheme="majorBidi"/>
          <w:lang w:val="en-US" w:eastAsia="en-US"/>
        </w:rPr>
        <w:t xml:space="preserve">, </w:t>
      </w:r>
      <w:proofErr w:type="spellStart"/>
      <w:r w:rsidR="002C3CD7">
        <w:rPr>
          <w:rFonts w:asciiTheme="majorHAnsi" w:eastAsiaTheme="majorEastAsia" w:hAnsiTheme="majorHAnsi" w:cstheme="majorBidi"/>
          <w:lang w:val="en-US" w:eastAsia="en-US"/>
        </w:rPr>
        <w:t>affettivo</w:t>
      </w:r>
      <w:proofErr w:type="spellEnd"/>
      <w:r w:rsidR="002C3CD7">
        <w:rPr>
          <w:rFonts w:asciiTheme="majorHAnsi" w:eastAsiaTheme="majorEastAsia" w:hAnsiTheme="majorHAnsi" w:cstheme="majorBidi"/>
          <w:lang w:val="en-US" w:eastAsia="en-US"/>
        </w:rPr>
        <w:t xml:space="preserve"> ed </w:t>
      </w:r>
      <w:proofErr w:type="spellStart"/>
      <w:r w:rsidR="002C3CD7">
        <w:rPr>
          <w:rFonts w:asciiTheme="majorHAnsi" w:eastAsiaTheme="majorEastAsia" w:hAnsiTheme="majorHAnsi" w:cstheme="majorBidi"/>
          <w:lang w:val="en-US" w:eastAsia="en-US"/>
        </w:rPr>
        <w:t>emotivo</w:t>
      </w:r>
      <w:proofErr w:type="spellEnd"/>
      <w:r w:rsidR="002C3CD7">
        <w:rPr>
          <w:rFonts w:asciiTheme="majorHAnsi" w:eastAsiaTheme="majorEastAsia" w:hAnsiTheme="majorHAnsi" w:cstheme="majorBidi"/>
          <w:lang w:val="en-US" w:eastAsia="en-US"/>
        </w:rPr>
        <w:t xml:space="preserve"> </w:t>
      </w:r>
      <w:proofErr w:type="spellStart"/>
      <w:r w:rsidR="002C3CD7">
        <w:rPr>
          <w:rFonts w:asciiTheme="majorHAnsi" w:eastAsiaTheme="majorEastAsia" w:hAnsiTheme="majorHAnsi" w:cstheme="majorBidi"/>
          <w:lang w:val="en-US" w:eastAsia="en-US"/>
        </w:rPr>
        <w:t>delle</w:t>
      </w:r>
      <w:proofErr w:type="spellEnd"/>
      <w:r w:rsidR="002C3CD7">
        <w:rPr>
          <w:rFonts w:asciiTheme="majorHAnsi" w:eastAsiaTheme="majorEastAsia" w:hAnsiTheme="majorHAnsi" w:cstheme="majorBidi"/>
          <w:lang w:val="en-US" w:eastAsia="en-US"/>
        </w:rPr>
        <w:t xml:space="preserve"> </w:t>
      </w:r>
      <w:proofErr w:type="spellStart"/>
      <w:r w:rsidR="002C3CD7">
        <w:rPr>
          <w:rFonts w:asciiTheme="majorHAnsi" w:eastAsiaTheme="majorEastAsia" w:hAnsiTheme="majorHAnsi" w:cstheme="majorBidi"/>
          <w:lang w:val="en-US" w:eastAsia="en-US"/>
        </w:rPr>
        <w:t>persone</w:t>
      </w:r>
      <w:proofErr w:type="spellEnd"/>
      <w:r w:rsidR="002C3CD7">
        <w:rPr>
          <w:rFonts w:asciiTheme="majorHAnsi" w:eastAsiaTheme="majorEastAsia" w:hAnsiTheme="majorHAnsi" w:cstheme="majorBidi"/>
          <w:lang w:val="en-US" w:eastAsia="en-US"/>
        </w:rPr>
        <w:t xml:space="preserve"> (</w:t>
      </w:r>
      <w:proofErr w:type="spellStart"/>
      <w:r w:rsidR="002C3CD7">
        <w:rPr>
          <w:rFonts w:asciiTheme="majorHAnsi" w:eastAsiaTheme="majorEastAsia" w:hAnsiTheme="majorHAnsi" w:cstheme="majorBidi"/>
          <w:lang w:val="en-US" w:eastAsia="en-US"/>
        </w:rPr>
        <w:t>coordinato</w:t>
      </w:r>
      <w:proofErr w:type="spellEnd"/>
      <w:r w:rsidR="002C3CD7">
        <w:rPr>
          <w:rFonts w:asciiTheme="majorHAnsi" w:eastAsiaTheme="majorEastAsia" w:hAnsiTheme="majorHAnsi" w:cstheme="majorBidi"/>
          <w:lang w:val="en-US" w:eastAsia="en-US"/>
        </w:rPr>
        <w:t xml:space="preserve"> </w:t>
      </w:r>
      <w:proofErr w:type="spellStart"/>
      <w:r w:rsidR="002C3CD7">
        <w:rPr>
          <w:rFonts w:asciiTheme="majorHAnsi" w:eastAsiaTheme="majorEastAsia" w:hAnsiTheme="majorHAnsi" w:cstheme="majorBidi"/>
          <w:lang w:val="en-US" w:eastAsia="en-US"/>
        </w:rPr>
        <w:t>dalla</w:t>
      </w:r>
      <w:proofErr w:type="spellEnd"/>
      <w:r w:rsidR="002C3CD7">
        <w:rPr>
          <w:rFonts w:asciiTheme="majorHAnsi" w:eastAsiaTheme="majorEastAsia" w:hAnsiTheme="majorHAnsi" w:cstheme="majorBidi"/>
          <w:lang w:val="en-US" w:eastAsia="en-US"/>
        </w:rPr>
        <w:t xml:space="preserve"> Dott.ssa </w:t>
      </w:r>
      <w:proofErr w:type="spellStart"/>
      <w:r w:rsidR="002C3CD7">
        <w:rPr>
          <w:rFonts w:asciiTheme="majorHAnsi" w:eastAsiaTheme="majorEastAsia" w:hAnsiTheme="majorHAnsi" w:cstheme="majorBidi"/>
          <w:lang w:val="en-US" w:eastAsia="en-US"/>
        </w:rPr>
        <w:t>Usellini</w:t>
      </w:r>
      <w:proofErr w:type="spellEnd"/>
      <w:r w:rsidR="002C3CD7">
        <w:rPr>
          <w:rFonts w:asciiTheme="majorHAnsi" w:eastAsiaTheme="majorEastAsia" w:hAnsiTheme="majorHAnsi" w:cstheme="majorBidi"/>
          <w:lang w:val="en-US" w:eastAsia="en-US"/>
        </w:rPr>
        <w:t xml:space="preserve"> Anna)</w:t>
      </w:r>
    </w:p>
    <w:p w14:paraId="5DCB8438" w14:textId="4D5753FF" w:rsidR="002F1A57" w:rsidRDefault="00F11E34" w:rsidP="002F1A57">
      <w:pPr>
        <w:pStyle w:val="NormaleWeb"/>
        <w:spacing w:before="0" w:beforeAutospacing="0" w:after="120" w:afterAutospacing="0"/>
        <w:jc w:val="both"/>
        <w:rPr>
          <w:rFonts w:asciiTheme="majorHAnsi" w:eastAsiaTheme="majorEastAsia" w:hAnsiTheme="majorHAnsi" w:cstheme="majorBidi"/>
          <w:lang w:val="en-US" w:eastAsia="en-US"/>
        </w:rPr>
      </w:pPr>
      <w:r w:rsidRPr="00F11E34">
        <w:rPr>
          <w:rFonts w:asciiTheme="majorHAnsi" w:eastAsiaTheme="majorEastAsia" w:hAnsiTheme="majorHAnsi" w:cstheme="majorBidi"/>
          <w:b/>
          <w:bCs/>
        </w:rPr>
        <w:lastRenderedPageBreak/>
        <w:t>Attività Ricreative:</w:t>
      </w:r>
      <w:r w:rsidRPr="00F11E34">
        <w:rPr>
          <w:rFonts w:asciiTheme="majorHAnsi" w:eastAsiaTheme="majorEastAsia" w:hAnsiTheme="majorHAnsi" w:cstheme="majorBidi"/>
        </w:rPr>
        <w:t xml:space="preserve"> Le attività proposte mirano a stimolare corpo e mente attraverso esperienze piacevoli, inclusive e adattabili alle diverse capacità dei partecipanti. Sono pensate per promuovere il benessere psico-fisico, contrastare l’isolamento e favorire la socializzazione.</w:t>
      </w:r>
    </w:p>
    <w:p w14:paraId="639C39C0" w14:textId="77777777" w:rsidR="002F1A57" w:rsidRDefault="008D1632" w:rsidP="002F1A57">
      <w:pPr>
        <w:pStyle w:val="NormaleWeb"/>
        <w:spacing w:before="0" w:beforeAutospacing="0" w:after="120" w:afterAutospacing="0"/>
        <w:jc w:val="both"/>
        <w:rPr>
          <w:rFonts w:asciiTheme="majorHAnsi" w:eastAsiaTheme="majorEastAsia" w:hAnsiTheme="majorHAnsi" w:cstheme="majorBidi"/>
          <w:lang w:val="en-US" w:eastAsia="en-US"/>
        </w:rPr>
      </w:pPr>
      <w:proofErr w:type="spellStart"/>
      <w:r w:rsidRPr="007B473C">
        <w:rPr>
          <w:rFonts w:asciiTheme="majorHAnsi" w:eastAsiaTheme="majorEastAsia" w:hAnsiTheme="majorHAnsi" w:cstheme="majorBidi"/>
          <w:b/>
          <w:bCs/>
          <w:lang w:val="en-US" w:eastAsia="en-US"/>
        </w:rPr>
        <w:t>Attività</w:t>
      </w:r>
      <w:proofErr w:type="spellEnd"/>
      <w:r w:rsidRPr="007B473C">
        <w:rPr>
          <w:rFonts w:asciiTheme="majorHAnsi" w:eastAsiaTheme="majorEastAsia" w:hAnsiTheme="majorHAnsi" w:cstheme="majorBidi"/>
          <w:b/>
          <w:bCs/>
          <w:lang w:val="en-US" w:eastAsia="en-US"/>
        </w:rPr>
        <w:t xml:space="preserve"> per </w:t>
      </w:r>
      <w:proofErr w:type="spellStart"/>
      <w:r w:rsidRPr="007B473C">
        <w:rPr>
          <w:rFonts w:asciiTheme="majorHAnsi" w:eastAsiaTheme="majorEastAsia" w:hAnsiTheme="majorHAnsi" w:cstheme="majorBidi"/>
          <w:b/>
          <w:bCs/>
          <w:lang w:val="en-US" w:eastAsia="en-US"/>
        </w:rPr>
        <w:t>persone</w:t>
      </w:r>
      <w:proofErr w:type="spellEnd"/>
      <w:r w:rsidRPr="007B473C">
        <w:rPr>
          <w:rFonts w:asciiTheme="majorHAnsi" w:eastAsiaTheme="majorEastAsia" w:hAnsiTheme="majorHAnsi" w:cstheme="majorBidi"/>
          <w:b/>
          <w:bCs/>
          <w:lang w:val="en-US" w:eastAsia="en-US"/>
        </w:rPr>
        <w:t xml:space="preserve"> </w:t>
      </w:r>
      <w:proofErr w:type="spellStart"/>
      <w:r w:rsidRPr="007B473C">
        <w:rPr>
          <w:rFonts w:asciiTheme="majorHAnsi" w:eastAsiaTheme="majorEastAsia" w:hAnsiTheme="majorHAnsi" w:cstheme="majorBidi"/>
          <w:b/>
          <w:bCs/>
          <w:lang w:val="en-US" w:eastAsia="en-US"/>
        </w:rPr>
        <w:t>diversamente</w:t>
      </w:r>
      <w:proofErr w:type="spellEnd"/>
      <w:r w:rsidRPr="007B473C">
        <w:rPr>
          <w:rFonts w:asciiTheme="majorHAnsi" w:eastAsiaTheme="majorEastAsia" w:hAnsiTheme="majorHAnsi" w:cstheme="majorBidi"/>
          <w:b/>
          <w:bCs/>
          <w:lang w:val="en-US" w:eastAsia="en-US"/>
        </w:rPr>
        <w:t xml:space="preserve"> </w:t>
      </w:r>
      <w:proofErr w:type="spellStart"/>
      <w:r w:rsidRPr="007B473C">
        <w:rPr>
          <w:rFonts w:asciiTheme="majorHAnsi" w:eastAsiaTheme="majorEastAsia" w:hAnsiTheme="majorHAnsi" w:cstheme="majorBidi"/>
          <w:b/>
          <w:bCs/>
          <w:lang w:val="en-US" w:eastAsia="en-US"/>
        </w:rPr>
        <w:t>abili</w:t>
      </w:r>
      <w:proofErr w:type="spellEnd"/>
      <w:r w:rsidRPr="007B473C">
        <w:rPr>
          <w:rFonts w:asciiTheme="majorHAnsi" w:eastAsiaTheme="majorEastAsia" w:hAnsiTheme="majorHAnsi" w:cstheme="majorBidi"/>
          <w:lang w:val="en-US" w:eastAsia="en-US"/>
        </w:rPr>
        <w:t xml:space="preserve">: per </w:t>
      </w:r>
      <w:proofErr w:type="spellStart"/>
      <w:r w:rsidRPr="007B473C">
        <w:rPr>
          <w:rFonts w:asciiTheme="majorHAnsi" w:eastAsiaTheme="majorEastAsia" w:hAnsiTheme="majorHAnsi" w:cstheme="majorBidi"/>
          <w:lang w:val="en-US" w:eastAsia="en-US"/>
        </w:rPr>
        <w:t>favorire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l’inclusione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sociale</w:t>
      </w:r>
      <w:proofErr w:type="spellEnd"/>
      <w:r w:rsidRPr="007B473C">
        <w:rPr>
          <w:rFonts w:asciiTheme="majorHAnsi" w:eastAsiaTheme="majorEastAsia" w:hAnsiTheme="majorHAnsi" w:cstheme="majorBidi"/>
          <w:lang w:val="en-US" w:eastAsia="en-US"/>
        </w:rPr>
        <w:t xml:space="preserve"> e </w:t>
      </w:r>
      <w:proofErr w:type="spellStart"/>
      <w:r w:rsidRPr="007B473C">
        <w:rPr>
          <w:rFonts w:asciiTheme="majorHAnsi" w:eastAsiaTheme="majorEastAsia" w:hAnsiTheme="majorHAnsi" w:cstheme="majorBidi"/>
          <w:lang w:val="en-US" w:eastAsia="en-US"/>
        </w:rPr>
        <w:t>stimolare</w:t>
      </w:r>
      <w:proofErr w:type="spellEnd"/>
      <w:r w:rsidRPr="007B473C">
        <w:rPr>
          <w:rFonts w:asciiTheme="majorHAnsi" w:eastAsiaTheme="majorEastAsia" w:hAnsiTheme="majorHAnsi" w:cstheme="majorBidi"/>
          <w:lang w:val="en-US" w:eastAsia="en-US"/>
        </w:rPr>
        <w:t xml:space="preserve"> la </w:t>
      </w:r>
      <w:proofErr w:type="spellStart"/>
      <w:r w:rsidRPr="007B473C">
        <w:rPr>
          <w:rFonts w:asciiTheme="majorHAnsi" w:eastAsiaTheme="majorEastAsia" w:hAnsiTheme="majorHAnsi" w:cstheme="majorBidi"/>
          <w:lang w:val="en-US" w:eastAsia="en-US"/>
        </w:rPr>
        <w:t>partecipazione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attiva</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si</w:t>
      </w:r>
      <w:proofErr w:type="spellEnd"/>
      <w:r w:rsidRPr="007B473C">
        <w:rPr>
          <w:rFonts w:asciiTheme="majorHAnsi" w:eastAsiaTheme="majorEastAsia" w:hAnsiTheme="majorHAnsi" w:cstheme="majorBidi"/>
          <w:lang w:val="en-US" w:eastAsia="en-US"/>
        </w:rPr>
        <w:t xml:space="preserve"> propone di </w:t>
      </w:r>
      <w:proofErr w:type="spellStart"/>
      <w:r w:rsidRPr="007B473C">
        <w:rPr>
          <w:rFonts w:asciiTheme="majorHAnsi" w:eastAsiaTheme="majorEastAsia" w:hAnsiTheme="majorHAnsi" w:cstheme="majorBidi"/>
          <w:lang w:val="en-US" w:eastAsia="en-US"/>
        </w:rPr>
        <w:t>coinvolgere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persone</w:t>
      </w:r>
      <w:proofErr w:type="spellEnd"/>
      <w:r w:rsidRPr="007B473C">
        <w:rPr>
          <w:rFonts w:asciiTheme="majorHAnsi" w:eastAsiaTheme="majorEastAsia" w:hAnsiTheme="majorHAnsi" w:cstheme="majorBidi"/>
          <w:lang w:val="en-US" w:eastAsia="en-US"/>
        </w:rPr>
        <w:t xml:space="preserve"> con </w:t>
      </w:r>
      <w:proofErr w:type="spellStart"/>
      <w:r w:rsidRPr="007B473C">
        <w:rPr>
          <w:rFonts w:asciiTheme="majorHAnsi" w:eastAsiaTheme="majorEastAsia" w:hAnsiTheme="majorHAnsi" w:cstheme="majorBidi"/>
          <w:lang w:val="en-US" w:eastAsia="en-US"/>
        </w:rPr>
        <w:t>disabilità</w:t>
      </w:r>
      <w:proofErr w:type="spellEnd"/>
      <w:r w:rsidRPr="007B473C">
        <w:rPr>
          <w:rFonts w:asciiTheme="majorHAnsi" w:eastAsiaTheme="majorEastAsia" w:hAnsiTheme="majorHAnsi" w:cstheme="majorBidi"/>
          <w:lang w:val="en-US" w:eastAsia="en-US"/>
        </w:rPr>
        <w:t xml:space="preserve"> in </w:t>
      </w:r>
      <w:proofErr w:type="spellStart"/>
      <w:r w:rsidRPr="007B473C">
        <w:rPr>
          <w:rFonts w:asciiTheme="majorHAnsi" w:eastAsiaTheme="majorEastAsia" w:hAnsiTheme="majorHAnsi" w:cstheme="majorBidi"/>
          <w:lang w:val="en-US" w:eastAsia="en-US"/>
        </w:rPr>
        <w:t>semplici</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attività</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manuali</w:t>
      </w:r>
      <w:proofErr w:type="spellEnd"/>
      <w:r w:rsidRPr="007B473C">
        <w:rPr>
          <w:rFonts w:asciiTheme="majorHAnsi" w:eastAsiaTheme="majorEastAsia" w:hAnsiTheme="majorHAnsi" w:cstheme="majorBidi"/>
          <w:lang w:val="en-US" w:eastAsia="en-US"/>
        </w:rPr>
        <w:t xml:space="preserve"> o creative, da </w:t>
      </w:r>
      <w:proofErr w:type="spellStart"/>
      <w:r w:rsidRPr="007B473C">
        <w:rPr>
          <w:rFonts w:asciiTheme="majorHAnsi" w:eastAsiaTheme="majorEastAsia" w:hAnsiTheme="majorHAnsi" w:cstheme="majorBidi"/>
          <w:lang w:val="en-US" w:eastAsia="en-US"/>
        </w:rPr>
        <w:t>svolgere</w:t>
      </w:r>
      <w:proofErr w:type="spellEnd"/>
      <w:r w:rsidRPr="007B473C">
        <w:rPr>
          <w:rFonts w:asciiTheme="majorHAnsi" w:eastAsiaTheme="majorEastAsia" w:hAnsiTheme="majorHAnsi" w:cstheme="majorBidi"/>
          <w:lang w:val="en-US" w:eastAsia="en-US"/>
        </w:rPr>
        <w:t xml:space="preserve"> in </w:t>
      </w:r>
      <w:proofErr w:type="spellStart"/>
      <w:r w:rsidRPr="007B473C">
        <w:rPr>
          <w:rFonts w:asciiTheme="majorHAnsi" w:eastAsiaTheme="majorEastAsia" w:hAnsiTheme="majorHAnsi" w:cstheme="majorBidi"/>
          <w:lang w:val="en-US" w:eastAsia="en-US"/>
        </w:rPr>
        <w:t>gruppo</w:t>
      </w:r>
      <w:proofErr w:type="spellEnd"/>
      <w:r w:rsidRPr="007B473C">
        <w:rPr>
          <w:rFonts w:asciiTheme="majorHAnsi" w:eastAsiaTheme="majorEastAsia" w:hAnsiTheme="majorHAnsi" w:cstheme="majorBidi"/>
          <w:lang w:val="en-US" w:eastAsia="en-US"/>
        </w:rPr>
        <w:t xml:space="preserve"> o </w:t>
      </w:r>
      <w:proofErr w:type="spellStart"/>
      <w:r w:rsidRPr="007B473C">
        <w:rPr>
          <w:rFonts w:asciiTheme="majorHAnsi" w:eastAsiaTheme="majorEastAsia" w:hAnsiTheme="majorHAnsi" w:cstheme="majorBidi"/>
          <w:lang w:val="en-US" w:eastAsia="en-US"/>
        </w:rPr>
        <w:t>individualmente</w:t>
      </w:r>
      <w:proofErr w:type="spellEnd"/>
      <w:r w:rsidRPr="007B473C">
        <w:rPr>
          <w:rFonts w:asciiTheme="majorHAnsi" w:eastAsiaTheme="majorEastAsia" w:hAnsiTheme="majorHAnsi" w:cstheme="majorBidi"/>
          <w:lang w:val="en-US" w:eastAsia="en-US"/>
        </w:rPr>
        <w:t xml:space="preserve">, in un </w:t>
      </w:r>
      <w:proofErr w:type="spellStart"/>
      <w:r w:rsidRPr="007B473C">
        <w:rPr>
          <w:rFonts w:asciiTheme="majorHAnsi" w:eastAsiaTheme="majorEastAsia" w:hAnsiTheme="majorHAnsi" w:cstheme="majorBidi"/>
          <w:lang w:val="en-US" w:eastAsia="en-US"/>
        </w:rPr>
        <w:t>ambiente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accogliente</w:t>
      </w:r>
      <w:proofErr w:type="spellEnd"/>
      <w:r w:rsidRPr="007B473C">
        <w:rPr>
          <w:rFonts w:asciiTheme="majorHAnsi" w:eastAsiaTheme="majorEastAsia" w:hAnsiTheme="majorHAnsi" w:cstheme="majorBidi"/>
          <w:lang w:val="en-US" w:eastAsia="en-US"/>
        </w:rPr>
        <w:t xml:space="preserve"> e non </w:t>
      </w:r>
      <w:proofErr w:type="spellStart"/>
      <w:r w:rsidRPr="007B473C">
        <w:rPr>
          <w:rFonts w:asciiTheme="majorHAnsi" w:eastAsiaTheme="majorEastAsia" w:hAnsiTheme="majorHAnsi" w:cstheme="majorBidi"/>
          <w:lang w:val="en-US" w:eastAsia="en-US"/>
        </w:rPr>
        <w:t>giudicante</w:t>
      </w:r>
      <w:proofErr w:type="spellEnd"/>
      <w:r w:rsidRPr="007B473C">
        <w:rPr>
          <w:rFonts w:asciiTheme="majorHAnsi" w:eastAsiaTheme="majorEastAsia" w:hAnsiTheme="majorHAnsi" w:cstheme="majorBidi"/>
          <w:lang w:val="en-US" w:eastAsia="en-US"/>
        </w:rPr>
        <w:t xml:space="preserve">. Le </w:t>
      </w:r>
      <w:proofErr w:type="spellStart"/>
      <w:r w:rsidRPr="007B473C">
        <w:rPr>
          <w:rFonts w:asciiTheme="majorHAnsi" w:eastAsiaTheme="majorEastAsia" w:hAnsiTheme="majorHAnsi" w:cstheme="majorBidi"/>
          <w:lang w:val="en-US" w:eastAsia="en-US"/>
        </w:rPr>
        <w:t>attività</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saranno</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strutturate</w:t>
      </w:r>
      <w:proofErr w:type="spellEnd"/>
      <w:r w:rsidRPr="007B473C">
        <w:rPr>
          <w:rFonts w:asciiTheme="majorHAnsi" w:eastAsiaTheme="majorEastAsia" w:hAnsiTheme="majorHAnsi" w:cstheme="majorBidi"/>
          <w:lang w:val="en-US" w:eastAsia="en-US"/>
        </w:rPr>
        <w:t xml:space="preserve"> in modo da </w:t>
      </w:r>
      <w:proofErr w:type="spellStart"/>
      <w:r w:rsidRPr="007B473C">
        <w:rPr>
          <w:rFonts w:asciiTheme="majorHAnsi" w:eastAsiaTheme="majorEastAsia" w:hAnsiTheme="majorHAnsi" w:cstheme="majorBidi"/>
          <w:lang w:val="en-US" w:eastAsia="en-US"/>
        </w:rPr>
        <w:t>sembrare</w:t>
      </w:r>
      <w:proofErr w:type="spellEnd"/>
      <w:r w:rsidRPr="007B473C">
        <w:rPr>
          <w:rFonts w:asciiTheme="majorHAnsi" w:eastAsiaTheme="majorEastAsia" w:hAnsiTheme="majorHAnsi" w:cstheme="majorBidi"/>
          <w:lang w:val="en-US" w:eastAsia="en-US"/>
        </w:rPr>
        <w:t xml:space="preserve"> un </w:t>
      </w:r>
      <w:proofErr w:type="spellStart"/>
      <w:r w:rsidRPr="007B473C">
        <w:rPr>
          <w:rFonts w:asciiTheme="majorHAnsi" w:eastAsiaTheme="majorEastAsia" w:hAnsiTheme="majorHAnsi" w:cstheme="majorBidi"/>
          <w:lang w:val="en-US" w:eastAsia="en-US"/>
        </w:rPr>
        <w:t>gioco</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rispettando</w:t>
      </w:r>
      <w:proofErr w:type="spellEnd"/>
      <w:r w:rsidRPr="007B473C">
        <w:rPr>
          <w:rFonts w:asciiTheme="majorHAnsi" w:eastAsiaTheme="majorEastAsia" w:hAnsiTheme="majorHAnsi" w:cstheme="majorBidi"/>
          <w:lang w:val="en-US" w:eastAsia="en-US"/>
        </w:rPr>
        <w:t xml:space="preserve"> le </w:t>
      </w:r>
      <w:proofErr w:type="spellStart"/>
      <w:r w:rsidRPr="007B473C">
        <w:rPr>
          <w:rFonts w:asciiTheme="majorHAnsi" w:eastAsiaTheme="majorEastAsia" w:hAnsiTheme="majorHAnsi" w:cstheme="majorBidi"/>
          <w:lang w:val="en-US" w:eastAsia="en-US"/>
        </w:rPr>
        <w:t>capacità</w:t>
      </w:r>
      <w:proofErr w:type="spellEnd"/>
      <w:r w:rsidRPr="007B473C">
        <w:rPr>
          <w:rFonts w:asciiTheme="majorHAnsi" w:eastAsiaTheme="majorEastAsia" w:hAnsiTheme="majorHAnsi" w:cstheme="majorBidi"/>
          <w:lang w:val="en-US" w:eastAsia="en-US"/>
        </w:rPr>
        <w:t xml:space="preserve"> e </w:t>
      </w:r>
      <w:proofErr w:type="spellStart"/>
      <w:r w:rsidRPr="007B473C">
        <w:rPr>
          <w:rFonts w:asciiTheme="majorHAnsi" w:eastAsiaTheme="majorEastAsia" w:hAnsiTheme="majorHAnsi" w:cstheme="majorBidi"/>
          <w:lang w:val="en-US" w:eastAsia="en-US"/>
        </w:rPr>
        <w:t>i</w:t>
      </w:r>
      <w:proofErr w:type="spellEnd"/>
      <w:r w:rsidRPr="007B473C">
        <w:rPr>
          <w:rFonts w:asciiTheme="majorHAnsi" w:eastAsiaTheme="majorEastAsia" w:hAnsiTheme="majorHAnsi" w:cstheme="majorBidi"/>
          <w:lang w:val="en-US" w:eastAsia="en-US"/>
        </w:rPr>
        <w:t xml:space="preserve"> tempi di </w:t>
      </w:r>
      <w:proofErr w:type="spellStart"/>
      <w:r w:rsidRPr="007B473C">
        <w:rPr>
          <w:rFonts w:asciiTheme="majorHAnsi" w:eastAsiaTheme="majorEastAsia" w:hAnsiTheme="majorHAnsi" w:cstheme="majorBidi"/>
          <w:lang w:val="en-US" w:eastAsia="en-US"/>
        </w:rPr>
        <w:t>ciascuno</w:t>
      </w:r>
      <w:proofErr w:type="spellEnd"/>
      <w:r w:rsidRPr="007B473C">
        <w:rPr>
          <w:rFonts w:asciiTheme="majorHAnsi" w:eastAsiaTheme="majorEastAsia" w:hAnsiTheme="majorHAnsi" w:cstheme="majorBidi"/>
          <w:lang w:val="en-US" w:eastAsia="en-US"/>
        </w:rPr>
        <w:t xml:space="preserve">, e </w:t>
      </w:r>
      <w:proofErr w:type="spellStart"/>
      <w:r w:rsidRPr="007B473C">
        <w:rPr>
          <w:rFonts w:asciiTheme="majorHAnsi" w:eastAsiaTheme="majorEastAsia" w:hAnsiTheme="majorHAnsi" w:cstheme="majorBidi"/>
          <w:lang w:val="en-US" w:eastAsia="en-US"/>
        </w:rPr>
        <w:t>potranno</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includere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lavoretti</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attività</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artistiche</w:t>
      </w:r>
      <w:proofErr w:type="spellEnd"/>
      <w:r w:rsidRPr="007B473C">
        <w:rPr>
          <w:rFonts w:asciiTheme="majorHAnsi" w:eastAsiaTheme="majorEastAsia" w:hAnsiTheme="majorHAnsi" w:cstheme="majorBidi"/>
          <w:lang w:val="en-US" w:eastAsia="en-US"/>
        </w:rPr>
        <w:t xml:space="preserve"> o </w:t>
      </w:r>
      <w:proofErr w:type="spellStart"/>
      <w:r w:rsidRPr="007B473C">
        <w:rPr>
          <w:rFonts w:asciiTheme="majorHAnsi" w:eastAsiaTheme="majorEastAsia" w:hAnsiTheme="majorHAnsi" w:cstheme="majorBidi"/>
          <w:lang w:val="en-US" w:eastAsia="en-US"/>
        </w:rPr>
        <w:t>piccoli</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compiti</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simbolici</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pensati</w:t>
      </w:r>
      <w:proofErr w:type="spellEnd"/>
      <w:r w:rsidRPr="007B473C">
        <w:rPr>
          <w:rFonts w:asciiTheme="majorHAnsi" w:eastAsiaTheme="majorEastAsia" w:hAnsiTheme="majorHAnsi" w:cstheme="majorBidi"/>
          <w:lang w:val="en-US" w:eastAsia="en-US"/>
        </w:rPr>
        <w:t xml:space="preserve"> per </w:t>
      </w:r>
      <w:proofErr w:type="spellStart"/>
      <w:r w:rsidRPr="007B473C">
        <w:rPr>
          <w:rFonts w:asciiTheme="majorHAnsi" w:eastAsiaTheme="majorEastAsia" w:hAnsiTheme="majorHAnsi" w:cstheme="majorBidi"/>
          <w:lang w:val="en-US" w:eastAsia="en-US"/>
        </w:rPr>
        <w:t>valorizzare</w:t>
      </w:r>
      <w:proofErr w:type="spellEnd"/>
      <w:r w:rsidRPr="007B473C">
        <w:rPr>
          <w:rFonts w:asciiTheme="majorHAnsi" w:eastAsiaTheme="majorEastAsia" w:hAnsiTheme="majorHAnsi" w:cstheme="majorBidi"/>
          <w:lang w:val="en-US" w:eastAsia="en-US"/>
        </w:rPr>
        <w:t xml:space="preserve"> ogni </w:t>
      </w:r>
      <w:proofErr w:type="spellStart"/>
      <w:r w:rsidRPr="007B473C">
        <w:rPr>
          <w:rFonts w:asciiTheme="majorHAnsi" w:eastAsiaTheme="majorEastAsia" w:hAnsiTheme="majorHAnsi" w:cstheme="majorBidi"/>
          <w:lang w:val="en-US" w:eastAsia="en-US"/>
        </w:rPr>
        <w:t>contributo</w:t>
      </w:r>
      <w:proofErr w:type="spellEnd"/>
      <w:r w:rsidRPr="007B473C">
        <w:rPr>
          <w:rFonts w:asciiTheme="majorHAnsi" w:eastAsiaTheme="majorEastAsia" w:hAnsiTheme="majorHAnsi" w:cstheme="majorBidi"/>
          <w:lang w:val="en-US" w:eastAsia="en-US"/>
        </w:rPr>
        <w:t xml:space="preserve"> e </w:t>
      </w:r>
      <w:proofErr w:type="spellStart"/>
      <w:r w:rsidRPr="007B473C">
        <w:rPr>
          <w:rFonts w:asciiTheme="majorHAnsi" w:eastAsiaTheme="majorEastAsia" w:hAnsiTheme="majorHAnsi" w:cstheme="majorBidi"/>
          <w:lang w:val="en-US" w:eastAsia="en-US"/>
        </w:rPr>
        <w:t>accrescere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l’autostima</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degli</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utenti</w:t>
      </w:r>
      <w:proofErr w:type="spellEnd"/>
      <w:r w:rsidRPr="007B473C">
        <w:rPr>
          <w:rFonts w:asciiTheme="majorHAnsi" w:eastAsiaTheme="majorEastAsia" w:hAnsiTheme="majorHAnsi" w:cstheme="majorBidi"/>
          <w:lang w:val="en-US" w:eastAsia="en-US"/>
        </w:rPr>
        <w:t>.</w:t>
      </w:r>
    </w:p>
    <w:p w14:paraId="7B6059AE" w14:textId="77777777" w:rsidR="002F1A57" w:rsidRDefault="00023209" w:rsidP="002F1A57">
      <w:pPr>
        <w:pStyle w:val="NormaleWeb"/>
        <w:spacing w:before="0" w:beforeAutospacing="0" w:after="120" w:afterAutospacing="0"/>
        <w:jc w:val="both"/>
        <w:rPr>
          <w:rFonts w:asciiTheme="majorHAnsi" w:eastAsiaTheme="majorEastAsia" w:hAnsiTheme="majorHAnsi" w:cstheme="majorBidi"/>
          <w:lang w:val="en-US" w:eastAsia="en-US"/>
        </w:rPr>
      </w:pPr>
      <w:proofErr w:type="spellStart"/>
      <w:r w:rsidRPr="007B473C">
        <w:rPr>
          <w:rFonts w:asciiTheme="majorHAnsi" w:eastAsiaTheme="majorEastAsia" w:hAnsiTheme="majorHAnsi" w:cstheme="majorBidi"/>
          <w:b/>
          <w:bCs/>
          <w:lang w:val="en-US" w:eastAsia="en-US"/>
        </w:rPr>
        <w:t>Consegna</w:t>
      </w:r>
      <w:proofErr w:type="spellEnd"/>
      <w:r w:rsidRPr="007B473C">
        <w:rPr>
          <w:rFonts w:asciiTheme="majorHAnsi" w:eastAsiaTheme="majorEastAsia" w:hAnsiTheme="majorHAnsi" w:cstheme="majorBidi"/>
          <w:b/>
          <w:bCs/>
          <w:lang w:val="en-US" w:eastAsia="en-US"/>
        </w:rPr>
        <w:t xml:space="preserve"> </w:t>
      </w:r>
      <w:proofErr w:type="spellStart"/>
      <w:r w:rsidRPr="007B473C">
        <w:rPr>
          <w:rFonts w:asciiTheme="majorHAnsi" w:eastAsiaTheme="majorEastAsia" w:hAnsiTheme="majorHAnsi" w:cstheme="majorBidi"/>
          <w:b/>
          <w:bCs/>
          <w:lang w:val="en-US" w:eastAsia="en-US"/>
        </w:rPr>
        <w:t>pasti</w:t>
      </w:r>
      <w:proofErr w:type="spellEnd"/>
      <w:r w:rsidRPr="007B473C">
        <w:rPr>
          <w:rFonts w:asciiTheme="majorHAnsi" w:eastAsiaTheme="majorEastAsia" w:hAnsiTheme="majorHAnsi" w:cstheme="majorBidi"/>
          <w:b/>
          <w:bCs/>
          <w:lang w:val="en-US" w:eastAsia="en-US"/>
        </w:rPr>
        <w:t xml:space="preserve"> a </w:t>
      </w:r>
      <w:proofErr w:type="spellStart"/>
      <w:r w:rsidRPr="007B473C">
        <w:rPr>
          <w:rFonts w:asciiTheme="majorHAnsi" w:eastAsiaTheme="majorEastAsia" w:hAnsiTheme="majorHAnsi" w:cstheme="majorBidi"/>
          <w:b/>
          <w:bCs/>
          <w:lang w:val="en-US" w:eastAsia="en-US"/>
        </w:rPr>
        <w:t>domicilio</w:t>
      </w:r>
      <w:proofErr w:type="spellEnd"/>
      <w:r w:rsidRPr="007B473C">
        <w:rPr>
          <w:rFonts w:asciiTheme="majorHAnsi" w:eastAsiaTheme="majorEastAsia" w:hAnsiTheme="majorHAnsi" w:cstheme="majorBidi"/>
          <w:b/>
          <w:bCs/>
          <w:lang w:val="en-US" w:eastAsia="en-US"/>
        </w:rPr>
        <w:t xml:space="preserve"> e </w:t>
      </w:r>
      <w:proofErr w:type="spellStart"/>
      <w:r w:rsidRPr="007B473C">
        <w:rPr>
          <w:rFonts w:asciiTheme="majorHAnsi" w:eastAsiaTheme="majorEastAsia" w:hAnsiTheme="majorHAnsi" w:cstheme="majorBidi"/>
          <w:b/>
          <w:bCs/>
          <w:lang w:val="en-US" w:eastAsia="en-US"/>
        </w:rPr>
        <w:t>distribuzione</w:t>
      </w:r>
      <w:proofErr w:type="spellEnd"/>
      <w:r w:rsidRPr="007B473C">
        <w:rPr>
          <w:rFonts w:asciiTheme="majorHAnsi" w:eastAsiaTheme="majorEastAsia" w:hAnsiTheme="majorHAnsi" w:cstheme="majorBidi"/>
          <w:b/>
          <w:bCs/>
          <w:lang w:val="en-US" w:eastAsia="en-US"/>
        </w:rPr>
        <w:t xml:space="preserve"> </w:t>
      </w:r>
      <w:proofErr w:type="spellStart"/>
      <w:r w:rsidRPr="007B473C">
        <w:rPr>
          <w:rFonts w:asciiTheme="majorHAnsi" w:eastAsiaTheme="majorEastAsia" w:hAnsiTheme="majorHAnsi" w:cstheme="majorBidi"/>
          <w:b/>
          <w:bCs/>
          <w:lang w:val="en-US" w:eastAsia="en-US"/>
        </w:rPr>
        <w:t>prodotti</w:t>
      </w:r>
      <w:proofErr w:type="spellEnd"/>
      <w:r w:rsidRPr="007B473C">
        <w:rPr>
          <w:rFonts w:asciiTheme="majorHAnsi" w:eastAsiaTheme="majorEastAsia" w:hAnsiTheme="majorHAnsi" w:cstheme="majorBidi"/>
          <w:b/>
          <w:bCs/>
          <w:lang w:val="en-US" w:eastAsia="en-US"/>
        </w:rPr>
        <w:t xml:space="preserve"> in </w:t>
      </w:r>
      <w:proofErr w:type="spellStart"/>
      <w:r w:rsidRPr="007B473C">
        <w:rPr>
          <w:rFonts w:asciiTheme="majorHAnsi" w:eastAsiaTheme="majorEastAsia" w:hAnsiTheme="majorHAnsi" w:cstheme="majorBidi"/>
          <w:b/>
          <w:bCs/>
          <w:lang w:val="en-US" w:eastAsia="en-US"/>
        </w:rPr>
        <w:t>scadenza</w:t>
      </w:r>
      <w:proofErr w:type="spellEnd"/>
      <w:r w:rsidRPr="007B473C">
        <w:rPr>
          <w:rFonts w:asciiTheme="majorHAnsi" w:eastAsiaTheme="majorEastAsia" w:hAnsiTheme="majorHAnsi" w:cstheme="majorBidi"/>
          <w:lang w:val="en-US" w:eastAsia="en-US"/>
        </w:rPr>
        <w:t xml:space="preserve">: per le </w:t>
      </w:r>
      <w:proofErr w:type="spellStart"/>
      <w:r w:rsidRPr="007B473C">
        <w:rPr>
          <w:rFonts w:asciiTheme="majorHAnsi" w:eastAsiaTheme="majorEastAsia" w:hAnsiTheme="majorHAnsi" w:cstheme="majorBidi"/>
          <w:lang w:val="en-US" w:eastAsia="en-US"/>
        </w:rPr>
        <w:t>persone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più</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bisognose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si</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potrebbe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avviare</w:t>
      </w:r>
      <w:proofErr w:type="spellEnd"/>
      <w:r w:rsidRPr="007B473C">
        <w:rPr>
          <w:rFonts w:asciiTheme="majorHAnsi" w:eastAsiaTheme="majorEastAsia" w:hAnsiTheme="majorHAnsi" w:cstheme="majorBidi"/>
          <w:lang w:val="en-US" w:eastAsia="en-US"/>
        </w:rPr>
        <w:t xml:space="preserve"> un </w:t>
      </w:r>
      <w:proofErr w:type="spellStart"/>
      <w:r w:rsidRPr="007B473C">
        <w:rPr>
          <w:rFonts w:asciiTheme="majorHAnsi" w:eastAsiaTheme="majorEastAsia" w:hAnsiTheme="majorHAnsi" w:cstheme="majorBidi"/>
          <w:lang w:val="en-US" w:eastAsia="en-US"/>
        </w:rPr>
        <w:t>servizio</w:t>
      </w:r>
      <w:proofErr w:type="spellEnd"/>
      <w:r w:rsidRPr="007B473C">
        <w:rPr>
          <w:rFonts w:asciiTheme="majorHAnsi" w:eastAsiaTheme="majorEastAsia" w:hAnsiTheme="majorHAnsi" w:cstheme="majorBidi"/>
          <w:lang w:val="en-US" w:eastAsia="en-US"/>
        </w:rPr>
        <w:t xml:space="preserve"> di </w:t>
      </w:r>
      <w:proofErr w:type="spellStart"/>
      <w:r w:rsidRPr="007B473C">
        <w:rPr>
          <w:rFonts w:asciiTheme="majorHAnsi" w:eastAsiaTheme="majorEastAsia" w:hAnsiTheme="majorHAnsi" w:cstheme="majorBidi"/>
          <w:lang w:val="en-US" w:eastAsia="en-US"/>
        </w:rPr>
        <w:t>consegna</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pasti</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caldi</w:t>
      </w:r>
      <w:proofErr w:type="spellEnd"/>
      <w:r w:rsidRPr="007B473C">
        <w:rPr>
          <w:rFonts w:asciiTheme="majorHAnsi" w:eastAsiaTheme="majorEastAsia" w:hAnsiTheme="majorHAnsi" w:cstheme="majorBidi"/>
          <w:lang w:val="en-US" w:eastAsia="en-US"/>
        </w:rPr>
        <w:t xml:space="preserve"> a </w:t>
      </w:r>
      <w:proofErr w:type="spellStart"/>
      <w:r w:rsidRPr="007B473C">
        <w:rPr>
          <w:rFonts w:asciiTheme="majorHAnsi" w:eastAsiaTheme="majorEastAsia" w:hAnsiTheme="majorHAnsi" w:cstheme="majorBidi"/>
          <w:lang w:val="en-US" w:eastAsia="en-US"/>
        </w:rPr>
        <w:t>domicilio</w:t>
      </w:r>
      <w:proofErr w:type="spellEnd"/>
      <w:r w:rsidRPr="007B473C">
        <w:rPr>
          <w:rFonts w:asciiTheme="majorHAnsi" w:eastAsiaTheme="majorEastAsia" w:hAnsiTheme="majorHAnsi" w:cstheme="majorBidi"/>
          <w:lang w:val="en-US" w:eastAsia="en-US"/>
        </w:rPr>
        <w:t xml:space="preserve">, in </w:t>
      </w:r>
      <w:proofErr w:type="spellStart"/>
      <w:r w:rsidRPr="007B473C">
        <w:rPr>
          <w:rFonts w:asciiTheme="majorHAnsi" w:eastAsiaTheme="majorEastAsia" w:hAnsiTheme="majorHAnsi" w:cstheme="majorBidi"/>
          <w:lang w:val="en-US" w:eastAsia="en-US"/>
        </w:rPr>
        <w:t>collaborazione</w:t>
      </w:r>
      <w:proofErr w:type="spellEnd"/>
      <w:r w:rsidRPr="007B473C">
        <w:rPr>
          <w:rFonts w:asciiTheme="majorHAnsi" w:eastAsiaTheme="majorEastAsia" w:hAnsiTheme="majorHAnsi" w:cstheme="majorBidi"/>
          <w:lang w:val="en-US" w:eastAsia="en-US"/>
        </w:rPr>
        <w:t xml:space="preserve"> con </w:t>
      </w:r>
      <w:proofErr w:type="spellStart"/>
      <w:r w:rsidRPr="007B473C">
        <w:rPr>
          <w:rFonts w:asciiTheme="majorHAnsi" w:eastAsiaTheme="majorEastAsia" w:hAnsiTheme="majorHAnsi" w:cstheme="majorBidi"/>
          <w:lang w:val="en-US" w:eastAsia="en-US"/>
        </w:rPr>
        <w:t>enti</w:t>
      </w:r>
      <w:proofErr w:type="spellEnd"/>
      <w:r w:rsidRPr="007B473C">
        <w:rPr>
          <w:rFonts w:asciiTheme="majorHAnsi" w:eastAsiaTheme="majorEastAsia" w:hAnsiTheme="majorHAnsi" w:cstheme="majorBidi"/>
          <w:lang w:val="en-US" w:eastAsia="en-US"/>
        </w:rPr>
        <w:t xml:space="preserve"> e </w:t>
      </w:r>
      <w:proofErr w:type="spellStart"/>
      <w:r w:rsidRPr="007B473C">
        <w:rPr>
          <w:rFonts w:asciiTheme="majorHAnsi" w:eastAsiaTheme="majorEastAsia" w:hAnsiTheme="majorHAnsi" w:cstheme="majorBidi"/>
          <w:lang w:val="en-US" w:eastAsia="en-US"/>
        </w:rPr>
        <w:t>strutture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che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già</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operano</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nel</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settore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Inoltre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si</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potrebbe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attivare</w:t>
      </w:r>
      <w:proofErr w:type="spellEnd"/>
      <w:r w:rsidRPr="007B473C">
        <w:rPr>
          <w:rFonts w:asciiTheme="majorHAnsi" w:eastAsiaTheme="majorEastAsia" w:hAnsiTheme="majorHAnsi" w:cstheme="majorBidi"/>
          <w:lang w:val="en-US" w:eastAsia="en-US"/>
        </w:rPr>
        <w:t xml:space="preserve"> un </w:t>
      </w:r>
      <w:proofErr w:type="spellStart"/>
      <w:r w:rsidRPr="007B473C">
        <w:rPr>
          <w:rFonts w:asciiTheme="majorHAnsi" w:eastAsiaTheme="majorEastAsia" w:hAnsiTheme="majorHAnsi" w:cstheme="majorBidi"/>
          <w:lang w:val="en-US" w:eastAsia="en-US"/>
        </w:rPr>
        <w:t>canale</w:t>
      </w:r>
      <w:proofErr w:type="spellEnd"/>
      <w:r w:rsidRPr="007B473C">
        <w:rPr>
          <w:rFonts w:asciiTheme="majorHAnsi" w:eastAsiaTheme="majorEastAsia" w:hAnsiTheme="majorHAnsi" w:cstheme="majorBidi"/>
          <w:lang w:val="en-US" w:eastAsia="en-US"/>
        </w:rPr>
        <w:t xml:space="preserve"> per la </w:t>
      </w:r>
      <w:proofErr w:type="spellStart"/>
      <w:r w:rsidRPr="007B473C">
        <w:rPr>
          <w:rFonts w:asciiTheme="majorHAnsi" w:eastAsiaTheme="majorEastAsia" w:hAnsiTheme="majorHAnsi" w:cstheme="majorBidi"/>
          <w:lang w:val="en-US" w:eastAsia="en-US"/>
        </w:rPr>
        <w:t>distribuzione</w:t>
      </w:r>
      <w:proofErr w:type="spellEnd"/>
      <w:r w:rsidRPr="007B473C">
        <w:rPr>
          <w:rFonts w:asciiTheme="majorHAnsi" w:eastAsiaTheme="majorEastAsia" w:hAnsiTheme="majorHAnsi" w:cstheme="majorBidi"/>
          <w:lang w:val="en-US" w:eastAsia="en-US"/>
        </w:rPr>
        <w:t xml:space="preserve"> di </w:t>
      </w:r>
      <w:proofErr w:type="spellStart"/>
      <w:r w:rsidRPr="007B473C">
        <w:rPr>
          <w:rFonts w:asciiTheme="majorHAnsi" w:eastAsiaTheme="majorEastAsia" w:hAnsiTheme="majorHAnsi" w:cstheme="majorBidi"/>
          <w:lang w:val="en-US" w:eastAsia="en-US"/>
        </w:rPr>
        <w:t>prodotti</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alimentari</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prossimi</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alla</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scadenza</w:t>
      </w:r>
      <w:proofErr w:type="spellEnd"/>
      <w:r w:rsidRPr="007B473C">
        <w:rPr>
          <w:rFonts w:asciiTheme="majorHAnsi" w:eastAsiaTheme="majorEastAsia" w:hAnsiTheme="majorHAnsi" w:cstheme="majorBidi"/>
          <w:lang w:val="en-US" w:eastAsia="en-US"/>
        </w:rPr>
        <w:t xml:space="preserve">, in </w:t>
      </w:r>
      <w:proofErr w:type="spellStart"/>
      <w:r w:rsidRPr="007B473C">
        <w:rPr>
          <w:rFonts w:asciiTheme="majorHAnsi" w:eastAsiaTheme="majorEastAsia" w:hAnsiTheme="majorHAnsi" w:cstheme="majorBidi"/>
          <w:lang w:val="en-US" w:eastAsia="en-US"/>
        </w:rPr>
        <w:t>accordo</w:t>
      </w:r>
      <w:proofErr w:type="spellEnd"/>
      <w:r w:rsidRPr="007B473C">
        <w:rPr>
          <w:rFonts w:asciiTheme="majorHAnsi" w:eastAsiaTheme="majorEastAsia" w:hAnsiTheme="majorHAnsi" w:cstheme="majorBidi"/>
          <w:lang w:val="en-US" w:eastAsia="en-US"/>
        </w:rPr>
        <w:t xml:space="preserve"> con </w:t>
      </w:r>
      <w:proofErr w:type="spellStart"/>
      <w:r w:rsidRPr="007B473C">
        <w:rPr>
          <w:rFonts w:asciiTheme="majorHAnsi" w:eastAsiaTheme="majorEastAsia" w:hAnsiTheme="majorHAnsi" w:cstheme="majorBidi"/>
          <w:lang w:val="en-US" w:eastAsia="en-US"/>
        </w:rPr>
        <w:t>supermercati</w:t>
      </w:r>
      <w:proofErr w:type="spellEnd"/>
      <w:r w:rsidRPr="007B473C">
        <w:rPr>
          <w:rFonts w:asciiTheme="majorHAnsi" w:eastAsiaTheme="majorEastAsia" w:hAnsiTheme="majorHAnsi" w:cstheme="majorBidi"/>
          <w:lang w:val="en-US" w:eastAsia="en-US"/>
        </w:rPr>
        <w:t xml:space="preserve"> e </w:t>
      </w:r>
      <w:proofErr w:type="spellStart"/>
      <w:r w:rsidRPr="007B473C">
        <w:rPr>
          <w:rFonts w:asciiTheme="majorHAnsi" w:eastAsiaTheme="majorEastAsia" w:hAnsiTheme="majorHAnsi" w:cstheme="majorBidi"/>
          <w:lang w:val="en-US" w:eastAsia="en-US"/>
        </w:rPr>
        <w:t>negozi</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locali</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riducendo</w:t>
      </w:r>
      <w:proofErr w:type="spellEnd"/>
      <w:r w:rsidRPr="007B473C">
        <w:rPr>
          <w:rFonts w:asciiTheme="majorHAnsi" w:eastAsiaTheme="majorEastAsia" w:hAnsiTheme="majorHAnsi" w:cstheme="majorBidi"/>
          <w:lang w:val="en-US" w:eastAsia="en-US"/>
        </w:rPr>
        <w:t xml:space="preserve"> lo </w:t>
      </w:r>
      <w:proofErr w:type="spellStart"/>
      <w:r w:rsidRPr="007B473C">
        <w:rPr>
          <w:rFonts w:asciiTheme="majorHAnsi" w:eastAsiaTheme="majorEastAsia" w:hAnsiTheme="majorHAnsi" w:cstheme="majorBidi"/>
          <w:lang w:val="en-US" w:eastAsia="en-US"/>
        </w:rPr>
        <w:t>spreco</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alimentare</w:t>
      </w:r>
      <w:proofErr w:type="spellEnd"/>
      <w:r w:rsidRPr="007B473C">
        <w:rPr>
          <w:rFonts w:asciiTheme="majorHAnsi" w:eastAsiaTheme="majorEastAsia" w:hAnsiTheme="majorHAnsi" w:cstheme="majorBidi"/>
          <w:lang w:val="en-US" w:eastAsia="en-US"/>
        </w:rPr>
        <w:t xml:space="preserve"> e </w:t>
      </w:r>
      <w:proofErr w:type="spellStart"/>
      <w:r w:rsidRPr="007B473C">
        <w:rPr>
          <w:rFonts w:asciiTheme="majorHAnsi" w:eastAsiaTheme="majorEastAsia" w:hAnsiTheme="majorHAnsi" w:cstheme="majorBidi"/>
          <w:lang w:val="en-US" w:eastAsia="en-US"/>
        </w:rPr>
        <w:t>sostenendo</w:t>
      </w:r>
      <w:proofErr w:type="spellEnd"/>
      <w:r w:rsidRPr="007B473C">
        <w:rPr>
          <w:rFonts w:asciiTheme="majorHAnsi" w:eastAsiaTheme="majorEastAsia" w:hAnsiTheme="majorHAnsi" w:cstheme="majorBidi"/>
          <w:lang w:val="en-US" w:eastAsia="en-US"/>
        </w:rPr>
        <w:t xml:space="preserve"> chi </w:t>
      </w:r>
      <w:proofErr w:type="spellStart"/>
      <w:r w:rsidRPr="007B473C">
        <w:rPr>
          <w:rFonts w:asciiTheme="majorHAnsi" w:eastAsiaTheme="majorEastAsia" w:hAnsiTheme="majorHAnsi" w:cstheme="majorBidi"/>
          <w:lang w:val="en-US" w:eastAsia="en-US"/>
        </w:rPr>
        <w:t>si</w:t>
      </w:r>
      <w:proofErr w:type="spellEnd"/>
      <w:r w:rsidRPr="007B473C">
        <w:rPr>
          <w:rFonts w:asciiTheme="majorHAnsi" w:eastAsiaTheme="majorEastAsia" w:hAnsiTheme="majorHAnsi" w:cstheme="majorBidi"/>
          <w:lang w:val="en-US" w:eastAsia="en-US"/>
        </w:rPr>
        <w:t xml:space="preserve"> trova in </w:t>
      </w:r>
      <w:proofErr w:type="spellStart"/>
      <w:r w:rsidRPr="007B473C">
        <w:rPr>
          <w:rFonts w:asciiTheme="majorHAnsi" w:eastAsiaTheme="majorEastAsia" w:hAnsiTheme="majorHAnsi" w:cstheme="majorBidi"/>
          <w:lang w:val="en-US" w:eastAsia="en-US"/>
        </w:rPr>
        <w:t>condizioni</w:t>
      </w:r>
      <w:proofErr w:type="spellEnd"/>
      <w:r w:rsidRPr="007B473C">
        <w:rPr>
          <w:rFonts w:asciiTheme="majorHAnsi" w:eastAsiaTheme="majorEastAsia" w:hAnsiTheme="majorHAnsi" w:cstheme="majorBidi"/>
          <w:lang w:val="en-US" w:eastAsia="en-US"/>
        </w:rPr>
        <w:t xml:space="preserve"> di </w:t>
      </w:r>
      <w:proofErr w:type="spellStart"/>
      <w:r w:rsidRPr="007B473C">
        <w:rPr>
          <w:rFonts w:asciiTheme="majorHAnsi" w:eastAsiaTheme="majorEastAsia" w:hAnsiTheme="majorHAnsi" w:cstheme="majorBidi"/>
          <w:lang w:val="en-US" w:eastAsia="en-US"/>
        </w:rPr>
        <w:t>difficoltà</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economica</w:t>
      </w:r>
      <w:proofErr w:type="spellEnd"/>
      <w:r w:rsidRPr="007B473C">
        <w:rPr>
          <w:rFonts w:asciiTheme="majorHAnsi" w:eastAsiaTheme="majorEastAsia" w:hAnsiTheme="majorHAnsi" w:cstheme="majorBidi"/>
          <w:lang w:val="en-US" w:eastAsia="en-US"/>
        </w:rPr>
        <w:t>.</w:t>
      </w:r>
    </w:p>
    <w:p w14:paraId="3A5D6DBC" w14:textId="77777777" w:rsidR="00023209" w:rsidRDefault="00023209" w:rsidP="002F1A57">
      <w:pPr>
        <w:pStyle w:val="NormaleWeb"/>
        <w:spacing w:before="0" w:beforeAutospacing="0" w:after="0" w:afterAutospacing="0"/>
        <w:jc w:val="both"/>
        <w:rPr>
          <w:rFonts w:asciiTheme="majorHAnsi" w:eastAsiaTheme="majorEastAsia" w:hAnsiTheme="majorHAnsi" w:cstheme="majorBidi"/>
          <w:lang w:val="en-US" w:eastAsia="en-US"/>
        </w:rPr>
      </w:pPr>
      <w:r w:rsidRPr="002F1A57">
        <w:rPr>
          <w:rFonts w:asciiTheme="majorHAnsi" w:eastAsiaTheme="majorEastAsia" w:hAnsiTheme="majorHAnsi" w:cstheme="majorBidi"/>
          <w:b/>
          <w:bCs/>
          <w:lang w:val="en-US" w:eastAsia="en-US"/>
        </w:rPr>
        <w:t xml:space="preserve">Piccoli </w:t>
      </w:r>
      <w:proofErr w:type="spellStart"/>
      <w:r w:rsidRPr="002F1A57">
        <w:rPr>
          <w:rFonts w:asciiTheme="majorHAnsi" w:eastAsiaTheme="majorEastAsia" w:hAnsiTheme="majorHAnsi" w:cstheme="majorBidi"/>
          <w:b/>
          <w:bCs/>
          <w:lang w:val="en-US" w:eastAsia="en-US"/>
        </w:rPr>
        <w:t>aiuti</w:t>
      </w:r>
      <w:proofErr w:type="spellEnd"/>
      <w:r w:rsidRPr="002F1A57">
        <w:rPr>
          <w:rFonts w:asciiTheme="majorHAnsi" w:eastAsiaTheme="majorEastAsia" w:hAnsiTheme="majorHAnsi" w:cstheme="majorBidi"/>
          <w:b/>
          <w:bCs/>
          <w:lang w:val="en-US" w:eastAsia="en-US"/>
        </w:rPr>
        <w:t xml:space="preserve"> in casa:</w:t>
      </w:r>
      <w:r w:rsidRPr="007B473C">
        <w:rPr>
          <w:rFonts w:asciiTheme="majorHAnsi" w:eastAsiaTheme="majorEastAsia" w:hAnsiTheme="majorHAnsi" w:cstheme="majorBidi"/>
          <w:lang w:val="en-US" w:eastAsia="en-US"/>
        </w:rPr>
        <w:t xml:space="preserve"> per </w:t>
      </w:r>
      <w:proofErr w:type="spellStart"/>
      <w:r w:rsidRPr="007B473C">
        <w:rPr>
          <w:rFonts w:asciiTheme="majorHAnsi" w:eastAsiaTheme="majorEastAsia" w:hAnsiTheme="majorHAnsi" w:cstheme="majorBidi"/>
          <w:lang w:val="en-US" w:eastAsia="en-US"/>
        </w:rPr>
        <w:t>rispondere</w:t>
      </w:r>
      <w:proofErr w:type="spellEnd"/>
      <w:r w:rsidRPr="007B473C">
        <w:rPr>
          <w:rFonts w:asciiTheme="majorHAnsi" w:eastAsiaTheme="majorEastAsia" w:hAnsiTheme="majorHAnsi" w:cstheme="majorBidi"/>
          <w:lang w:val="en-US" w:eastAsia="en-US"/>
        </w:rPr>
        <w:t xml:space="preserve"> alle </w:t>
      </w:r>
      <w:proofErr w:type="spellStart"/>
      <w:r w:rsidRPr="007B473C">
        <w:rPr>
          <w:rFonts w:asciiTheme="majorHAnsi" w:eastAsiaTheme="majorEastAsia" w:hAnsiTheme="majorHAnsi" w:cstheme="majorBidi"/>
          <w:lang w:val="en-US" w:eastAsia="en-US"/>
        </w:rPr>
        <w:t>esigenze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quotidiane</w:t>
      </w:r>
      <w:proofErr w:type="spellEnd"/>
      <w:r w:rsidRPr="007B473C">
        <w:rPr>
          <w:rFonts w:asciiTheme="majorHAnsi" w:eastAsiaTheme="majorEastAsia" w:hAnsiTheme="majorHAnsi" w:cstheme="majorBidi"/>
          <w:lang w:val="en-US" w:eastAsia="en-US"/>
        </w:rPr>
        <w:t xml:space="preserve"> di </w:t>
      </w:r>
      <w:proofErr w:type="spellStart"/>
      <w:r w:rsidRPr="007B473C">
        <w:rPr>
          <w:rFonts w:asciiTheme="majorHAnsi" w:eastAsiaTheme="majorEastAsia" w:hAnsiTheme="majorHAnsi" w:cstheme="majorBidi"/>
          <w:lang w:val="en-US" w:eastAsia="en-US"/>
        </w:rPr>
        <w:t>persone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anziane</w:t>
      </w:r>
      <w:proofErr w:type="spellEnd"/>
      <w:r w:rsidRPr="007B473C">
        <w:rPr>
          <w:rFonts w:asciiTheme="majorHAnsi" w:eastAsiaTheme="majorEastAsia" w:hAnsiTheme="majorHAnsi" w:cstheme="majorBidi"/>
          <w:lang w:val="en-US" w:eastAsia="en-US"/>
        </w:rPr>
        <w:t xml:space="preserve"> o </w:t>
      </w:r>
      <w:proofErr w:type="spellStart"/>
      <w:r w:rsidRPr="007B473C">
        <w:rPr>
          <w:rFonts w:asciiTheme="majorHAnsi" w:eastAsiaTheme="majorEastAsia" w:hAnsiTheme="majorHAnsi" w:cstheme="majorBidi"/>
          <w:lang w:val="en-US" w:eastAsia="en-US"/>
        </w:rPr>
        <w:t>fragili</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si</w:t>
      </w:r>
      <w:proofErr w:type="spellEnd"/>
      <w:r w:rsidRPr="007B473C">
        <w:rPr>
          <w:rFonts w:asciiTheme="majorHAnsi" w:eastAsiaTheme="majorEastAsia" w:hAnsiTheme="majorHAnsi" w:cstheme="majorBidi"/>
          <w:lang w:val="en-US" w:eastAsia="en-US"/>
        </w:rPr>
        <w:t xml:space="preserve"> propone </w:t>
      </w:r>
      <w:proofErr w:type="spellStart"/>
      <w:r w:rsidRPr="007B473C">
        <w:rPr>
          <w:rFonts w:asciiTheme="majorHAnsi" w:eastAsiaTheme="majorEastAsia" w:hAnsiTheme="majorHAnsi" w:cstheme="majorBidi"/>
          <w:lang w:val="en-US" w:eastAsia="en-US"/>
        </w:rPr>
        <w:t>l’attivazione</w:t>
      </w:r>
      <w:proofErr w:type="spellEnd"/>
      <w:r w:rsidRPr="007B473C">
        <w:rPr>
          <w:rFonts w:asciiTheme="majorHAnsi" w:eastAsiaTheme="majorEastAsia" w:hAnsiTheme="majorHAnsi" w:cstheme="majorBidi"/>
          <w:lang w:val="en-US" w:eastAsia="en-US"/>
        </w:rPr>
        <w:t xml:space="preserve"> di un </w:t>
      </w:r>
      <w:proofErr w:type="spellStart"/>
      <w:r w:rsidRPr="007B473C">
        <w:rPr>
          <w:rFonts w:asciiTheme="majorHAnsi" w:eastAsiaTheme="majorEastAsia" w:hAnsiTheme="majorHAnsi" w:cstheme="majorBidi"/>
          <w:lang w:val="en-US" w:eastAsia="en-US"/>
        </w:rPr>
        <w:t>servizio</w:t>
      </w:r>
      <w:proofErr w:type="spellEnd"/>
      <w:r w:rsidRPr="007B473C">
        <w:rPr>
          <w:rFonts w:asciiTheme="majorHAnsi" w:eastAsiaTheme="majorEastAsia" w:hAnsiTheme="majorHAnsi" w:cstheme="majorBidi"/>
          <w:lang w:val="en-US" w:eastAsia="en-US"/>
        </w:rPr>
        <w:t xml:space="preserve"> di </w:t>
      </w:r>
      <w:proofErr w:type="spellStart"/>
      <w:r w:rsidRPr="007B473C">
        <w:rPr>
          <w:rFonts w:asciiTheme="majorHAnsi" w:eastAsiaTheme="majorEastAsia" w:hAnsiTheme="majorHAnsi" w:cstheme="majorBidi"/>
          <w:lang w:val="en-US" w:eastAsia="en-US"/>
        </w:rPr>
        <w:t>piccoli</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interventi</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domestici</w:t>
      </w:r>
      <w:proofErr w:type="spellEnd"/>
      <w:r w:rsidRPr="007B473C">
        <w:rPr>
          <w:rFonts w:asciiTheme="majorHAnsi" w:eastAsiaTheme="majorEastAsia" w:hAnsiTheme="majorHAnsi" w:cstheme="majorBidi"/>
          <w:lang w:val="en-US" w:eastAsia="en-US"/>
        </w:rPr>
        <w:t xml:space="preserve">, come ad </w:t>
      </w:r>
      <w:proofErr w:type="spellStart"/>
      <w:r w:rsidRPr="007B473C">
        <w:rPr>
          <w:rFonts w:asciiTheme="majorHAnsi" w:eastAsiaTheme="majorEastAsia" w:hAnsiTheme="majorHAnsi" w:cstheme="majorBidi"/>
          <w:lang w:val="en-US" w:eastAsia="en-US"/>
        </w:rPr>
        <w:t>esempio</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sostituzione</w:t>
      </w:r>
      <w:proofErr w:type="spellEnd"/>
      <w:r w:rsidRPr="007B473C">
        <w:rPr>
          <w:rFonts w:asciiTheme="majorHAnsi" w:eastAsiaTheme="majorEastAsia" w:hAnsiTheme="majorHAnsi" w:cstheme="majorBidi"/>
          <w:lang w:val="en-US" w:eastAsia="en-US"/>
        </w:rPr>
        <w:t xml:space="preserve"> di </w:t>
      </w:r>
      <w:proofErr w:type="spellStart"/>
      <w:r w:rsidRPr="007B473C">
        <w:rPr>
          <w:rFonts w:asciiTheme="majorHAnsi" w:eastAsiaTheme="majorEastAsia" w:hAnsiTheme="majorHAnsi" w:cstheme="majorBidi"/>
          <w:lang w:val="en-US" w:eastAsia="en-US"/>
        </w:rPr>
        <w:t>lampadine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sistemazione</w:t>
      </w:r>
      <w:proofErr w:type="spellEnd"/>
      <w:r w:rsidRPr="007B473C">
        <w:rPr>
          <w:rFonts w:asciiTheme="majorHAnsi" w:eastAsiaTheme="majorEastAsia" w:hAnsiTheme="majorHAnsi" w:cstheme="majorBidi"/>
          <w:lang w:val="en-US" w:eastAsia="en-US"/>
        </w:rPr>
        <w:t xml:space="preserve"> di </w:t>
      </w:r>
      <w:proofErr w:type="spellStart"/>
      <w:r w:rsidRPr="007B473C">
        <w:rPr>
          <w:rFonts w:asciiTheme="majorHAnsi" w:eastAsiaTheme="majorEastAsia" w:hAnsiTheme="majorHAnsi" w:cstheme="majorBidi"/>
          <w:lang w:val="en-US" w:eastAsia="en-US"/>
        </w:rPr>
        <w:t>tappeti</w:t>
      </w:r>
      <w:proofErr w:type="spellEnd"/>
      <w:r w:rsidRPr="007B473C">
        <w:rPr>
          <w:rFonts w:asciiTheme="majorHAnsi" w:eastAsiaTheme="majorEastAsia" w:hAnsiTheme="majorHAnsi" w:cstheme="majorBidi"/>
          <w:lang w:val="en-US" w:eastAsia="en-US"/>
        </w:rPr>
        <w:t xml:space="preserve"> o </w:t>
      </w:r>
      <w:proofErr w:type="spellStart"/>
      <w:r w:rsidRPr="007B473C">
        <w:rPr>
          <w:rFonts w:asciiTheme="majorHAnsi" w:eastAsiaTheme="majorEastAsia" w:hAnsiTheme="majorHAnsi" w:cstheme="majorBidi"/>
          <w:lang w:val="en-US" w:eastAsia="en-US"/>
        </w:rPr>
        <w:t>tende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piccole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riparazioni</w:t>
      </w:r>
      <w:proofErr w:type="spellEnd"/>
      <w:r w:rsidRPr="007B473C">
        <w:rPr>
          <w:rFonts w:asciiTheme="majorHAnsi" w:eastAsiaTheme="majorEastAsia" w:hAnsiTheme="majorHAnsi" w:cstheme="majorBidi"/>
          <w:lang w:val="en-US" w:eastAsia="en-US"/>
        </w:rPr>
        <w:t xml:space="preserve"> o </w:t>
      </w:r>
      <w:proofErr w:type="spellStart"/>
      <w:r w:rsidRPr="007B473C">
        <w:rPr>
          <w:rFonts w:asciiTheme="majorHAnsi" w:eastAsiaTheme="majorEastAsia" w:hAnsiTheme="majorHAnsi" w:cstheme="majorBidi"/>
          <w:lang w:val="en-US" w:eastAsia="en-US"/>
        </w:rPr>
        <w:t>assistenza</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nel</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riordinare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spazi</w:t>
      </w:r>
      <w:proofErr w:type="spellEnd"/>
      <w:r w:rsidRPr="007B473C">
        <w:rPr>
          <w:rFonts w:asciiTheme="majorHAnsi" w:eastAsiaTheme="majorEastAsia" w:hAnsiTheme="majorHAnsi" w:cstheme="majorBidi"/>
          <w:lang w:val="en-US" w:eastAsia="en-US"/>
        </w:rPr>
        <w:t xml:space="preserve">. Il </w:t>
      </w:r>
      <w:proofErr w:type="spellStart"/>
      <w:r w:rsidRPr="007B473C">
        <w:rPr>
          <w:rFonts w:asciiTheme="majorHAnsi" w:eastAsiaTheme="majorEastAsia" w:hAnsiTheme="majorHAnsi" w:cstheme="majorBidi"/>
          <w:lang w:val="en-US" w:eastAsia="en-US"/>
        </w:rPr>
        <w:t>servizio</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sarebbe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svolto</w:t>
      </w:r>
      <w:proofErr w:type="spellEnd"/>
      <w:r w:rsidRPr="007B473C">
        <w:rPr>
          <w:rFonts w:asciiTheme="majorHAnsi" w:eastAsiaTheme="majorEastAsia" w:hAnsiTheme="majorHAnsi" w:cstheme="majorBidi"/>
          <w:lang w:val="en-US" w:eastAsia="en-US"/>
        </w:rPr>
        <w:t xml:space="preserve"> da </w:t>
      </w:r>
      <w:proofErr w:type="spellStart"/>
      <w:r w:rsidRPr="007B473C">
        <w:rPr>
          <w:rFonts w:asciiTheme="majorHAnsi" w:eastAsiaTheme="majorEastAsia" w:hAnsiTheme="majorHAnsi" w:cstheme="majorBidi"/>
          <w:lang w:val="en-US" w:eastAsia="en-US"/>
        </w:rPr>
        <w:t>volontari</w:t>
      </w:r>
      <w:proofErr w:type="spellEnd"/>
      <w:r w:rsidRPr="007B473C">
        <w:rPr>
          <w:rFonts w:asciiTheme="majorHAnsi" w:eastAsiaTheme="majorEastAsia" w:hAnsiTheme="majorHAnsi" w:cstheme="majorBidi"/>
          <w:lang w:val="en-US" w:eastAsia="en-US"/>
        </w:rPr>
        <w:t xml:space="preserve"> con </w:t>
      </w:r>
      <w:proofErr w:type="spellStart"/>
      <w:r w:rsidRPr="007B473C">
        <w:rPr>
          <w:rFonts w:asciiTheme="majorHAnsi" w:eastAsiaTheme="majorEastAsia" w:hAnsiTheme="majorHAnsi" w:cstheme="majorBidi"/>
          <w:lang w:val="en-US" w:eastAsia="en-US"/>
        </w:rPr>
        <w:t>competenze</w:t>
      </w:r>
      <w:proofErr w:type="spellEnd"/>
      <w:r w:rsidRPr="007B473C">
        <w:rPr>
          <w:rFonts w:asciiTheme="majorHAnsi" w:eastAsiaTheme="majorEastAsia" w:hAnsiTheme="majorHAnsi" w:cstheme="majorBidi"/>
          <w:lang w:val="en-US" w:eastAsia="en-US"/>
        </w:rPr>
        <w:t xml:space="preserve"> di base e </w:t>
      </w:r>
      <w:proofErr w:type="spellStart"/>
      <w:r w:rsidRPr="007B473C">
        <w:rPr>
          <w:rFonts w:asciiTheme="majorHAnsi" w:eastAsiaTheme="majorEastAsia" w:hAnsiTheme="majorHAnsi" w:cstheme="majorBidi"/>
          <w:lang w:val="en-US" w:eastAsia="en-US"/>
        </w:rPr>
        <w:t>volto</w:t>
      </w:r>
      <w:proofErr w:type="spellEnd"/>
      <w:r w:rsidRPr="007B473C">
        <w:rPr>
          <w:rFonts w:asciiTheme="majorHAnsi" w:eastAsiaTheme="majorEastAsia" w:hAnsiTheme="majorHAnsi" w:cstheme="majorBidi"/>
          <w:lang w:val="en-US" w:eastAsia="en-US"/>
        </w:rPr>
        <w:t xml:space="preserve"> a </w:t>
      </w:r>
      <w:proofErr w:type="spellStart"/>
      <w:r w:rsidRPr="007B473C">
        <w:rPr>
          <w:rFonts w:asciiTheme="majorHAnsi" w:eastAsiaTheme="majorEastAsia" w:hAnsiTheme="majorHAnsi" w:cstheme="majorBidi"/>
          <w:lang w:val="en-US" w:eastAsia="en-US"/>
        </w:rPr>
        <w:t>migliorare</w:t>
      </w:r>
      <w:proofErr w:type="spellEnd"/>
      <w:r w:rsidRPr="007B473C">
        <w:rPr>
          <w:rFonts w:asciiTheme="majorHAnsi" w:eastAsiaTheme="majorEastAsia" w:hAnsiTheme="majorHAnsi" w:cstheme="majorBidi"/>
          <w:lang w:val="en-US" w:eastAsia="en-US"/>
        </w:rPr>
        <w:t xml:space="preserve"> la </w:t>
      </w:r>
      <w:proofErr w:type="spellStart"/>
      <w:r w:rsidRPr="007B473C">
        <w:rPr>
          <w:rFonts w:asciiTheme="majorHAnsi" w:eastAsiaTheme="majorEastAsia" w:hAnsiTheme="majorHAnsi" w:cstheme="majorBidi"/>
          <w:lang w:val="en-US" w:eastAsia="en-US"/>
        </w:rPr>
        <w:t>sicurezza</w:t>
      </w:r>
      <w:proofErr w:type="spellEnd"/>
      <w:r w:rsidRPr="007B473C">
        <w:rPr>
          <w:rFonts w:asciiTheme="majorHAnsi" w:eastAsiaTheme="majorEastAsia" w:hAnsiTheme="majorHAnsi" w:cstheme="majorBidi"/>
          <w:lang w:val="en-US" w:eastAsia="en-US"/>
        </w:rPr>
        <w:t xml:space="preserve"> e la </w:t>
      </w:r>
      <w:proofErr w:type="spellStart"/>
      <w:r w:rsidRPr="007B473C">
        <w:rPr>
          <w:rFonts w:asciiTheme="majorHAnsi" w:eastAsiaTheme="majorEastAsia" w:hAnsiTheme="majorHAnsi" w:cstheme="majorBidi"/>
          <w:lang w:val="en-US" w:eastAsia="en-US"/>
        </w:rPr>
        <w:t>qualità</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della</w:t>
      </w:r>
      <w:proofErr w:type="spellEnd"/>
      <w:r w:rsidRPr="007B473C">
        <w:rPr>
          <w:rFonts w:asciiTheme="majorHAnsi" w:eastAsiaTheme="majorEastAsia" w:hAnsiTheme="majorHAnsi" w:cstheme="majorBidi"/>
          <w:lang w:val="en-US" w:eastAsia="en-US"/>
        </w:rPr>
        <w:t xml:space="preserve"> vita domestica </w:t>
      </w:r>
      <w:proofErr w:type="spellStart"/>
      <w:r w:rsidRPr="007B473C">
        <w:rPr>
          <w:rFonts w:asciiTheme="majorHAnsi" w:eastAsiaTheme="majorEastAsia" w:hAnsiTheme="majorHAnsi" w:cstheme="majorBidi"/>
          <w:lang w:val="en-US" w:eastAsia="en-US"/>
        </w:rPr>
        <w:t>degli</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utenti</w:t>
      </w:r>
      <w:proofErr w:type="spellEnd"/>
      <w:r w:rsidRPr="007B473C">
        <w:rPr>
          <w:rFonts w:asciiTheme="majorHAnsi" w:eastAsiaTheme="majorEastAsia" w:hAnsiTheme="majorHAnsi" w:cstheme="majorBidi"/>
          <w:lang w:val="en-US" w:eastAsia="en-US"/>
        </w:rPr>
        <w:t>.</w:t>
      </w:r>
    </w:p>
    <w:p w14:paraId="2D479326" w14:textId="77777777" w:rsidR="002F1A57" w:rsidRPr="007B473C" w:rsidRDefault="002F1A57" w:rsidP="002F1A57">
      <w:pPr>
        <w:pStyle w:val="NormaleWeb"/>
        <w:spacing w:before="0" w:beforeAutospacing="0" w:after="0" w:afterAutospacing="0"/>
        <w:jc w:val="both"/>
        <w:rPr>
          <w:rFonts w:asciiTheme="majorHAnsi" w:eastAsiaTheme="majorEastAsia" w:hAnsiTheme="majorHAnsi" w:cstheme="majorBidi"/>
          <w:lang w:val="en-US" w:eastAsia="en-US"/>
        </w:rPr>
      </w:pPr>
    </w:p>
    <w:p w14:paraId="2DE4E815" w14:textId="3E1B0727" w:rsidR="00DF697D" w:rsidRDefault="005918F2" w:rsidP="00DF697D">
      <w:pPr>
        <w:pStyle w:val="NormaleWeb"/>
        <w:spacing w:before="0" w:beforeAutospacing="0" w:after="0" w:afterAutospacing="0"/>
        <w:jc w:val="both"/>
        <w:rPr>
          <w:rFonts w:asciiTheme="majorHAnsi" w:eastAsiaTheme="majorEastAsia" w:hAnsiTheme="majorHAnsi" w:cstheme="majorBidi"/>
          <w:lang w:val="en-US" w:eastAsia="en-US"/>
        </w:rPr>
      </w:pPr>
      <w:proofErr w:type="spellStart"/>
      <w:r>
        <w:rPr>
          <w:rFonts w:asciiTheme="majorHAnsi" w:eastAsiaTheme="majorEastAsia" w:hAnsiTheme="majorHAnsi" w:cstheme="majorBidi"/>
          <w:b/>
          <w:bCs/>
          <w:lang w:val="en-US" w:eastAsia="en-US"/>
        </w:rPr>
        <w:t>Dicci</w:t>
      </w:r>
      <w:proofErr w:type="spellEnd"/>
      <w:r w:rsidR="00BC7052" w:rsidRPr="002F1A57">
        <w:rPr>
          <w:rFonts w:asciiTheme="majorHAnsi" w:eastAsiaTheme="majorEastAsia" w:hAnsiTheme="majorHAnsi" w:cstheme="majorBidi"/>
          <w:b/>
          <w:bCs/>
          <w:lang w:val="en-US" w:eastAsia="en-US"/>
        </w:rPr>
        <w:t xml:space="preserve"> come </w:t>
      </w:r>
      <w:proofErr w:type="spellStart"/>
      <w:r w:rsidR="00BC7052" w:rsidRPr="002F1A57">
        <w:rPr>
          <w:rFonts w:asciiTheme="majorHAnsi" w:eastAsiaTheme="majorEastAsia" w:hAnsiTheme="majorHAnsi" w:cstheme="majorBidi"/>
          <w:b/>
          <w:bCs/>
          <w:lang w:val="en-US" w:eastAsia="en-US"/>
        </w:rPr>
        <w:t>stai</w:t>
      </w:r>
      <w:proofErr w:type="spellEnd"/>
      <w:r w:rsidR="002F1A57">
        <w:rPr>
          <w:rFonts w:asciiTheme="majorHAnsi" w:eastAsiaTheme="majorEastAsia" w:hAnsiTheme="majorHAnsi" w:cstheme="majorBidi"/>
          <w:b/>
          <w:bCs/>
          <w:lang w:val="en-US" w:eastAsia="en-US"/>
        </w:rPr>
        <w:t>:</w:t>
      </w:r>
      <w:r w:rsidR="00BC7052" w:rsidRPr="002F1A57">
        <w:rPr>
          <w:rFonts w:asciiTheme="majorHAnsi" w:eastAsiaTheme="majorEastAsia" w:hAnsiTheme="majorHAnsi" w:cstheme="majorBidi"/>
          <w:lang w:val="en-US" w:eastAsia="en-US"/>
        </w:rPr>
        <w:t xml:space="preserve"> </w:t>
      </w:r>
      <w:r w:rsidR="00023209" w:rsidRPr="002F1A57">
        <w:rPr>
          <w:rFonts w:asciiTheme="majorHAnsi" w:eastAsiaTheme="majorEastAsia" w:hAnsiTheme="majorHAnsi" w:cstheme="majorBidi"/>
          <w:lang w:val="en-US" w:eastAsia="en-US"/>
        </w:rPr>
        <w:t>Compagnia</w:t>
      </w:r>
      <w:r w:rsidR="005113B7">
        <w:rPr>
          <w:rFonts w:asciiTheme="majorHAnsi" w:eastAsiaTheme="majorEastAsia" w:hAnsiTheme="majorHAnsi" w:cstheme="majorBidi"/>
          <w:lang w:val="en-US" w:eastAsia="en-US"/>
        </w:rPr>
        <w:t xml:space="preserve"> Telefonica e in </w:t>
      </w:r>
      <w:proofErr w:type="spellStart"/>
      <w:r w:rsidR="005113B7">
        <w:rPr>
          <w:rFonts w:asciiTheme="majorHAnsi" w:eastAsiaTheme="majorEastAsia" w:hAnsiTheme="majorHAnsi" w:cstheme="majorBidi"/>
          <w:lang w:val="en-US" w:eastAsia="en-US"/>
        </w:rPr>
        <w:t>alcuni</w:t>
      </w:r>
      <w:proofErr w:type="spellEnd"/>
      <w:r w:rsidR="005113B7">
        <w:rPr>
          <w:rFonts w:asciiTheme="majorHAnsi" w:eastAsiaTheme="majorEastAsia" w:hAnsiTheme="majorHAnsi" w:cstheme="majorBidi"/>
          <w:lang w:val="en-US" w:eastAsia="en-US"/>
        </w:rPr>
        <w:t xml:space="preserve"> </w:t>
      </w:r>
      <w:proofErr w:type="spellStart"/>
      <w:r w:rsidR="005113B7">
        <w:rPr>
          <w:rFonts w:asciiTheme="majorHAnsi" w:eastAsiaTheme="majorEastAsia" w:hAnsiTheme="majorHAnsi" w:cstheme="majorBidi"/>
          <w:lang w:val="en-US" w:eastAsia="en-US"/>
        </w:rPr>
        <w:t>casi</w:t>
      </w:r>
      <w:proofErr w:type="spellEnd"/>
      <w:r w:rsidR="005113B7">
        <w:rPr>
          <w:rFonts w:asciiTheme="majorHAnsi" w:eastAsiaTheme="majorEastAsia" w:hAnsiTheme="majorHAnsi" w:cstheme="majorBidi"/>
          <w:lang w:val="en-US" w:eastAsia="en-US"/>
        </w:rPr>
        <w:t xml:space="preserve"> </w:t>
      </w:r>
      <w:proofErr w:type="spellStart"/>
      <w:r w:rsidR="005113B7">
        <w:rPr>
          <w:rFonts w:asciiTheme="majorHAnsi" w:eastAsiaTheme="majorEastAsia" w:hAnsiTheme="majorHAnsi" w:cstheme="majorBidi"/>
          <w:lang w:val="en-US" w:eastAsia="en-US"/>
        </w:rPr>
        <w:t>anche</w:t>
      </w:r>
      <w:proofErr w:type="spellEnd"/>
      <w:r w:rsidR="005113B7">
        <w:rPr>
          <w:rFonts w:asciiTheme="majorHAnsi" w:eastAsiaTheme="majorEastAsia" w:hAnsiTheme="majorHAnsi" w:cstheme="majorBidi"/>
          <w:lang w:val="en-US" w:eastAsia="en-US"/>
        </w:rPr>
        <w:t xml:space="preserve"> a casa</w:t>
      </w:r>
      <w:r w:rsidR="00023209" w:rsidRPr="007B473C">
        <w:rPr>
          <w:rFonts w:asciiTheme="majorHAnsi" w:eastAsiaTheme="majorEastAsia" w:hAnsiTheme="majorHAnsi" w:cstheme="majorBidi"/>
          <w:lang w:val="en-US" w:eastAsia="en-US"/>
        </w:rPr>
        <w:t xml:space="preserve">: per le </w:t>
      </w:r>
      <w:proofErr w:type="spellStart"/>
      <w:r w:rsidR="00023209" w:rsidRPr="007B473C">
        <w:rPr>
          <w:rFonts w:asciiTheme="majorHAnsi" w:eastAsiaTheme="majorEastAsia" w:hAnsiTheme="majorHAnsi" w:cstheme="majorBidi"/>
          <w:lang w:val="en-US" w:eastAsia="en-US"/>
        </w:rPr>
        <w:t>persone</w:t>
      </w:r>
      <w:proofErr w:type="spellEnd"/>
      <w:r w:rsidR="00023209" w:rsidRPr="007B473C">
        <w:rPr>
          <w:rFonts w:asciiTheme="majorHAnsi" w:eastAsiaTheme="majorEastAsia" w:hAnsiTheme="majorHAnsi" w:cstheme="majorBidi"/>
          <w:lang w:val="en-US" w:eastAsia="en-US"/>
        </w:rPr>
        <w:t xml:space="preserve"> </w:t>
      </w:r>
      <w:proofErr w:type="spellStart"/>
      <w:r w:rsidR="00023209" w:rsidRPr="007B473C">
        <w:rPr>
          <w:rFonts w:asciiTheme="majorHAnsi" w:eastAsiaTheme="majorEastAsia" w:hAnsiTheme="majorHAnsi" w:cstheme="majorBidi"/>
          <w:lang w:val="en-US" w:eastAsia="en-US"/>
        </w:rPr>
        <w:t>che</w:t>
      </w:r>
      <w:proofErr w:type="spellEnd"/>
      <w:r w:rsidR="00023209" w:rsidRPr="007B473C">
        <w:rPr>
          <w:rFonts w:asciiTheme="majorHAnsi" w:eastAsiaTheme="majorEastAsia" w:hAnsiTheme="majorHAnsi" w:cstheme="majorBidi"/>
          <w:lang w:val="en-US" w:eastAsia="en-US"/>
        </w:rPr>
        <w:t xml:space="preserve"> </w:t>
      </w:r>
      <w:proofErr w:type="spellStart"/>
      <w:r w:rsidR="00023209" w:rsidRPr="007B473C">
        <w:rPr>
          <w:rFonts w:asciiTheme="majorHAnsi" w:eastAsiaTheme="majorEastAsia" w:hAnsiTheme="majorHAnsi" w:cstheme="majorBidi"/>
          <w:lang w:val="en-US" w:eastAsia="en-US"/>
        </w:rPr>
        <w:t>vivono</w:t>
      </w:r>
      <w:proofErr w:type="spellEnd"/>
      <w:r w:rsidR="00023209" w:rsidRPr="007B473C">
        <w:rPr>
          <w:rFonts w:asciiTheme="majorHAnsi" w:eastAsiaTheme="majorEastAsia" w:hAnsiTheme="majorHAnsi" w:cstheme="majorBidi"/>
          <w:lang w:val="en-US" w:eastAsia="en-US"/>
        </w:rPr>
        <w:t xml:space="preserve"> sole o con </w:t>
      </w:r>
      <w:proofErr w:type="spellStart"/>
      <w:r w:rsidR="00023209" w:rsidRPr="007B473C">
        <w:rPr>
          <w:rFonts w:asciiTheme="majorHAnsi" w:eastAsiaTheme="majorEastAsia" w:hAnsiTheme="majorHAnsi" w:cstheme="majorBidi"/>
          <w:lang w:val="en-US" w:eastAsia="en-US"/>
        </w:rPr>
        <w:t>difficoltà</w:t>
      </w:r>
      <w:proofErr w:type="spellEnd"/>
      <w:r w:rsidR="00023209" w:rsidRPr="007B473C">
        <w:rPr>
          <w:rFonts w:asciiTheme="majorHAnsi" w:eastAsiaTheme="majorEastAsia" w:hAnsiTheme="majorHAnsi" w:cstheme="majorBidi"/>
          <w:lang w:val="en-US" w:eastAsia="en-US"/>
        </w:rPr>
        <w:t xml:space="preserve"> </w:t>
      </w:r>
      <w:proofErr w:type="spellStart"/>
      <w:r w:rsidR="00023209" w:rsidRPr="007B473C">
        <w:rPr>
          <w:rFonts w:asciiTheme="majorHAnsi" w:eastAsiaTheme="majorEastAsia" w:hAnsiTheme="majorHAnsi" w:cstheme="majorBidi"/>
          <w:lang w:val="en-US" w:eastAsia="en-US"/>
        </w:rPr>
        <w:t>motorie</w:t>
      </w:r>
      <w:proofErr w:type="spellEnd"/>
      <w:r w:rsidR="00023209" w:rsidRPr="007B473C">
        <w:rPr>
          <w:rFonts w:asciiTheme="majorHAnsi" w:eastAsiaTheme="majorEastAsia" w:hAnsiTheme="majorHAnsi" w:cstheme="majorBidi"/>
          <w:lang w:val="en-US" w:eastAsia="en-US"/>
        </w:rPr>
        <w:t xml:space="preserve">, </w:t>
      </w:r>
      <w:proofErr w:type="spellStart"/>
      <w:r w:rsidR="00023209" w:rsidRPr="007B473C">
        <w:rPr>
          <w:rFonts w:asciiTheme="majorHAnsi" w:eastAsiaTheme="majorEastAsia" w:hAnsiTheme="majorHAnsi" w:cstheme="majorBidi"/>
          <w:lang w:val="en-US" w:eastAsia="en-US"/>
        </w:rPr>
        <w:t>si</w:t>
      </w:r>
      <w:proofErr w:type="spellEnd"/>
      <w:r w:rsidR="00023209" w:rsidRPr="007B473C">
        <w:rPr>
          <w:rFonts w:asciiTheme="majorHAnsi" w:eastAsiaTheme="majorEastAsia" w:hAnsiTheme="majorHAnsi" w:cstheme="majorBidi"/>
          <w:lang w:val="en-US" w:eastAsia="en-US"/>
        </w:rPr>
        <w:t xml:space="preserve"> propone un </w:t>
      </w:r>
      <w:proofErr w:type="spellStart"/>
      <w:r w:rsidR="00023209" w:rsidRPr="007B473C">
        <w:rPr>
          <w:rFonts w:asciiTheme="majorHAnsi" w:eastAsiaTheme="majorEastAsia" w:hAnsiTheme="majorHAnsi" w:cstheme="majorBidi"/>
          <w:lang w:val="en-US" w:eastAsia="en-US"/>
        </w:rPr>
        <w:t>servizio</w:t>
      </w:r>
      <w:proofErr w:type="spellEnd"/>
      <w:r w:rsidR="00023209" w:rsidRPr="007B473C">
        <w:rPr>
          <w:rFonts w:asciiTheme="majorHAnsi" w:eastAsiaTheme="majorEastAsia" w:hAnsiTheme="majorHAnsi" w:cstheme="majorBidi"/>
          <w:lang w:val="en-US" w:eastAsia="en-US"/>
        </w:rPr>
        <w:t xml:space="preserve"> di </w:t>
      </w:r>
      <w:proofErr w:type="spellStart"/>
      <w:r w:rsidR="00023209" w:rsidRPr="007B473C">
        <w:rPr>
          <w:rFonts w:asciiTheme="majorHAnsi" w:eastAsiaTheme="majorEastAsia" w:hAnsiTheme="majorHAnsi" w:cstheme="majorBidi"/>
          <w:lang w:val="en-US" w:eastAsia="en-US"/>
        </w:rPr>
        <w:t>compagnia</w:t>
      </w:r>
      <w:proofErr w:type="spellEnd"/>
      <w:r w:rsidR="00023209" w:rsidRPr="007B473C">
        <w:rPr>
          <w:rFonts w:asciiTheme="majorHAnsi" w:eastAsiaTheme="majorEastAsia" w:hAnsiTheme="majorHAnsi" w:cstheme="majorBidi"/>
          <w:lang w:val="en-US" w:eastAsia="en-US"/>
        </w:rPr>
        <w:t xml:space="preserve">, </w:t>
      </w:r>
      <w:proofErr w:type="spellStart"/>
      <w:r w:rsidR="00023209" w:rsidRPr="007B473C">
        <w:rPr>
          <w:rFonts w:asciiTheme="majorHAnsi" w:eastAsiaTheme="majorEastAsia" w:hAnsiTheme="majorHAnsi" w:cstheme="majorBidi"/>
          <w:lang w:val="en-US" w:eastAsia="en-US"/>
        </w:rPr>
        <w:t>sia</w:t>
      </w:r>
      <w:proofErr w:type="spellEnd"/>
      <w:r w:rsidR="00023209" w:rsidRPr="007B473C">
        <w:rPr>
          <w:rFonts w:asciiTheme="majorHAnsi" w:eastAsiaTheme="majorEastAsia" w:hAnsiTheme="majorHAnsi" w:cstheme="majorBidi"/>
          <w:lang w:val="en-US" w:eastAsia="en-US"/>
        </w:rPr>
        <w:t xml:space="preserve"> in </w:t>
      </w:r>
      <w:proofErr w:type="spellStart"/>
      <w:r w:rsidR="00023209" w:rsidRPr="007B473C">
        <w:rPr>
          <w:rFonts w:asciiTheme="majorHAnsi" w:eastAsiaTheme="majorEastAsia" w:hAnsiTheme="majorHAnsi" w:cstheme="majorBidi"/>
          <w:lang w:val="en-US" w:eastAsia="en-US"/>
        </w:rPr>
        <w:t>presenza</w:t>
      </w:r>
      <w:proofErr w:type="spellEnd"/>
      <w:r w:rsidR="00023209" w:rsidRPr="007B473C">
        <w:rPr>
          <w:rFonts w:asciiTheme="majorHAnsi" w:eastAsiaTheme="majorEastAsia" w:hAnsiTheme="majorHAnsi" w:cstheme="majorBidi"/>
          <w:lang w:val="en-US" w:eastAsia="en-US"/>
        </w:rPr>
        <w:t xml:space="preserve"> </w:t>
      </w:r>
      <w:proofErr w:type="spellStart"/>
      <w:r w:rsidR="00023209" w:rsidRPr="007B473C">
        <w:rPr>
          <w:rFonts w:asciiTheme="majorHAnsi" w:eastAsiaTheme="majorEastAsia" w:hAnsiTheme="majorHAnsi" w:cstheme="majorBidi"/>
          <w:lang w:val="en-US" w:eastAsia="en-US"/>
        </w:rPr>
        <w:t>presso</w:t>
      </w:r>
      <w:proofErr w:type="spellEnd"/>
      <w:r w:rsidR="00023209" w:rsidRPr="007B473C">
        <w:rPr>
          <w:rFonts w:asciiTheme="majorHAnsi" w:eastAsiaTheme="majorEastAsia" w:hAnsiTheme="majorHAnsi" w:cstheme="majorBidi"/>
          <w:lang w:val="en-US" w:eastAsia="en-US"/>
        </w:rPr>
        <w:t xml:space="preserve"> </w:t>
      </w:r>
      <w:proofErr w:type="spellStart"/>
      <w:r w:rsidR="00023209" w:rsidRPr="007B473C">
        <w:rPr>
          <w:rFonts w:asciiTheme="majorHAnsi" w:eastAsiaTheme="majorEastAsia" w:hAnsiTheme="majorHAnsi" w:cstheme="majorBidi"/>
          <w:lang w:val="en-US" w:eastAsia="en-US"/>
        </w:rPr>
        <w:t>l’abitazione</w:t>
      </w:r>
      <w:proofErr w:type="spellEnd"/>
      <w:r w:rsidR="00023209" w:rsidRPr="007B473C">
        <w:rPr>
          <w:rFonts w:asciiTheme="majorHAnsi" w:eastAsiaTheme="majorEastAsia" w:hAnsiTheme="majorHAnsi" w:cstheme="majorBidi"/>
          <w:lang w:val="en-US" w:eastAsia="en-US"/>
        </w:rPr>
        <w:t xml:space="preserve"> </w:t>
      </w:r>
      <w:proofErr w:type="spellStart"/>
      <w:r w:rsidR="00023209" w:rsidRPr="007B473C">
        <w:rPr>
          <w:rFonts w:asciiTheme="majorHAnsi" w:eastAsiaTheme="majorEastAsia" w:hAnsiTheme="majorHAnsi" w:cstheme="majorBidi"/>
          <w:lang w:val="en-US" w:eastAsia="en-US"/>
        </w:rPr>
        <w:t>che</w:t>
      </w:r>
      <w:proofErr w:type="spellEnd"/>
      <w:r w:rsidR="00023209" w:rsidRPr="007B473C">
        <w:rPr>
          <w:rFonts w:asciiTheme="majorHAnsi" w:eastAsiaTheme="majorEastAsia" w:hAnsiTheme="majorHAnsi" w:cstheme="majorBidi"/>
          <w:lang w:val="en-US" w:eastAsia="en-US"/>
        </w:rPr>
        <w:t xml:space="preserve"> </w:t>
      </w:r>
      <w:proofErr w:type="spellStart"/>
      <w:r w:rsidR="00023209" w:rsidRPr="007B473C">
        <w:rPr>
          <w:rFonts w:asciiTheme="majorHAnsi" w:eastAsiaTheme="majorEastAsia" w:hAnsiTheme="majorHAnsi" w:cstheme="majorBidi"/>
          <w:lang w:val="en-US" w:eastAsia="en-US"/>
        </w:rPr>
        <w:t>tramite</w:t>
      </w:r>
      <w:proofErr w:type="spellEnd"/>
      <w:r w:rsidR="00023209" w:rsidRPr="007B473C">
        <w:rPr>
          <w:rFonts w:asciiTheme="majorHAnsi" w:eastAsiaTheme="majorEastAsia" w:hAnsiTheme="majorHAnsi" w:cstheme="majorBidi"/>
          <w:lang w:val="en-US" w:eastAsia="en-US"/>
        </w:rPr>
        <w:t xml:space="preserve"> </w:t>
      </w:r>
      <w:proofErr w:type="spellStart"/>
      <w:r w:rsidR="00023209" w:rsidRPr="007B473C">
        <w:rPr>
          <w:rFonts w:asciiTheme="majorHAnsi" w:eastAsiaTheme="majorEastAsia" w:hAnsiTheme="majorHAnsi" w:cstheme="majorBidi"/>
          <w:lang w:val="en-US" w:eastAsia="en-US"/>
        </w:rPr>
        <w:t>telefonate</w:t>
      </w:r>
      <w:proofErr w:type="spellEnd"/>
      <w:r w:rsidR="00023209" w:rsidRPr="007B473C">
        <w:rPr>
          <w:rFonts w:asciiTheme="majorHAnsi" w:eastAsiaTheme="majorEastAsia" w:hAnsiTheme="majorHAnsi" w:cstheme="majorBidi"/>
          <w:lang w:val="en-US" w:eastAsia="en-US"/>
        </w:rPr>
        <w:t xml:space="preserve"> </w:t>
      </w:r>
      <w:proofErr w:type="spellStart"/>
      <w:r w:rsidR="00023209" w:rsidRPr="007B473C">
        <w:rPr>
          <w:rFonts w:asciiTheme="majorHAnsi" w:eastAsiaTheme="majorEastAsia" w:hAnsiTheme="majorHAnsi" w:cstheme="majorBidi"/>
          <w:lang w:val="en-US" w:eastAsia="en-US"/>
        </w:rPr>
        <w:t>periodiche</w:t>
      </w:r>
      <w:proofErr w:type="spellEnd"/>
      <w:r w:rsidR="00023209" w:rsidRPr="007B473C">
        <w:rPr>
          <w:rFonts w:asciiTheme="majorHAnsi" w:eastAsiaTheme="majorEastAsia" w:hAnsiTheme="majorHAnsi" w:cstheme="majorBidi"/>
          <w:lang w:val="en-US" w:eastAsia="en-US"/>
        </w:rPr>
        <w:t xml:space="preserve">. I </w:t>
      </w:r>
      <w:proofErr w:type="spellStart"/>
      <w:r w:rsidR="00023209" w:rsidRPr="007B473C">
        <w:rPr>
          <w:rFonts w:asciiTheme="majorHAnsi" w:eastAsiaTheme="majorEastAsia" w:hAnsiTheme="majorHAnsi" w:cstheme="majorBidi"/>
          <w:lang w:val="en-US" w:eastAsia="en-US"/>
        </w:rPr>
        <w:t>volontari</w:t>
      </w:r>
      <w:proofErr w:type="spellEnd"/>
      <w:r w:rsidR="00023209" w:rsidRPr="007B473C">
        <w:rPr>
          <w:rFonts w:asciiTheme="majorHAnsi" w:eastAsiaTheme="majorEastAsia" w:hAnsiTheme="majorHAnsi" w:cstheme="majorBidi"/>
          <w:lang w:val="en-US" w:eastAsia="en-US"/>
        </w:rPr>
        <w:t xml:space="preserve"> </w:t>
      </w:r>
      <w:proofErr w:type="spellStart"/>
      <w:r w:rsidR="00023209" w:rsidRPr="007B473C">
        <w:rPr>
          <w:rFonts w:asciiTheme="majorHAnsi" w:eastAsiaTheme="majorEastAsia" w:hAnsiTheme="majorHAnsi" w:cstheme="majorBidi"/>
          <w:lang w:val="en-US" w:eastAsia="en-US"/>
        </w:rPr>
        <w:t>potranno</w:t>
      </w:r>
      <w:proofErr w:type="spellEnd"/>
      <w:r w:rsidR="00023209" w:rsidRPr="007B473C">
        <w:rPr>
          <w:rFonts w:asciiTheme="majorHAnsi" w:eastAsiaTheme="majorEastAsia" w:hAnsiTheme="majorHAnsi" w:cstheme="majorBidi"/>
          <w:lang w:val="en-US" w:eastAsia="en-US"/>
        </w:rPr>
        <w:t xml:space="preserve"> </w:t>
      </w:r>
      <w:proofErr w:type="spellStart"/>
      <w:r w:rsidR="00023209" w:rsidRPr="007B473C">
        <w:rPr>
          <w:rFonts w:asciiTheme="majorHAnsi" w:eastAsiaTheme="majorEastAsia" w:hAnsiTheme="majorHAnsi" w:cstheme="majorBidi"/>
          <w:lang w:val="en-US" w:eastAsia="en-US"/>
        </w:rPr>
        <w:t>offrire</w:t>
      </w:r>
      <w:proofErr w:type="spellEnd"/>
      <w:r w:rsidR="00023209" w:rsidRPr="007B473C">
        <w:rPr>
          <w:rFonts w:asciiTheme="majorHAnsi" w:eastAsiaTheme="majorEastAsia" w:hAnsiTheme="majorHAnsi" w:cstheme="majorBidi"/>
          <w:lang w:val="en-US" w:eastAsia="en-US"/>
        </w:rPr>
        <w:t xml:space="preserve"> </w:t>
      </w:r>
      <w:proofErr w:type="spellStart"/>
      <w:r w:rsidR="00023209" w:rsidRPr="007B473C">
        <w:rPr>
          <w:rFonts w:asciiTheme="majorHAnsi" w:eastAsiaTheme="majorEastAsia" w:hAnsiTheme="majorHAnsi" w:cstheme="majorBidi"/>
          <w:lang w:val="en-US" w:eastAsia="en-US"/>
        </w:rPr>
        <w:t>ascolto</w:t>
      </w:r>
      <w:proofErr w:type="spellEnd"/>
      <w:r w:rsidR="00023209" w:rsidRPr="007B473C">
        <w:rPr>
          <w:rFonts w:asciiTheme="majorHAnsi" w:eastAsiaTheme="majorEastAsia" w:hAnsiTheme="majorHAnsi" w:cstheme="majorBidi"/>
          <w:lang w:val="en-US" w:eastAsia="en-US"/>
        </w:rPr>
        <w:t xml:space="preserve">, </w:t>
      </w:r>
      <w:proofErr w:type="spellStart"/>
      <w:r w:rsidR="00023209" w:rsidRPr="007B473C">
        <w:rPr>
          <w:rFonts w:asciiTheme="majorHAnsi" w:eastAsiaTheme="majorEastAsia" w:hAnsiTheme="majorHAnsi" w:cstheme="majorBidi"/>
          <w:lang w:val="en-US" w:eastAsia="en-US"/>
        </w:rPr>
        <w:t>dialogo</w:t>
      </w:r>
      <w:proofErr w:type="spellEnd"/>
      <w:r w:rsidR="00023209" w:rsidRPr="007B473C">
        <w:rPr>
          <w:rFonts w:asciiTheme="majorHAnsi" w:eastAsiaTheme="majorEastAsia" w:hAnsiTheme="majorHAnsi" w:cstheme="majorBidi"/>
          <w:lang w:val="en-US" w:eastAsia="en-US"/>
        </w:rPr>
        <w:t xml:space="preserve"> e </w:t>
      </w:r>
      <w:proofErr w:type="spellStart"/>
      <w:r w:rsidR="00023209" w:rsidRPr="007B473C">
        <w:rPr>
          <w:rFonts w:asciiTheme="majorHAnsi" w:eastAsiaTheme="majorEastAsia" w:hAnsiTheme="majorHAnsi" w:cstheme="majorBidi"/>
          <w:lang w:val="en-US" w:eastAsia="en-US"/>
        </w:rPr>
        <w:t>supporto</w:t>
      </w:r>
      <w:proofErr w:type="spellEnd"/>
      <w:r w:rsidR="00023209" w:rsidRPr="007B473C">
        <w:rPr>
          <w:rFonts w:asciiTheme="majorHAnsi" w:eastAsiaTheme="majorEastAsia" w:hAnsiTheme="majorHAnsi" w:cstheme="majorBidi"/>
          <w:lang w:val="en-US" w:eastAsia="en-US"/>
        </w:rPr>
        <w:t xml:space="preserve"> </w:t>
      </w:r>
      <w:proofErr w:type="spellStart"/>
      <w:r w:rsidR="00023209" w:rsidRPr="007B473C">
        <w:rPr>
          <w:rFonts w:asciiTheme="majorHAnsi" w:eastAsiaTheme="majorEastAsia" w:hAnsiTheme="majorHAnsi" w:cstheme="majorBidi"/>
          <w:lang w:val="en-US" w:eastAsia="en-US"/>
        </w:rPr>
        <w:t>emotivo</w:t>
      </w:r>
      <w:proofErr w:type="spellEnd"/>
      <w:r w:rsidR="00023209" w:rsidRPr="007B473C">
        <w:rPr>
          <w:rFonts w:asciiTheme="majorHAnsi" w:eastAsiaTheme="majorEastAsia" w:hAnsiTheme="majorHAnsi" w:cstheme="majorBidi"/>
          <w:lang w:val="en-US" w:eastAsia="en-US"/>
        </w:rPr>
        <w:t xml:space="preserve">, </w:t>
      </w:r>
      <w:proofErr w:type="spellStart"/>
      <w:r w:rsidR="00023209" w:rsidRPr="007B473C">
        <w:rPr>
          <w:rFonts w:asciiTheme="majorHAnsi" w:eastAsiaTheme="majorEastAsia" w:hAnsiTheme="majorHAnsi" w:cstheme="majorBidi"/>
          <w:lang w:val="en-US" w:eastAsia="en-US"/>
        </w:rPr>
        <w:t>contribuendo</w:t>
      </w:r>
      <w:proofErr w:type="spellEnd"/>
      <w:r w:rsidR="00023209" w:rsidRPr="007B473C">
        <w:rPr>
          <w:rFonts w:asciiTheme="majorHAnsi" w:eastAsiaTheme="majorEastAsia" w:hAnsiTheme="majorHAnsi" w:cstheme="majorBidi"/>
          <w:lang w:val="en-US" w:eastAsia="en-US"/>
        </w:rPr>
        <w:t xml:space="preserve"> a </w:t>
      </w:r>
      <w:proofErr w:type="spellStart"/>
      <w:r w:rsidR="00023209" w:rsidRPr="007B473C">
        <w:rPr>
          <w:rFonts w:asciiTheme="majorHAnsi" w:eastAsiaTheme="majorEastAsia" w:hAnsiTheme="majorHAnsi" w:cstheme="majorBidi"/>
          <w:lang w:val="en-US" w:eastAsia="en-US"/>
        </w:rPr>
        <w:t>ridurre</w:t>
      </w:r>
      <w:proofErr w:type="spellEnd"/>
      <w:r w:rsidR="00023209" w:rsidRPr="007B473C">
        <w:rPr>
          <w:rFonts w:asciiTheme="majorHAnsi" w:eastAsiaTheme="majorEastAsia" w:hAnsiTheme="majorHAnsi" w:cstheme="majorBidi"/>
          <w:lang w:val="en-US" w:eastAsia="en-US"/>
        </w:rPr>
        <w:t xml:space="preserve"> il senso</w:t>
      </w:r>
      <w:r w:rsidR="00DF697D">
        <w:rPr>
          <w:rFonts w:asciiTheme="majorHAnsi" w:eastAsiaTheme="majorEastAsia" w:hAnsiTheme="majorHAnsi" w:cstheme="majorBidi"/>
          <w:lang w:val="en-US" w:eastAsia="en-US"/>
        </w:rPr>
        <w:t xml:space="preserve"> </w:t>
      </w:r>
      <w:r w:rsidR="00023209" w:rsidRPr="007B473C">
        <w:rPr>
          <w:rFonts w:asciiTheme="majorHAnsi" w:eastAsiaTheme="majorEastAsia" w:hAnsiTheme="majorHAnsi" w:cstheme="majorBidi"/>
          <w:lang w:val="en-US" w:eastAsia="en-US"/>
        </w:rPr>
        <w:t xml:space="preserve">di </w:t>
      </w:r>
      <w:proofErr w:type="spellStart"/>
      <w:r w:rsidR="00023209" w:rsidRPr="007B473C">
        <w:rPr>
          <w:rFonts w:asciiTheme="majorHAnsi" w:eastAsiaTheme="majorEastAsia" w:hAnsiTheme="majorHAnsi" w:cstheme="majorBidi"/>
          <w:lang w:val="en-US" w:eastAsia="en-US"/>
        </w:rPr>
        <w:t>isolamento</w:t>
      </w:r>
      <w:proofErr w:type="spellEnd"/>
      <w:r w:rsidR="00023209" w:rsidRPr="007B473C">
        <w:rPr>
          <w:rFonts w:asciiTheme="majorHAnsi" w:eastAsiaTheme="majorEastAsia" w:hAnsiTheme="majorHAnsi" w:cstheme="majorBidi"/>
          <w:lang w:val="en-US" w:eastAsia="en-US"/>
        </w:rPr>
        <w:t xml:space="preserve"> e </w:t>
      </w:r>
      <w:proofErr w:type="spellStart"/>
      <w:r w:rsidR="00023209" w:rsidRPr="007B473C">
        <w:rPr>
          <w:rFonts w:asciiTheme="majorHAnsi" w:eastAsiaTheme="majorEastAsia" w:hAnsiTheme="majorHAnsi" w:cstheme="majorBidi"/>
          <w:lang w:val="en-US" w:eastAsia="en-US"/>
        </w:rPr>
        <w:t>promuovendo</w:t>
      </w:r>
      <w:proofErr w:type="spellEnd"/>
      <w:r w:rsidR="00023209" w:rsidRPr="007B473C">
        <w:rPr>
          <w:rFonts w:asciiTheme="majorHAnsi" w:eastAsiaTheme="majorEastAsia" w:hAnsiTheme="majorHAnsi" w:cstheme="majorBidi"/>
          <w:lang w:val="en-US" w:eastAsia="en-US"/>
        </w:rPr>
        <w:t xml:space="preserve"> il </w:t>
      </w:r>
      <w:proofErr w:type="spellStart"/>
      <w:r w:rsidR="00023209" w:rsidRPr="007B473C">
        <w:rPr>
          <w:rFonts w:asciiTheme="majorHAnsi" w:eastAsiaTheme="majorEastAsia" w:hAnsiTheme="majorHAnsi" w:cstheme="majorBidi"/>
          <w:lang w:val="en-US" w:eastAsia="en-US"/>
        </w:rPr>
        <w:t>benessere</w:t>
      </w:r>
      <w:proofErr w:type="spellEnd"/>
      <w:r w:rsidR="00023209" w:rsidRPr="007B473C">
        <w:rPr>
          <w:rFonts w:asciiTheme="majorHAnsi" w:eastAsiaTheme="majorEastAsia" w:hAnsiTheme="majorHAnsi" w:cstheme="majorBidi"/>
          <w:lang w:val="en-US" w:eastAsia="en-US"/>
        </w:rPr>
        <w:t xml:space="preserve"> </w:t>
      </w:r>
      <w:proofErr w:type="spellStart"/>
      <w:r w:rsidR="00023209" w:rsidRPr="007B473C">
        <w:rPr>
          <w:rFonts w:asciiTheme="majorHAnsi" w:eastAsiaTheme="majorEastAsia" w:hAnsiTheme="majorHAnsi" w:cstheme="majorBidi"/>
          <w:lang w:val="en-US" w:eastAsia="en-US"/>
        </w:rPr>
        <w:t>psicologico</w:t>
      </w:r>
      <w:proofErr w:type="spellEnd"/>
      <w:r w:rsidR="00023209" w:rsidRPr="007B473C">
        <w:rPr>
          <w:rFonts w:asciiTheme="majorHAnsi" w:eastAsiaTheme="majorEastAsia" w:hAnsiTheme="majorHAnsi" w:cstheme="majorBidi"/>
          <w:lang w:val="en-US" w:eastAsia="en-US"/>
        </w:rPr>
        <w:t xml:space="preserve"> </w:t>
      </w:r>
      <w:proofErr w:type="spellStart"/>
      <w:r w:rsidR="00023209" w:rsidRPr="007B473C">
        <w:rPr>
          <w:rFonts w:asciiTheme="majorHAnsi" w:eastAsiaTheme="majorEastAsia" w:hAnsiTheme="majorHAnsi" w:cstheme="majorBidi"/>
          <w:lang w:val="en-US" w:eastAsia="en-US"/>
        </w:rPr>
        <w:t>degli</w:t>
      </w:r>
      <w:proofErr w:type="spellEnd"/>
      <w:r w:rsidR="00023209" w:rsidRPr="007B473C">
        <w:rPr>
          <w:rFonts w:asciiTheme="majorHAnsi" w:eastAsiaTheme="majorEastAsia" w:hAnsiTheme="majorHAnsi" w:cstheme="majorBidi"/>
          <w:lang w:val="en-US" w:eastAsia="en-US"/>
        </w:rPr>
        <w:t xml:space="preserve"> </w:t>
      </w:r>
      <w:proofErr w:type="spellStart"/>
      <w:r w:rsidR="00023209" w:rsidRPr="007B473C">
        <w:rPr>
          <w:rFonts w:asciiTheme="majorHAnsi" w:eastAsiaTheme="majorEastAsia" w:hAnsiTheme="majorHAnsi" w:cstheme="majorBidi"/>
          <w:lang w:val="en-US" w:eastAsia="en-US"/>
        </w:rPr>
        <w:t>utenti</w:t>
      </w:r>
      <w:proofErr w:type="spellEnd"/>
      <w:r w:rsidR="00023209" w:rsidRPr="007B473C">
        <w:rPr>
          <w:rFonts w:asciiTheme="majorHAnsi" w:eastAsiaTheme="majorEastAsia" w:hAnsiTheme="majorHAnsi" w:cstheme="majorBidi"/>
          <w:lang w:val="en-US" w:eastAsia="en-US"/>
        </w:rPr>
        <w:t>.</w:t>
      </w:r>
      <w:r w:rsidR="00BC7052">
        <w:rPr>
          <w:rFonts w:asciiTheme="majorHAnsi" w:eastAsiaTheme="majorEastAsia" w:hAnsiTheme="majorHAnsi" w:cstheme="majorBidi"/>
          <w:lang w:val="en-US" w:eastAsia="en-US"/>
        </w:rPr>
        <w:t xml:space="preserve">  </w:t>
      </w:r>
    </w:p>
    <w:p w14:paraId="41A827D9" w14:textId="6CA72C38" w:rsidR="00CD6FB9" w:rsidRDefault="00BC7052" w:rsidP="00DF697D">
      <w:pPr>
        <w:pStyle w:val="NormaleWeb"/>
        <w:spacing w:before="0" w:beforeAutospacing="0"/>
        <w:jc w:val="both"/>
        <w:rPr>
          <w:rFonts w:asciiTheme="majorHAnsi" w:eastAsiaTheme="majorEastAsia" w:hAnsiTheme="majorHAnsi" w:cstheme="majorBidi"/>
          <w:lang w:val="en-US" w:eastAsia="en-US"/>
        </w:rPr>
      </w:pPr>
      <w:r>
        <w:rPr>
          <w:rFonts w:asciiTheme="majorHAnsi" w:eastAsiaTheme="majorEastAsia" w:hAnsiTheme="majorHAnsi" w:cstheme="majorBidi"/>
          <w:lang w:val="en-US" w:eastAsia="en-US"/>
        </w:rPr>
        <w:t>“</w:t>
      </w:r>
      <w:proofErr w:type="spellStart"/>
      <w:r w:rsidR="005113B7">
        <w:rPr>
          <w:rFonts w:asciiTheme="majorHAnsi" w:eastAsiaTheme="majorEastAsia" w:hAnsiTheme="majorHAnsi" w:cstheme="majorBidi"/>
          <w:lang w:val="en-US" w:eastAsia="en-US"/>
        </w:rPr>
        <w:t>Dicci</w:t>
      </w:r>
      <w:proofErr w:type="spellEnd"/>
      <w:r>
        <w:rPr>
          <w:rFonts w:asciiTheme="majorHAnsi" w:eastAsiaTheme="majorEastAsia" w:hAnsiTheme="majorHAnsi" w:cstheme="majorBidi"/>
          <w:lang w:val="en-US" w:eastAsia="en-US"/>
        </w:rPr>
        <w:t xml:space="preserve"> come </w:t>
      </w:r>
      <w:proofErr w:type="spellStart"/>
      <w:r>
        <w:rPr>
          <w:rFonts w:asciiTheme="majorHAnsi" w:eastAsiaTheme="majorEastAsia" w:hAnsiTheme="majorHAnsi" w:cstheme="majorBidi"/>
          <w:lang w:val="en-US" w:eastAsia="en-US"/>
        </w:rPr>
        <w:t>stai</w:t>
      </w:r>
      <w:proofErr w:type="spellEnd"/>
      <w:r>
        <w:rPr>
          <w:rFonts w:asciiTheme="majorHAnsi" w:eastAsiaTheme="majorEastAsia" w:hAnsiTheme="majorHAnsi" w:cstheme="majorBidi"/>
          <w:lang w:val="en-US" w:eastAsia="en-US"/>
        </w:rPr>
        <w:t xml:space="preserve">” è </w:t>
      </w:r>
      <w:proofErr w:type="spellStart"/>
      <w:r>
        <w:rPr>
          <w:rFonts w:asciiTheme="majorHAnsi" w:eastAsiaTheme="majorEastAsia" w:hAnsiTheme="majorHAnsi" w:cstheme="majorBidi"/>
          <w:lang w:val="en-US" w:eastAsia="en-US"/>
        </w:rPr>
        <w:t>più</w:t>
      </w:r>
      <w:proofErr w:type="spellEnd"/>
      <w:r>
        <w:rPr>
          <w:rFonts w:asciiTheme="majorHAnsi" w:eastAsiaTheme="majorEastAsia" w:hAnsiTheme="majorHAnsi" w:cstheme="majorBidi"/>
          <w:lang w:val="en-US" w:eastAsia="en-US"/>
        </w:rPr>
        <w:t xml:space="preserve"> di un </w:t>
      </w:r>
      <w:proofErr w:type="spellStart"/>
      <w:r>
        <w:rPr>
          <w:rFonts w:asciiTheme="majorHAnsi" w:eastAsiaTheme="majorEastAsia" w:hAnsiTheme="majorHAnsi" w:cstheme="majorBidi"/>
          <w:lang w:val="en-US" w:eastAsia="en-US"/>
        </w:rPr>
        <w:t>servizio</w:t>
      </w:r>
      <w:proofErr w:type="spellEnd"/>
      <w:r>
        <w:rPr>
          <w:rFonts w:asciiTheme="majorHAnsi" w:eastAsiaTheme="majorEastAsia" w:hAnsiTheme="majorHAnsi" w:cstheme="majorBidi"/>
          <w:lang w:val="en-US" w:eastAsia="en-US"/>
        </w:rPr>
        <w:t xml:space="preserve">; è </w:t>
      </w:r>
      <w:proofErr w:type="spellStart"/>
      <w:r>
        <w:rPr>
          <w:rFonts w:asciiTheme="majorHAnsi" w:eastAsiaTheme="majorEastAsia" w:hAnsiTheme="majorHAnsi" w:cstheme="majorBidi"/>
          <w:lang w:val="en-US" w:eastAsia="en-US"/>
        </w:rPr>
        <w:t>una</w:t>
      </w:r>
      <w:proofErr w:type="spellEnd"/>
      <w:r>
        <w:rPr>
          <w:rFonts w:asciiTheme="majorHAnsi" w:eastAsiaTheme="majorEastAsia" w:hAnsiTheme="majorHAnsi" w:cstheme="majorBidi"/>
          <w:lang w:val="en-US" w:eastAsia="en-US"/>
        </w:rPr>
        <w:t xml:space="preserve"> mano </w:t>
      </w:r>
      <w:proofErr w:type="spellStart"/>
      <w:r>
        <w:rPr>
          <w:rFonts w:asciiTheme="majorHAnsi" w:eastAsiaTheme="majorEastAsia" w:hAnsiTheme="majorHAnsi" w:cstheme="majorBidi"/>
          <w:lang w:val="en-US" w:eastAsia="en-US"/>
        </w:rPr>
        <w:t>tesa</w:t>
      </w:r>
      <w:proofErr w:type="spellEnd"/>
      <w:r>
        <w:rPr>
          <w:rFonts w:asciiTheme="majorHAnsi" w:eastAsiaTheme="majorEastAsia" w:hAnsiTheme="majorHAnsi" w:cstheme="majorBidi"/>
          <w:lang w:val="en-US" w:eastAsia="en-US"/>
        </w:rPr>
        <w:t xml:space="preserve">, un </w:t>
      </w:r>
      <w:proofErr w:type="spellStart"/>
      <w:r>
        <w:rPr>
          <w:rFonts w:asciiTheme="majorHAnsi" w:eastAsiaTheme="majorEastAsia" w:hAnsiTheme="majorHAnsi" w:cstheme="majorBidi"/>
          <w:lang w:val="en-US" w:eastAsia="en-US"/>
        </w:rPr>
        <w:t>ponte</w:t>
      </w:r>
      <w:proofErr w:type="spellEnd"/>
      <w:r>
        <w:rPr>
          <w:rFonts w:asciiTheme="majorHAnsi" w:eastAsiaTheme="majorEastAsia" w:hAnsiTheme="majorHAnsi" w:cstheme="majorBidi"/>
          <w:lang w:val="en-US" w:eastAsia="en-US"/>
        </w:rPr>
        <w:t xml:space="preserve"> </w:t>
      </w:r>
      <w:proofErr w:type="spellStart"/>
      <w:r>
        <w:rPr>
          <w:rFonts w:asciiTheme="majorHAnsi" w:eastAsiaTheme="majorEastAsia" w:hAnsiTheme="majorHAnsi" w:cstheme="majorBidi"/>
          <w:lang w:val="en-US" w:eastAsia="en-US"/>
        </w:rPr>
        <w:t>tra</w:t>
      </w:r>
      <w:proofErr w:type="spellEnd"/>
      <w:r>
        <w:rPr>
          <w:rFonts w:asciiTheme="majorHAnsi" w:eastAsiaTheme="majorEastAsia" w:hAnsiTheme="majorHAnsi" w:cstheme="majorBidi"/>
          <w:lang w:val="en-US" w:eastAsia="en-US"/>
        </w:rPr>
        <w:t xml:space="preserve"> le </w:t>
      </w:r>
      <w:proofErr w:type="spellStart"/>
      <w:r>
        <w:rPr>
          <w:rFonts w:asciiTheme="majorHAnsi" w:eastAsiaTheme="majorEastAsia" w:hAnsiTheme="majorHAnsi" w:cstheme="majorBidi"/>
          <w:lang w:val="en-US" w:eastAsia="en-US"/>
        </w:rPr>
        <w:t>persone</w:t>
      </w:r>
      <w:proofErr w:type="spellEnd"/>
      <w:r>
        <w:rPr>
          <w:rFonts w:asciiTheme="majorHAnsi" w:eastAsiaTheme="majorEastAsia" w:hAnsiTheme="majorHAnsi" w:cstheme="majorBidi"/>
          <w:lang w:val="en-US" w:eastAsia="en-US"/>
        </w:rPr>
        <w:t xml:space="preserve"> e la </w:t>
      </w:r>
      <w:proofErr w:type="spellStart"/>
      <w:r>
        <w:rPr>
          <w:rFonts w:asciiTheme="majorHAnsi" w:eastAsiaTheme="majorEastAsia" w:hAnsiTheme="majorHAnsi" w:cstheme="majorBidi"/>
          <w:lang w:val="en-US" w:eastAsia="en-US"/>
        </w:rPr>
        <w:t>comunità</w:t>
      </w:r>
      <w:proofErr w:type="spellEnd"/>
      <w:r>
        <w:rPr>
          <w:rFonts w:asciiTheme="majorHAnsi" w:eastAsiaTheme="majorEastAsia" w:hAnsiTheme="majorHAnsi" w:cstheme="majorBidi"/>
          <w:lang w:val="en-US" w:eastAsia="en-US"/>
        </w:rPr>
        <w:t xml:space="preserve">, un </w:t>
      </w:r>
      <w:proofErr w:type="spellStart"/>
      <w:r>
        <w:rPr>
          <w:rFonts w:asciiTheme="majorHAnsi" w:eastAsiaTheme="majorEastAsia" w:hAnsiTheme="majorHAnsi" w:cstheme="majorBidi"/>
          <w:lang w:val="en-US" w:eastAsia="en-US"/>
        </w:rPr>
        <w:t>gesto</w:t>
      </w:r>
      <w:proofErr w:type="spellEnd"/>
      <w:r>
        <w:rPr>
          <w:rFonts w:asciiTheme="majorHAnsi" w:eastAsiaTheme="majorEastAsia" w:hAnsiTheme="majorHAnsi" w:cstheme="majorBidi"/>
          <w:lang w:val="en-US" w:eastAsia="en-US"/>
        </w:rPr>
        <w:t xml:space="preserve"> di </w:t>
      </w:r>
      <w:proofErr w:type="spellStart"/>
      <w:r>
        <w:rPr>
          <w:rFonts w:asciiTheme="majorHAnsi" w:eastAsiaTheme="majorEastAsia" w:hAnsiTheme="majorHAnsi" w:cstheme="majorBidi"/>
          <w:lang w:val="en-US" w:eastAsia="en-US"/>
        </w:rPr>
        <w:t>umanità</w:t>
      </w:r>
      <w:proofErr w:type="spellEnd"/>
      <w:r>
        <w:rPr>
          <w:rFonts w:asciiTheme="majorHAnsi" w:eastAsiaTheme="majorEastAsia" w:hAnsiTheme="majorHAnsi" w:cstheme="majorBidi"/>
          <w:lang w:val="en-US" w:eastAsia="en-US"/>
        </w:rPr>
        <w:t xml:space="preserve"> </w:t>
      </w:r>
      <w:proofErr w:type="spellStart"/>
      <w:r>
        <w:rPr>
          <w:rFonts w:asciiTheme="majorHAnsi" w:eastAsiaTheme="majorEastAsia" w:hAnsiTheme="majorHAnsi" w:cstheme="majorBidi"/>
          <w:lang w:val="en-US" w:eastAsia="en-US"/>
        </w:rPr>
        <w:t>concreta</w:t>
      </w:r>
      <w:proofErr w:type="spellEnd"/>
      <w:r>
        <w:rPr>
          <w:rFonts w:asciiTheme="majorHAnsi" w:eastAsiaTheme="majorEastAsia" w:hAnsiTheme="majorHAnsi" w:cstheme="majorBidi"/>
          <w:lang w:val="en-US" w:eastAsia="en-US"/>
        </w:rPr>
        <w:t xml:space="preserve">. Dare voce a chi non </w:t>
      </w:r>
      <w:proofErr w:type="spellStart"/>
      <w:r>
        <w:rPr>
          <w:rFonts w:asciiTheme="majorHAnsi" w:eastAsiaTheme="majorEastAsia" w:hAnsiTheme="majorHAnsi" w:cstheme="majorBidi"/>
          <w:lang w:val="en-US" w:eastAsia="en-US"/>
        </w:rPr>
        <w:t>viene</w:t>
      </w:r>
      <w:proofErr w:type="spellEnd"/>
      <w:r>
        <w:rPr>
          <w:rFonts w:asciiTheme="majorHAnsi" w:eastAsiaTheme="majorEastAsia" w:hAnsiTheme="majorHAnsi" w:cstheme="majorBidi"/>
          <w:lang w:val="en-US" w:eastAsia="en-US"/>
        </w:rPr>
        <w:t xml:space="preserve"> </w:t>
      </w:r>
      <w:proofErr w:type="spellStart"/>
      <w:r>
        <w:rPr>
          <w:rFonts w:asciiTheme="majorHAnsi" w:eastAsiaTheme="majorEastAsia" w:hAnsiTheme="majorHAnsi" w:cstheme="majorBidi"/>
          <w:lang w:val="en-US" w:eastAsia="en-US"/>
        </w:rPr>
        <w:t>ascoltato</w:t>
      </w:r>
      <w:proofErr w:type="spellEnd"/>
      <w:r>
        <w:rPr>
          <w:rFonts w:asciiTheme="majorHAnsi" w:eastAsiaTheme="majorEastAsia" w:hAnsiTheme="majorHAnsi" w:cstheme="majorBidi"/>
          <w:lang w:val="en-US" w:eastAsia="en-US"/>
        </w:rPr>
        <w:t xml:space="preserve"> è il primo </w:t>
      </w:r>
      <w:proofErr w:type="spellStart"/>
      <w:r>
        <w:rPr>
          <w:rFonts w:asciiTheme="majorHAnsi" w:eastAsiaTheme="majorEastAsia" w:hAnsiTheme="majorHAnsi" w:cstheme="majorBidi"/>
          <w:lang w:val="en-US" w:eastAsia="en-US"/>
        </w:rPr>
        <w:t>passo</w:t>
      </w:r>
      <w:proofErr w:type="spellEnd"/>
      <w:r>
        <w:rPr>
          <w:rFonts w:asciiTheme="majorHAnsi" w:eastAsiaTheme="majorEastAsia" w:hAnsiTheme="majorHAnsi" w:cstheme="majorBidi"/>
          <w:lang w:val="en-US" w:eastAsia="en-US"/>
        </w:rPr>
        <w:t xml:space="preserve"> per </w:t>
      </w:r>
      <w:proofErr w:type="spellStart"/>
      <w:r>
        <w:rPr>
          <w:rFonts w:asciiTheme="majorHAnsi" w:eastAsiaTheme="majorEastAsia" w:hAnsiTheme="majorHAnsi" w:cstheme="majorBidi"/>
          <w:lang w:val="en-US" w:eastAsia="en-US"/>
        </w:rPr>
        <w:t>costruire</w:t>
      </w:r>
      <w:proofErr w:type="spellEnd"/>
      <w:r>
        <w:rPr>
          <w:rFonts w:asciiTheme="majorHAnsi" w:eastAsiaTheme="majorEastAsia" w:hAnsiTheme="majorHAnsi" w:cstheme="majorBidi"/>
          <w:lang w:val="en-US" w:eastAsia="en-US"/>
        </w:rPr>
        <w:t xml:space="preserve"> </w:t>
      </w:r>
      <w:proofErr w:type="spellStart"/>
      <w:r>
        <w:rPr>
          <w:rFonts w:asciiTheme="majorHAnsi" w:eastAsiaTheme="majorEastAsia" w:hAnsiTheme="majorHAnsi" w:cstheme="majorBidi"/>
          <w:lang w:val="en-US" w:eastAsia="en-US"/>
        </w:rPr>
        <w:t>una</w:t>
      </w:r>
      <w:proofErr w:type="spellEnd"/>
      <w:r>
        <w:rPr>
          <w:rFonts w:asciiTheme="majorHAnsi" w:eastAsiaTheme="majorEastAsia" w:hAnsiTheme="majorHAnsi" w:cstheme="majorBidi"/>
          <w:lang w:val="en-US" w:eastAsia="en-US"/>
        </w:rPr>
        <w:t xml:space="preserve"> </w:t>
      </w:r>
      <w:proofErr w:type="spellStart"/>
      <w:r>
        <w:rPr>
          <w:rFonts w:asciiTheme="majorHAnsi" w:eastAsiaTheme="majorEastAsia" w:hAnsiTheme="majorHAnsi" w:cstheme="majorBidi"/>
          <w:lang w:val="en-US" w:eastAsia="en-US"/>
        </w:rPr>
        <w:t>società</w:t>
      </w:r>
      <w:proofErr w:type="spellEnd"/>
      <w:r>
        <w:rPr>
          <w:rFonts w:asciiTheme="majorHAnsi" w:eastAsiaTheme="majorEastAsia" w:hAnsiTheme="majorHAnsi" w:cstheme="majorBidi"/>
          <w:lang w:val="en-US" w:eastAsia="en-US"/>
        </w:rPr>
        <w:t xml:space="preserve"> </w:t>
      </w:r>
      <w:proofErr w:type="spellStart"/>
      <w:r>
        <w:rPr>
          <w:rFonts w:asciiTheme="majorHAnsi" w:eastAsiaTheme="majorEastAsia" w:hAnsiTheme="majorHAnsi" w:cstheme="majorBidi"/>
          <w:lang w:val="en-US" w:eastAsia="en-US"/>
        </w:rPr>
        <w:t>giusta</w:t>
      </w:r>
      <w:proofErr w:type="spellEnd"/>
      <w:r>
        <w:rPr>
          <w:rFonts w:asciiTheme="majorHAnsi" w:eastAsiaTheme="majorEastAsia" w:hAnsiTheme="majorHAnsi" w:cstheme="majorBidi"/>
          <w:lang w:val="en-US" w:eastAsia="en-US"/>
        </w:rPr>
        <w:t xml:space="preserve"> e </w:t>
      </w:r>
      <w:proofErr w:type="spellStart"/>
      <w:r>
        <w:rPr>
          <w:rFonts w:asciiTheme="majorHAnsi" w:eastAsiaTheme="majorEastAsia" w:hAnsiTheme="majorHAnsi" w:cstheme="majorBidi"/>
          <w:lang w:val="en-US" w:eastAsia="en-US"/>
        </w:rPr>
        <w:t>più</w:t>
      </w:r>
      <w:proofErr w:type="spellEnd"/>
      <w:r>
        <w:rPr>
          <w:rFonts w:asciiTheme="majorHAnsi" w:eastAsiaTheme="majorEastAsia" w:hAnsiTheme="majorHAnsi" w:cstheme="majorBidi"/>
          <w:lang w:val="en-US" w:eastAsia="en-US"/>
        </w:rPr>
        <w:t xml:space="preserve"> inclusive.</w:t>
      </w:r>
    </w:p>
    <w:p w14:paraId="6B0D8ED7" w14:textId="40532535" w:rsidR="00F11E34" w:rsidRPr="002141CD" w:rsidRDefault="00752AAD" w:rsidP="00466792">
      <w:pPr>
        <w:spacing w:before="100" w:beforeAutospacing="1" w:after="100" w:afterAutospacing="1" w:line="240" w:lineRule="auto"/>
        <w:jc w:val="both"/>
        <w:rPr>
          <w:rFonts w:asciiTheme="majorHAnsi" w:eastAsiaTheme="majorEastAsia" w:hAnsiTheme="majorHAnsi" w:cstheme="majorBidi"/>
          <w:b/>
          <w:bCs/>
          <w:sz w:val="24"/>
          <w:szCs w:val="24"/>
        </w:rPr>
      </w:pPr>
      <w:r w:rsidRPr="002F1A57">
        <w:rPr>
          <w:rFonts w:asciiTheme="majorHAnsi" w:eastAsiaTheme="majorEastAsia" w:hAnsiTheme="majorHAnsi" w:cstheme="majorBidi"/>
          <w:b/>
          <w:bCs/>
          <w:sz w:val="24"/>
          <w:szCs w:val="24"/>
        </w:rPr>
        <w:t>Medicina e Salute</w:t>
      </w:r>
      <w:r w:rsidR="00466792" w:rsidRPr="002F1A57">
        <w:rPr>
          <w:rFonts w:asciiTheme="majorHAnsi" w:eastAsiaTheme="majorEastAsia" w:hAnsiTheme="majorHAnsi" w:cstheme="majorBidi"/>
          <w:b/>
          <w:bCs/>
          <w:sz w:val="24"/>
          <w:szCs w:val="24"/>
        </w:rPr>
        <w:t>:</w:t>
      </w:r>
      <w:r w:rsidR="00466792" w:rsidRPr="002F1A57">
        <w:rPr>
          <w:rFonts w:asciiTheme="majorHAnsi" w:eastAsiaTheme="majorEastAsia" w:hAnsiTheme="majorHAnsi" w:cstheme="majorBidi"/>
          <w:sz w:val="24"/>
          <w:szCs w:val="24"/>
        </w:rPr>
        <w:t xml:space="preserve"> il </w:t>
      </w:r>
      <w:proofErr w:type="spellStart"/>
      <w:r w:rsidR="00466792" w:rsidRPr="002F1A57">
        <w:rPr>
          <w:rFonts w:asciiTheme="majorHAnsi" w:eastAsiaTheme="majorEastAsia" w:hAnsiTheme="majorHAnsi" w:cstheme="majorBidi"/>
          <w:sz w:val="24"/>
          <w:szCs w:val="24"/>
        </w:rPr>
        <w:t>progetto</w:t>
      </w:r>
      <w:proofErr w:type="spellEnd"/>
      <w:r w:rsidR="00466792" w:rsidRPr="002F1A57">
        <w:rPr>
          <w:rFonts w:asciiTheme="majorHAnsi" w:eastAsiaTheme="majorEastAsia" w:hAnsiTheme="majorHAnsi" w:cstheme="majorBidi"/>
          <w:sz w:val="24"/>
          <w:szCs w:val="24"/>
        </w:rPr>
        <w:t xml:space="preserve"> “Medicina e Salute” </w:t>
      </w:r>
      <w:proofErr w:type="spellStart"/>
      <w:r w:rsidR="00A209D1">
        <w:rPr>
          <w:rFonts w:asciiTheme="majorHAnsi" w:eastAsiaTheme="majorEastAsia" w:hAnsiTheme="majorHAnsi" w:cstheme="majorBidi"/>
          <w:sz w:val="24"/>
          <w:szCs w:val="24"/>
        </w:rPr>
        <w:t>off</w:t>
      </w:r>
      <w:r w:rsidR="000A5DE7">
        <w:rPr>
          <w:rFonts w:asciiTheme="majorHAnsi" w:eastAsiaTheme="majorEastAsia" w:hAnsiTheme="majorHAnsi" w:cstheme="majorBidi"/>
          <w:sz w:val="24"/>
          <w:szCs w:val="24"/>
        </w:rPr>
        <w:t>re</w:t>
      </w:r>
      <w:proofErr w:type="spellEnd"/>
      <w:r w:rsidR="00A209D1">
        <w:rPr>
          <w:rFonts w:asciiTheme="majorHAnsi" w:eastAsiaTheme="majorEastAsia" w:hAnsiTheme="majorHAnsi" w:cstheme="majorBidi"/>
          <w:sz w:val="24"/>
          <w:szCs w:val="24"/>
        </w:rPr>
        <w:t xml:space="preserve"> </w:t>
      </w:r>
      <w:r w:rsidR="00466792" w:rsidRPr="002F1A57">
        <w:rPr>
          <w:rFonts w:asciiTheme="majorHAnsi" w:eastAsiaTheme="majorEastAsia" w:hAnsiTheme="majorHAnsi" w:cstheme="majorBidi"/>
          <w:sz w:val="24"/>
          <w:szCs w:val="24"/>
        </w:rPr>
        <w:t xml:space="preserve">a chi ne ha </w:t>
      </w:r>
      <w:proofErr w:type="spellStart"/>
      <w:r w:rsidR="00466792" w:rsidRPr="002F1A57">
        <w:rPr>
          <w:rFonts w:asciiTheme="majorHAnsi" w:eastAsiaTheme="majorEastAsia" w:hAnsiTheme="majorHAnsi" w:cstheme="majorBidi"/>
          <w:sz w:val="24"/>
          <w:szCs w:val="24"/>
        </w:rPr>
        <w:t>bisogno</w:t>
      </w:r>
      <w:proofErr w:type="spellEnd"/>
      <w:r w:rsidR="00A209D1">
        <w:rPr>
          <w:rFonts w:asciiTheme="majorHAnsi" w:eastAsiaTheme="majorEastAsia" w:hAnsiTheme="majorHAnsi" w:cstheme="majorBidi"/>
          <w:sz w:val="24"/>
          <w:szCs w:val="24"/>
        </w:rPr>
        <w:t xml:space="preserve"> la </w:t>
      </w:r>
      <w:proofErr w:type="spellStart"/>
      <w:r w:rsidR="00A209D1">
        <w:rPr>
          <w:rFonts w:asciiTheme="majorHAnsi" w:eastAsiaTheme="majorEastAsia" w:hAnsiTheme="majorHAnsi" w:cstheme="majorBidi"/>
          <w:sz w:val="24"/>
          <w:szCs w:val="24"/>
        </w:rPr>
        <w:t>possibilità</w:t>
      </w:r>
      <w:proofErr w:type="spellEnd"/>
      <w:r w:rsidR="00466792" w:rsidRPr="002F1A57">
        <w:rPr>
          <w:rFonts w:asciiTheme="majorHAnsi" w:eastAsiaTheme="majorEastAsia" w:hAnsiTheme="majorHAnsi" w:cstheme="majorBidi"/>
          <w:sz w:val="24"/>
          <w:szCs w:val="24"/>
        </w:rPr>
        <w:t xml:space="preserve"> di </w:t>
      </w:r>
      <w:proofErr w:type="spellStart"/>
      <w:r w:rsidR="00466792" w:rsidRPr="002F1A57">
        <w:rPr>
          <w:rFonts w:asciiTheme="majorHAnsi" w:eastAsiaTheme="majorEastAsia" w:hAnsiTheme="majorHAnsi" w:cstheme="majorBidi"/>
          <w:sz w:val="24"/>
          <w:szCs w:val="24"/>
        </w:rPr>
        <w:t>usufruire</w:t>
      </w:r>
      <w:proofErr w:type="spellEnd"/>
      <w:r w:rsidR="002141CD">
        <w:rPr>
          <w:rFonts w:asciiTheme="majorHAnsi" w:eastAsiaTheme="majorEastAsia" w:hAnsiTheme="majorHAnsi" w:cstheme="majorBidi"/>
          <w:sz w:val="24"/>
          <w:szCs w:val="24"/>
        </w:rPr>
        <w:t xml:space="preserve"> del </w:t>
      </w:r>
      <w:proofErr w:type="spellStart"/>
      <w:r w:rsidR="002141CD">
        <w:rPr>
          <w:rFonts w:asciiTheme="majorHAnsi" w:eastAsiaTheme="majorEastAsia" w:hAnsiTheme="majorHAnsi" w:cstheme="majorBidi"/>
          <w:sz w:val="24"/>
          <w:szCs w:val="24"/>
        </w:rPr>
        <w:t>support</w:t>
      </w:r>
      <w:r w:rsidR="000A5DE7">
        <w:rPr>
          <w:rFonts w:asciiTheme="majorHAnsi" w:eastAsiaTheme="majorEastAsia" w:hAnsiTheme="majorHAnsi" w:cstheme="majorBidi"/>
          <w:sz w:val="24"/>
          <w:szCs w:val="24"/>
        </w:rPr>
        <w:t>o</w:t>
      </w:r>
      <w:proofErr w:type="spellEnd"/>
      <w:r w:rsidR="002141CD">
        <w:rPr>
          <w:rFonts w:asciiTheme="majorHAnsi" w:eastAsiaTheme="majorEastAsia" w:hAnsiTheme="majorHAnsi" w:cstheme="majorBidi"/>
          <w:sz w:val="24"/>
          <w:szCs w:val="24"/>
        </w:rPr>
        <w:t xml:space="preserve"> di </w:t>
      </w:r>
      <w:proofErr w:type="spellStart"/>
      <w:r w:rsidR="002141CD" w:rsidRPr="002202D9">
        <w:rPr>
          <w:rFonts w:asciiTheme="majorHAnsi" w:eastAsiaTheme="majorEastAsia" w:hAnsiTheme="majorHAnsi" w:cstheme="majorBidi"/>
          <w:sz w:val="24"/>
          <w:szCs w:val="24"/>
        </w:rPr>
        <w:t>una</w:t>
      </w:r>
      <w:proofErr w:type="spellEnd"/>
      <w:r w:rsidR="002141CD" w:rsidRPr="002202D9">
        <w:rPr>
          <w:rFonts w:asciiTheme="majorHAnsi" w:eastAsiaTheme="majorEastAsia" w:hAnsiTheme="majorHAnsi" w:cstheme="majorBidi"/>
          <w:sz w:val="24"/>
          <w:szCs w:val="24"/>
        </w:rPr>
        <w:t xml:space="preserve"> </w:t>
      </w:r>
      <w:proofErr w:type="spellStart"/>
      <w:r w:rsidR="002141CD" w:rsidRPr="002202D9">
        <w:rPr>
          <w:rFonts w:asciiTheme="majorHAnsi" w:eastAsiaTheme="majorEastAsia" w:hAnsiTheme="majorHAnsi" w:cstheme="majorBidi"/>
          <w:sz w:val="24"/>
          <w:szCs w:val="24"/>
        </w:rPr>
        <w:t>psicologa</w:t>
      </w:r>
      <w:proofErr w:type="spellEnd"/>
      <w:r w:rsidR="002141CD">
        <w:rPr>
          <w:rFonts w:asciiTheme="majorHAnsi" w:eastAsiaTheme="majorEastAsia" w:hAnsiTheme="majorHAnsi" w:cstheme="majorBidi"/>
          <w:sz w:val="24"/>
          <w:szCs w:val="24"/>
        </w:rPr>
        <w:t>,</w:t>
      </w:r>
      <w:r w:rsidR="00466792" w:rsidRPr="002F1A57">
        <w:rPr>
          <w:rFonts w:asciiTheme="majorHAnsi" w:eastAsiaTheme="majorEastAsia" w:hAnsiTheme="majorHAnsi" w:cstheme="majorBidi"/>
          <w:sz w:val="24"/>
          <w:szCs w:val="24"/>
        </w:rPr>
        <w:t xml:space="preserve"> di </w:t>
      </w:r>
      <w:proofErr w:type="spellStart"/>
      <w:r w:rsidR="00466792" w:rsidRPr="002F1A57">
        <w:rPr>
          <w:rFonts w:asciiTheme="majorHAnsi" w:eastAsiaTheme="majorEastAsia" w:hAnsiTheme="majorHAnsi" w:cstheme="majorBidi"/>
          <w:sz w:val="24"/>
          <w:szCs w:val="24"/>
        </w:rPr>
        <w:t>visite</w:t>
      </w:r>
      <w:proofErr w:type="spellEnd"/>
      <w:r w:rsidR="00466792" w:rsidRPr="002F1A57">
        <w:rPr>
          <w:rFonts w:asciiTheme="majorHAnsi" w:eastAsiaTheme="majorEastAsia" w:hAnsiTheme="majorHAnsi" w:cstheme="majorBidi"/>
          <w:sz w:val="24"/>
          <w:szCs w:val="24"/>
        </w:rPr>
        <w:t xml:space="preserve"> di </w:t>
      </w:r>
      <w:proofErr w:type="spellStart"/>
      <w:r w:rsidR="00466792" w:rsidRPr="002F1A57">
        <w:rPr>
          <w:rFonts w:asciiTheme="majorHAnsi" w:eastAsiaTheme="majorEastAsia" w:hAnsiTheme="majorHAnsi" w:cstheme="majorBidi"/>
          <w:sz w:val="24"/>
          <w:szCs w:val="24"/>
        </w:rPr>
        <w:t>medicina</w:t>
      </w:r>
      <w:proofErr w:type="spellEnd"/>
      <w:r w:rsidR="00466792" w:rsidRPr="002F1A57">
        <w:rPr>
          <w:rFonts w:asciiTheme="majorHAnsi" w:eastAsiaTheme="majorEastAsia" w:hAnsiTheme="majorHAnsi" w:cstheme="majorBidi"/>
          <w:sz w:val="24"/>
          <w:szCs w:val="24"/>
        </w:rPr>
        <w:t xml:space="preserve"> generale di base e </w:t>
      </w:r>
      <w:proofErr w:type="spellStart"/>
      <w:r w:rsidR="002141CD">
        <w:rPr>
          <w:rFonts w:asciiTheme="majorHAnsi" w:eastAsiaTheme="majorEastAsia" w:hAnsiTheme="majorHAnsi" w:cstheme="majorBidi"/>
          <w:sz w:val="24"/>
          <w:szCs w:val="24"/>
        </w:rPr>
        <w:t>dei</w:t>
      </w:r>
      <w:proofErr w:type="spellEnd"/>
      <w:r w:rsidR="002141CD">
        <w:rPr>
          <w:rFonts w:asciiTheme="majorHAnsi" w:eastAsiaTheme="majorEastAsia" w:hAnsiTheme="majorHAnsi" w:cstheme="majorBidi"/>
          <w:sz w:val="24"/>
          <w:szCs w:val="24"/>
        </w:rPr>
        <w:t xml:space="preserve"> Servizi di </w:t>
      </w:r>
      <w:r w:rsidR="00466792" w:rsidRPr="002F1A57">
        <w:rPr>
          <w:rFonts w:asciiTheme="majorHAnsi" w:eastAsiaTheme="majorEastAsia" w:hAnsiTheme="majorHAnsi" w:cstheme="majorBidi"/>
          <w:sz w:val="24"/>
          <w:szCs w:val="24"/>
        </w:rPr>
        <w:t xml:space="preserve">un </w:t>
      </w:r>
      <w:proofErr w:type="spellStart"/>
      <w:r w:rsidR="00466792" w:rsidRPr="002F1A57">
        <w:rPr>
          <w:rFonts w:asciiTheme="majorHAnsi" w:eastAsiaTheme="majorEastAsia" w:hAnsiTheme="majorHAnsi" w:cstheme="majorBidi"/>
          <w:sz w:val="24"/>
          <w:szCs w:val="24"/>
        </w:rPr>
        <w:t>ottico</w:t>
      </w:r>
      <w:proofErr w:type="spellEnd"/>
      <w:r w:rsidR="00466792" w:rsidRPr="002F1A57">
        <w:rPr>
          <w:rFonts w:asciiTheme="majorHAnsi" w:eastAsiaTheme="majorEastAsia" w:hAnsiTheme="majorHAnsi" w:cstheme="majorBidi"/>
          <w:sz w:val="24"/>
          <w:szCs w:val="24"/>
        </w:rPr>
        <w:t xml:space="preserve">. </w:t>
      </w:r>
      <w:proofErr w:type="spellStart"/>
      <w:r w:rsidR="00466792" w:rsidRPr="002F1A57">
        <w:rPr>
          <w:rFonts w:asciiTheme="majorHAnsi" w:eastAsiaTheme="majorEastAsia" w:hAnsiTheme="majorHAnsi" w:cstheme="majorBidi"/>
          <w:sz w:val="24"/>
          <w:szCs w:val="24"/>
        </w:rPr>
        <w:t>Attraverso</w:t>
      </w:r>
      <w:proofErr w:type="spellEnd"/>
      <w:r w:rsidR="00466792" w:rsidRPr="002F1A57">
        <w:rPr>
          <w:rFonts w:asciiTheme="majorHAnsi" w:eastAsiaTheme="majorEastAsia" w:hAnsiTheme="majorHAnsi" w:cstheme="majorBidi"/>
          <w:sz w:val="24"/>
          <w:szCs w:val="24"/>
        </w:rPr>
        <w:t xml:space="preserve"> </w:t>
      </w:r>
      <w:proofErr w:type="spellStart"/>
      <w:r w:rsidR="00466792" w:rsidRPr="002F1A57">
        <w:rPr>
          <w:rFonts w:asciiTheme="majorHAnsi" w:eastAsiaTheme="majorEastAsia" w:hAnsiTheme="majorHAnsi" w:cstheme="majorBidi"/>
          <w:sz w:val="24"/>
          <w:szCs w:val="24"/>
        </w:rPr>
        <w:t>una</w:t>
      </w:r>
      <w:proofErr w:type="spellEnd"/>
      <w:r w:rsidR="00466792" w:rsidRPr="002F1A57">
        <w:rPr>
          <w:rFonts w:asciiTheme="majorHAnsi" w:eastAsiaTheme="majorEastAsia" w:hAnsiTheme="majorHAnsi" w:cstheme="majorBidi"/>
          <w:sz w:val="24"/>
          <w:szCs w:val="24"/>
        </w:rPr>
        <w:t xml:space="preserve"> rete di </w:t>
      </w:r>
      <w:proofErr w:type="spellStart"/>
      <w:r w:rsidR="00466792" w:rsidRPr="002F1A57">
        <w:rPr>
          <w:rFonts w:asciiTheme="majorHAnsi" w:eastAsiaTheme="majorEastAsia" w:hAnsiTheme="majorHAnsi" w:cstheme="majorBidi"/>
          <w:sz w:val="24"/>
          <w:szCs w:val="24"/>
        </w:rPr>
        <w:t>medici</w:t>
      </w:r>
      <w:proofErr w:type="spellEnd"/>
      <w:r w:rsidR="00466792" w:rsidRPr="002F1A57">
        <w:rPr>
          <w:rFonts w:asciiTheme="majorHAnsi" w:eastAsiaTheme="majorEastAsia" w:hAnsiTheme="majorHAnsi" w:cstheme="majorBidi"/>
          <w:sz w:val="24"/>
          <w:szCs w:val="24"/>
        </w:rPr>
        <w:t xml:space="preserve"> </w:t>
      </w:r>
      <w:proofErr w:type="spellStart"/>
      <w:r w:rsidR="00466792" w:rsidRPr="002F1A57">
        <w:rPr>
          <w:rFonts w:asciiTheme="majorHAnsi" w:eastAsiaTheme="majorEastAsia" w:hAnsiTheme="majorHAnsi" w:cstheme="majorBidi"/>
          <w:sz w:val="24"/>
          <w:szCs w:val="24"/>
        </w:rPr>
        <w:t>volontari</w:t>
      </w:r>
      <w:proofErr w:type="spellEnd"/>
      <w:r w:rsidR="00466792" w:rsidRPr="002F1A57">
        <w:rPr>
          <w:rFonts w:asciiTheme="majorHAnsi" w:eastAsiaTheme="majorEastAsia" w:hAnsiTheme="majorHAnsi" w:cstheme="majorBidi"/>
          <w:sz w:val="24"/>
          <w:szCs w:val="24"/>
        </w:rPr>
        <w:t xml:space="preserve">, il </w:t>
      </w:r>
      <w:proofErr w:type="spellStart"/>
      <w:r w:rsidR="00466792" w:rsidRPr="002F1A57">
        <w:rPr>
          <w:rFonts w:asciiTheme="majorHAnsi" w:eastAsiaTheme="majorEastAsia" w:hAnsiTheme="majorHAnsi" w:cstheme="majorBidi"/>
          <w:sz w:val="24"/>
          <w:szCs w:val="24"/>
        </w:rPr>
        <w:t>progetto</w:t>
      </w:r>
      <w:proofErr w:type="spellEnd"/>
      <w:r w:rsidR="00466792" w:rsidRPr="002F1A57">
        <w:rPr>
          <w:rFonts w:asciiTheme="majorHAnsi" w:eastAsiaTheme="majorEastAsia" w:hAnsiTheme="majorHAnsi" w:cstheme="majorBidi"/>
          <w:sz w:val="24"/>
          <w:szCs w:val="24"/>
        </w:rPr>
        <w:t xml:space="preserve"> </w:t>
      </w:r>
      <w:proofErr w:type="spellStart"/>
      <w:r w:rsidR="00466792" w:rsidRPr="002F1A57">
        <w:rPr>
          <w:rFonts w:asciiTheme="majorHAnsi" w:eastAsiaTheme="majorEastAsia" w:hAnsiTheme="majorHAnsi" w:cstheme="majorBidi"/>
          <w:sz w:val="24"/>
          <w:szCs w:val="24"/>
        </w:rPr>
        <w:t>vuole</w:t>
      </w:r>
      <w:proofErr w:type="spellEnd"/>
      <w:r w:rsidR="00466792" w:rsidRPr="002F1A57">
        <w:rPr>
          <w:rFonts w:asciiTheme="majorHAnsi" w:eastAsiaTheme="majorEastAsia" w:hAnsiTheme="majorHAnsi" w:cstheme="majorBidi"/>
          <w:sz w:val="24"/>
          <w:szCs w:val="24"/>
        </w:rPr>
        <w:t xml:space="preserve"> </w:t>
      </w:r>
      <w:proofErr w:type="spellStart"/>
      <w:r w:rsidR="00466792" w:rsidRPr="002F1A57">
        <w:rPr>
          <w:rFonts w:asciiTheme="majorHAnsi" w:eastAsiaTheme="majorEastAsia" w:hAnsiTheme="majorHAnsi" w:cstheme="majorBidi"/>
          <w:sz w:val="24"/>
          <w:szCs w:val="24"/>
        </w:rPr>
        <w:t>rispondere</w:t>
      </w:r>
      <w:proofErr w:type="spellEnd"/>
      <w:r w:rsidR="00466792" w:rsidRPr="002F1A57">
        <w:rPr>
          <w:rFonts w:asciiTheme="majorHAnsi" w:eastAsiaTheme="majorEastAsia" w:hAnsiTheme="majorHAnsi" w:cstheme="majorBidi"/>
          <w:sz w:val="24"/>
          <w:szCs w:val="24"/>
        </w:rPr>
        <w:t xml:space="preserve"> alle </w:t>
      </w:r>
      <w:proofErr w:type="spellStart"/>
      <w:r w:rsidR="00466792" w:rsidRPr="002F1A57">
        <w:rPr>
          <w:rFonts w:asciiTheme="majorHAnsi" w:eastAsiaTheme="majorEastAsia" w:hAnsiTheme="majorHAnsi" w:cstheme="majorBidi"/>
          <w:sz w:val="24"/>
          <w:szCs w:val="24"/>
        </w:rPr>
        <w:t>necessità</w:t>
      </w:r>
      <w:proofErr w:type="spellEnd"/>
      <w:r w:rsidR="00466792" w:rsidRPr="002F1A57">
        <w:rPr>
          <w:rFonts w:asciiTheme="majorHAnsi" w:eastAsiaTheme="majorEastAsia" w:hAnsiTheme="majorHAnsi" w:cstheme="majorBidi"/>
          <w:sz w:val="24"/>
          <w:szCs w:val="24"/>
        </w:rPr>
        <w:t xml:space="preserve"> di salute di </w:t>
      </w:r>
      <w:proofErr w:type="spellStart"/>
      <w:r w:rsidR="00466792" w:rsidRPr="002F1A57">
        <w:rPr>
          <w:rFonts w:asciiTheme="majorHAnsi" w:eastAsiaTheme="majorEastAsia" w:hAnsiTheme="majorHAnsi" w:cstheme="majorBidi"/>
          <w:sz w:val="24"/>
          <w:szCs w:val="24"/>
        </w:rPr>
        <w:t>persone</w:t>
      </w:r>
      <w:proofErr w:type="spellEnd"/>
      <w:r w:rsidR="00466792" w:rsidRPr="002F1A57">
        <w:rPr>
          <w:rFonts w:asciiTheme="majorHAnsi" w:eastAsiaTheme="majorEastAsia" w:hAnsiTheme="majorHAnsi" w:cstheme="majorBidi"/>
          <w:sz w:val="24"/>
          <w:szCs w:val="24"/>
        </w:rPr>
        <w:t xml:space="preserve"> </w:t>
      </w:r>
      <w:proofErr w:type="spellStart"/>
      <w:r w:rsidR="00466792" w:rsidRPr="002F1A57">
        <w:rPr>
          <w:rFonts w:asciiTheme="majorHAnsi" w:eastAsiaTheme="majorEastAsia" w:hAnsiTheme="majorHAnsi" w:cstheme="majorBidi"/>
          <w:sz w:val="24"/>
          <w:szCs w:val="24"/>
        </w:rPr>
        <w:t>anziane</w:t>
      </w:r>
      <w:proofErr w:type="spellEnd"/>
      <w:r w:rsidR="00466792" w:rsidRPr="002F1A57">
        <w:rPr>
          <w:rFonts w:asciiTheme="majorHAnsi" w:eastAsiaTheme="majorEastAsia" w:hAnsiTheme="majorHAnsi" w:cstheme="majorBidi"/>
          <w:sz w:val="24"/>
          <w:szCs w:val="24"/>
        </w:rPr>
        <w:t xml:space="preserve">, </w:t>
      </w:r>
      <w:proofErr w:type="spellStart"/>
      <w:r w:rsidR="00466792" w:rsidRPr="002F1A57">
        <w:rPr>
          <w:rFonts w:asciiTheme="majorHAnsi" w:eastAsiaTheme="majorEastAsia" w:hAnsiTheme="majorHAnsi" w:cstheme="majorBidi"/>
          <w:sz w:val="24"/>
          <w:szCs w:val="24"/>
        </w:rPr>
        <w:t>indigenti</w:t>
      </w:r>
      <w:proofErr w:type="spellEnd"/>
      <w:r w:rsidR="00466792" w:rsidRPr="002F1A57">
        <w:rPr>
          <w:rFonts w:asciiTheme="majorHAnsi" w:eastAsiaTheme="majorEastAsia" w:hAnsiTheme="majorHAnsi" w:cstheme="majorBidi"/>
          <w:sz w:val="24"/>
          <w:szCs w:val="24"/>
        </w:rPr>
        <w:t xml:space="preserve">, o con </w:t>
      </w:r>
      <w:proofErr w:type="spellStart"/>
      <w:r w:rsidR="00466792" w:rsidRPr="002F1A57">
        <w:rPr>
          <w:rFonts w:asciiTheme="majorHAnsi" w:eastAsiaTheme="majorEastAsia" w:hAnsiTheme="majorHAnsi" w:cstheme="majorBidi"/>
          <w:sz w:val="24"/>
          <w:szCs w:val="24"/>
        </w:rPr>
        <w:t>difficoltà</w:t>
      </w:r>
      <w:proofErr w:type="spellEnd"/>
      <w:r w:rsidR="00466792" w:rsidRPr="002F1A57">
        <w:rPr>
          <w:rFonts w:asciiTheme="majorHAnsi" w:eastAsiaTheme="majorEastAsia" w:hAnsiTheme="majorHAnsi" w:cstheme="majorBidi"/>
          <w:sz w:val="24"/>
          <w:szCs w:val="24"/>
        </w:rPr>
        <w:t xml:space="preserve"> di accesso ai </w:t>
      </w:r>
      <w:proofErr w:type="spellStart"/>
      <w:r w:rsidR="00466792" w:rsidRPr="002F1A57">
        <w:rPr>
          <w:rFonts w:asciiTheme="majorHAnsi" w:eastAsiaTheme="majorEastAsia" w:hAnsiTheme="majorHAnsi" w:cstheme="majorBidi"/>
          <w:sz w:val="24"/>
          <w:szCs w:val="24"/>
        </w:rPr>
        <w:t>servizi</w:t>
      </w:r>
      <w:proofErr w:type="spellEnd"/>
      <w:r w:rsidR="00466792" w:rsidRPr="002F1A57">
        <w:rPr>
          <w:rFonts w:asciiTheme="majorHAnsi" w:eastAsiaTheme="majorEastAsia" w:hAnsiTheme="majorHAnsi" w:cstheme="majorBidi"/>
          <w:sz w:val="24"/>
          <w:szCs w:val="24"/>
        </w:rPr>
        <w:t xml:space="preserve"> </w:t>
      </w:r>
      <w:proofErr w:type="spellStart"/>
      <w:r w:rsidR="00466792" w:rsidRPr="002F1A57">
        <w:rPr>
          <w:rFonts w:asciiTheme="majorHAnsi" w:eastAsiaTheme="majorEastAsia" w:hAnsiTheme="majorHAnsi" w:cstheme="majorBidi"/>
          <w:sz w:val="24"/>
          <w:szCs w:val="24"/>
        </w:rPr>
        <w:t>sanitari</w:t>
      </w:r>
      <w:proofErr w:type="spellEnd"/>
      <w:r w:rsidR="00466792" w:rsidRPr="002F1A57">
        <w:rPr>
          <w:rFonts w:asciiTheme="majorHAnsi" w:eastAsiaTheme="majorEastAsia" w:hAnsiTheme="majorHAnsi" w:cstheme="majorBidi"/>
          <w:sz w:val="24"/>
          <w:szCs w:val="24"/>
        </w:rPr>
        <w:t xml:space="preserve"> </w:t>
      </w:r>
      <w:proofErr w:type="spellStart"/>
      <w:r w:rsidR="00466792" w:rsidRPr="002F1A57">
        <w:rPr>
          <w:rFonts w:asciiTheme="majorHAnsi" w:eastAsiaTheme="majorEastAsia" w:hAnsiTheme="majorHAnsi" w:cstheme="majorBidi"/>
          <w:sz w:val="24"/>
          <w:szCs w:val="24"/>
        </w:rPr>
        <w:t>pubblici</w:t>
      </w:r>
      <w:proofErr w:type="spellEnd"/>
      <w:r w:rsidR="00466792" w:rsidRPr="002F1A57">
        <w:rPr>
          <w:rFonts w:asciiTheme="majorHAnsi" w:eastAsiaTheme="majorEastAsia" w:hAnsiTheme="majorHAnsi" w:cstheme="majorBidi"/>
          <w:sz w:val="24"/>
          <w:szCs w:val="24"/>
        </w:rPr>
        <w:t xml:space="preserve">. </w:t>
      </w:r>
      <w:r w:rsidR="00466792" w:rsidRPr="002141CD">
        <w:rPr>
          <w:rFonts w:asciiTheme="majorHAnsi" w:eastAsiaTheme="majorEastAsia" w:hAnsiTheme="majorHAnsi" w:cstheme="majorBidi"/>
          <w:b/>
          <w:bCs/>
          <w:sz w:val="24"/>
          <w:szCs w:val="24"/>
        </w:rPr>
        <w:t xml:space="preserve">In </w:t>
      </w:r>
      <w:proofErr w:type="spellStart"/>
      <w:r w:rsidR="00466792" w:rsidRPr="002141CD">
        <w:rPr>
          <w:rFonts w:asciiTheme="majorHAnsi" w:eastAsiaTheme="majorEastAsia" w:hAnsiTheme="majorHAnsi" w:cstheme="majorBidi"/>
          <w:b/>
          <w:bCs/>
          <w:sz w:val="24"/>
          <w:szCs w:val="24"/>
        </w:rPr>
        <w:t>caso</w:t>
      </w:r>
      <w:proofErr w:type="spellEnd"/>
      <w:r w:rsidR="00466792" w:rsidRPr="002141CD">
        <w:rPr>
          <w:rFonts w:asciiTheme="majorHAnsi" w:eastAsiaTheme="majorEastAsia" w:hAnsiTheme="majorHAnsi" w:cstheme="majorBidi"/>
          <w:b/>
          <w:bCs/>
          <w:sz w:val="24"/>
          <w:szCs w:val="24"/>
        </w:rPr>
        <w:t xml:space="preserve"> </w:t>
      </w:r>
      <w:proofErr w:type="spellStart"/>
      <w:r w:rsidR="00466792" w:rsidRPr="002141CD">
        <w:rPr>
          <w:rFonts w:asciiTheme="majorHAnsi" w:eastAsiaTheme="majorEastAsia" w:hAnsiTheme="majorHAnsi" w:cstheme="majorBidi"/>
          <w:b/>
          <w:bCs/>
          <w:sz w:val="24"/>
          <w:szCs w:val="24"/>
        </w:rPr>
        <w:t>si</w:t>
      </w:r>
      <w:proofErr w:type="spellEnd"/>
      <w:r w:rsidR="00466792" w:rsidRPr="002141CD">
        <w:rPr>
          <w:rFonts w:asciiTheme="majorHAnsi" w:eastAsiaTheme="majorEastAsia" w:hAnsiTheme="majorHAnsi" w:cstheme="majorBidi"/>
          <w:b/>
          <w:bCs/>
          <w:sz w:val="24"/>
          <w:szCs w:val="24"/>
        </w:rPr>
        <w:t xml:space="preserve"> </w:t>
      </w:r>
      <w:proofErr w:type="spellStart"/>
      <w:r w:rsidR="00466792" w:rsidRPr="002141CD">
        <w:rPr>
          <w:rFonts w:asciiTheme="majorHAnsi" w:eastAsiaTheme="majorEastAsia" w:hAnsiTheme="majorHAnsi" w:cstheme="majorBidi"/>
          <w:b/>
          <w:bCs/>
          <w:sz w:val="24"/>
          <w:szCs w:val="24"/>
        </w:rPr>
        <w:t>riscontrassero</w:t>
      </w:r>
      <w:proofErr w:type="spellEnd"/>
      <w:r w:rsidR="00466792" w:rsidRPr="002141CD">
        <w:rPr>
          <w:rFonts w:asciiTheme="majorHAnsi" w:eastAsiaTheme="majorEastAsia" w:hAnsiTheme="majorHAnsi" w:cstheme="majorBidi"/>
          <w:b/>
          <w:bCs/>
          <w:sz w:val="24"/>
          <w:szCs w:val="24"/>
        </w:rPr>
        <w:t xml:space="preserve"> </w:t>
      </w:r>
      <w:proofErr w:type="spellStart"/>
      <w:r w:rsidR="00466792" w:rsidRPr="002141CD">
        <w:rPr>
          <w:rFonts w:asciiTheme="majorHAnsi" w:eastAsiaTheme="majorEastAsia" w:hAnsiTheme="majorHAnsi" w:cstheme="majorBidi"/>
          <w:b/>
          <w:bCs/>
          <w:sz w:val="24"/>
          <w:szCs w:val="24"/>
        </w:rPr>
        <w:t>problemi</w:t>
      </w:r>
      <w:proofErr w:type="spellEnd"/>
      <w:r w:rsidR="00466792" w:rsidRPr="002141CD">
        <w:rPr>
          <w:rFonts w:asciiTheme="majorHAnsi" w:eastAsiaTheme="majorEastAsia" w:hAnsiTheme="majorHAnsi" w:cstheme="majorBidi"/>
          <w:b/>
          <w:bCs/>
          <w:sz w:val="24"/>
          <w:szCs w:val="24"/>
        </w:rPr>
        <w:t xml:space="preserve"> o </w:t>
      </w:r>
      <w:proofErr w:type="spellStart"/>
      <w:r w:rsidR="00466792" w:rsidRPr="002141CD">
        <w:rPr>
          <w:rFonts w:asciiTheme="majorHAnsi" w:eastAsiaTheme="majorEastAsia" w:hAnsiTheme="majorHAnsi" w:cstheme="majorBidi"/>
          <w:b/>
          <w:bCs/>
          <w:sz w:val="24"/>
          <w:szCs w:val="24"/>
        </w:rPr>
        <w:t>situazioni</w:t>
      </w:r>
      <w:proofErr w:type="spellEnd"/>
      <w:r w:rsidR="00466792" w:rsidRPr="002141CD">
        <w:rPr>
          <w:rFonts w:asciiTheme="majorHAnsi" w:eastAsiaTheme="majorEastAsia" w:hAnsiTheme="majorHAnsi" w:cstheme="majorBidi"/>
          <w:b/>
          <w:bCs/>
          <w:sz w:val="24"/>
          <w:szCs w:val="24"/>
        </w:rPr>
        <w:t xml:space="preserve"> </w:t>
      </w:r>
      <w:proofErr w:type="spellStart"/>
      <w:r w:rsidR="00466792" w:rsidRPr="002141CD">
        <w:rPr>
          <w:rFonts w:asciiTheme="majorHAnsi" w:eastAsiaTheme="majorEastAsia" w:hAnsiTheme="majorHAnsi" w:cstheme="majorBidi"/>
          <w:b/>
          <w:bCs/>
          <w:sz w:val="24"/>
          <w:szCs w:val="24"/>
        </w:rPr>
        <w:t>che</w:t>
      </w:r>
      <w:proofErr w:type="spellEnd"/>
      <w:r w:rsidR="00466792" w:rsidRPr="002141CD">
        <w:rPr>
          <w:rFonts w:asciiTheme="majorHAnsi" w:eastAsiaTheme="majorEastAsia" w:hAnsiTheme="majorHAnsi" w:cstheme="majorBidi"/>
          <w:b/>
          <w:bCs/>
          <w:sz w:val="24"/>
          <w:szCs w:val="24"/>
        </w:rPr>
        <w:t xml:space="preserve"> </w:t>
      </w:r>
      <w:proofErr w:type="spellStart"/>
      <w:r w:rsidR="00466792" w:rsidRPr="002141CD">
        <w:rPr>
          <w:rFonts w:asciiTheme="majorHAnsi" w:eastAsiaTheme="majorEastAsia" w:hAnsiTheme="majorHAnsi" w:cstheme="majorBidi"/>
          <w:b/>
          <w:bCs/>
          <w:sz w:val="24"/>
          <w:szCs w:val="24"/>
        </w:rPr>
        <w:t>richiedano</w:t>
      </w:r>
      <w:proofErr w:type="spellEnd"/>
      <w:r w:rsidR="00466792" w:rsidRPr="002141CD">
        <w:rPr>
          <w:rFonts w:asciiTheme="majorHAnsi" w:eastAsiaTheme="majorEastAsia" w:hAnsiTheme="majorHAnsi" w:cstheme="majorBidi"/>
          <w:b/>
          <w:bCs/>
          <w:sz w:val="24"/>
          <w:szCs w:val="24"/>
        </w:rPr>
        <w:t xml:space="preserve"> </w:t>
      </w:r>
      <w:proofErr w:type="spellStart"/>
      <w:r w:rsidR="00466792" w:rsidRPr="002141CD">
        <w:rPr>
          <w:rFonts w:asciiTheme="majorHAnsi" w:eastAsiaTheme="majorEastAsia" w:hAnsiTheme="majorHAnsi" w:cstheme="majorBidi"/>
          <w:b/>
          <w:bCs/>
          <w:sz w:val="24"/>
          <w:szCs w:val="24"/>
        </w:rPr>
        <w:t>approfondimenti</w:t>
      </w:r>
      <w:proofErr w:type="spellEnd"/>
      <w:r w:rsidR="00466792" w:rsidRPr="002141CD">
        <w:rPr>
          <w:rFonts w:asciiTheme="majorHAnsi" w:eastAsiaTheme="majorEastAsia" w:hAnsiTheme="majorHAnsi" w:cstheme="majorBidi"/>
          <w:b/>
          <w:bCs/>
          <w:sz w:val="24"/>
          <w:szCs w:val="24"/>
        </w:rPr>
        <w:t xml:space="preserve">, </w:t>
      </w:r>
      <w:proofErr w:type="spellStart"/>
      <w:r w:rsidR="00466792" w:rsidRPr="002141CD">
        <w:rPr>
          <w:rFonts w:asciiTheme="majorHAnsi" w:eastAsiaTheme="majorEastAsia" w:hAnsiTheme="majorHAnsi" w:cstheme="majorBidi"/>
          <w:b/>
          <w:bCs/>
          <w:sz w:val="24"/>
          <w:szCs w:val="24"/>
        </w:rPr>
        <w:t>sarà</w:t>
      </w:r>
      <w:proofErr w:type="spellEnd"/>
      <w:r w:rsidR="00466792" w:rsidRPr="002141CD">
        <w:rPr>
          <w:rFonts w:asciiTheme="majorHAnsi" w:eastAsiaTheme="majorEastAsia" w:hAnsiTheme="majorHAnsi" w:cstheme="majorBidi"/>
          <w:b/>
          <w:bCs/>
          <w:sz w:val="24"/>
          <w:szCs w:val="24"/>
        </w:rPr>
        <w:t xml:space="preserve"> </w:t>
      </w:r>
      <w:proofErr w:type="spellStart"/>
      <w:r w:rsidR="00466792" w:rsidRPr="002141CD">
        <w:rPr>
          <w:rFonts w:asciiTheme="majorHAnsi" w:eastAsiaTheme="majorEastAsia" w:hAnsiTheme="majorHAnsi" w:cstheme="majorBidi"/>
          <w:b/>
          <w:bCs/>
          <w:sz w:val="24"/>
          <w:szCs w:val="24"/>
        </w:rPr>
        <w:t>necessario</w:t>
      </w:r>
      <w:proofErr w:type="spellEnd"/>
      <w:r w:rsidR="00466792" w:rsidRPr="002141CD">
        <w:rPr>
          <w:rFonts w:asciiTheme="majorHAnsi" w:eastAsiaTheme="majorEastAsia" w:hAnsiTheme="majorHAnsi" w:cstheme="majorBidi"/>
          <w:b/>
          <w:bCs/>
          <w:sz w:val="24"/>
          <w:szCs w:val="24"/>
        </w:rPr>
        <w:t xml:space="preserve"> </w:t>
      </w:r>
      <w:proofErr w:type="spellStart"/>
      <w:r w:rsidR="00466792" w:rsidRPr="002141CD">
        <w:rPr>
          <w:rFonts w:asciiTheme="majorHAnsi" w:eastAsiaTheme="majorEastAsia" w:hAnsiTheme="majorHAnsi" w:cstheme="majorBidi"/>
          <w:b/>
          <w:bCs/>
          <w:sz w:val="24"/>
          <w:szCs w:val="24"/>
        </w:rPr>
        <w:t>rivolgersi</w:t>
      </w:r>
      <w:proofErr w:type="spellEnd"/>
      <w:r w:rsidR="00466792" w:rsidRPr="002141CD">
        <w:rPr>
          <w:rFonts w:asciiTheme="majorHAnsi" w:eastAsiaTheme="majorEastAsia" w:hAnsiTheme="majorHAnsi" w:cstheme="majorBidi"/>
          <w:b/>
          <w:bCs/>
          <w:sz w:val="24"/>
          <w:szCs w:val="24"/>
        </w:rPr>
        <w:t xml:space="preserve"> al proprio medico di </w:t>
      </w:r>
      <w:proofErr w:type="spellStart"/>
      <w:r w:rsidR="00466792" w:rsidRPr="002141CD">
        <w:rPr>
          <w:rFonts w:asciiTheme="majorHAnsi" w:eastAsiaTheme="majorEastAsia" w:hAnsiTheme="majorHAnsi" w:cstheme="majorBidi"/>
          <w:b/>
          <w:bCs/>
          <w:sz w:val="24"/>
          <w:szCs w:val="24"/>
        </w:rPr>
        <w:t>famiglia</w:t>
      </w:r>
      <w:proofErr w:type="spellEnd"/>
      <w:r w:rsidR="00466792" w:rsidRPr="002141CD">
        <w:rPr>
          <w:rFonts w:asciiTheme="majorHAnsi" w:eastAsiaTheme="majorEastAsia" w:hAnsiTheme="majorHAnsi" w:cstheme="majorBidi"/>
          <w:b/>
          <w:bCs/>
          <w:sz w:val="24"/>
          <w:szCs w:val="24"/>
        </w:rPr>
        <w:t xml:space="preserve"> o </w:t>
      </w:r>
      <w:proofErr w:type="spellStart"/>
      <w:r w:rsidR="00466792" w:rsidRPr="002141CD">
        <w:rPr>
          <w:rFonts w:asciiTheme="majorHAnsi" w:eastAsiaTheme="majorEastAsia" w:hAnsiTheme="majorHAnsi" w:cstheme="majorBidi"/>
          <w:b/>
          <w:bCs/>
          <w:sz w:val="24"/>
          <w:szCs w:val="24"/>
        </w:rPr>
        <w:t>agli</w:t>
      </w:r>
      <w:proofErr w:type="spellEnd"/>
      <w:r w:rsidR="00466792" w:rsidRPr="002141CD">
        <w:rPr>
          <w:rFonts w:asciiTheme="majorHAnsi" w:eastAsiaTheme="majorEastAsia" w:hAnsiTheme="majorHAnsi" w:cstheme="majorBidi"/>
          <w:b/>
          <w:bCs/>
          <w:sz w:val="24"/>
          <w:szCs w:val="24"/>
        </w:rPr>
        <w:t xml:space="preserve"> </w:t>
      </w:r>
      <w:proofErr w:type="spellStart"/>
      <w:r w:rsidR="00466792" w:rsidRPr="002141CD">
        <w:rPr>
          <w:rFonts w:asciiTheme="majorHAnsi" w:eastAsiaTheme="majorEastAsia" w:hAnsiTheme="majorHAnsi" w:cstheme="majorBidi"/>
          <w:b/>
          <w:bCs/>
          <w:sz w:val="24"/>
          <w:szCs w:val="24"/>
        </w:rPr>
        <w:t>specialisti</w:t>
      </w:r>
      <w:proofErr w:type="spellEnd"/>
      <w:r w:rsidR="00466792" w:rsidRPr="002141CD">
        <w:rPr>
          <w:rFonts w:asciiTheme="majorHAnsi" w:eastAsiaTheme="majorEastAsia" w:hAnsiTheme="majorHAnsi" w:cstheme="majorBidi"/>
          <w:b/>
          <w:bCs/>
          <w:sz w:val="24"/>
          <w:szCs w:val="24"/>
        </w:rPr>
        <w:t xml:space="preserve"> </w:t>
      </w:r>
      <w:proofErr w:type="spellStart"/>
      <w:r w:rsidR="00466792" w:rsidRPr="002141CD">
        <w:rPr>
          <w:rFonts w:asciiTheme="majorHAnsi" w:eastAsiaTheme="majorEastAsia" w:hAnsiTheme="majorHAnsi" w:cstheme="majorBidi"/>
          <w:b/>
          <w:bCs/>
          <w:sz w:val="24"/>
          <w:szCs w:val="24"/>
        </w:rPr>
        <w:t>competenti</w:t>
      </w:r>
      <w:proofErr w:type="spellEnd"/>
      <w:r w:rsidR="00466792" w:rsidRPr="002141CD">
        <w:rPr>
          <w:rFonts w:asciiTheme="majorHAnsi" w:eastAsiaTheme="majorEastAsia" w:hAnsiTheme="majorHAnsi" w:cstheme="majorBidi"/>
          <w:b/>
          <w:bCs/>
          <w:sz w:val="24"/>
          <w:szCs w:val="24"/>
        </w:rPr>
        <w:t>.</w:t>
      </w:r>
    </w:p>
    <w:p w14:paraId="7BF0CE85" w14:textId="77777777" w:rsidR="00512C82" w:rsidRPr="002F1A57" w:rsidRDefault="00512C82" w:rsidP="00466792">
      <w:pPr>
        <w:spacing w:before="100" w:beforeAutospacing="1" w:after="100" w:afterAutospacing="1" w:line="240" w:lineRule="auto"/>
        <w:jc w:val="both"/>
        <w:rPr>
          <w:rFonts w:asciiTheme="majorHAnsi" w:eastAsiaTheme="majorEastAsia" w:hAnsiTheme="majorHAnsi" w:cstheme="majorBidi"/>
          <w:sz w:val="24"/>
          <w:szCs w:val="24"/>
        </w:rPr>
      </w:pPr>
    </w:p>
    <w:p w14:paraId="022DB43D" w14:textId="77777777" w:rsidR="00023209" w:rsidRDefault="00023209" w:rsidP="00023209">
      <w:pPr>
        <w:pStyle w:val="NormaleWeb"/>
        <w:jc w:val="both"/>
        <w:rPr>
          <w:rFonts w:asciiTheme="majorHAnsi" w:eastAsiaTheme="majorEastAsia" w:hAnsiTheme="majorHAnsi" w:cstheme="majorBidi"/>
          <w:lang w:val="en-US" w:eastAsia="en-US"/>
        </w:rPr>
      </w:pPr>
      <w:proofErr w:type="spellStart"/>
      <w:r w:rsidRPr="002F1A57">
        <w:rPr>
          <w:rFonts w:asciiTheme="majorHAnsi" w:eastAsiaTheme="majorEastAsia" w:hAnsiTheme="majorHAnsi" w:cstheme="majorBidi"/>
          <w:b/>
          <w:bCs/>
          <w:lang w:val="en-US" w:eastAsia="en-US"/>
        </w:rPr>
        <w:t>Supporto</w:t>
      </w:r>
      <w:proofErr w:type="spellEnd"/>
      <w:r w:rsidRPr="002F1A57">
        <w:rPr>
          <w:rFonts w:asciiTheme="majorHAnsi" w:eastAsiaTheme="majorEastAsia" w:hAnsiTheme="majorHAnsi" w:cstheme="majorBidi"/>
          <w:b/>
          <w:bCs/>
          <w:lang w:val="en-US" w:eastAsia="en-US"/>
        </w:rPr>
        <w:t xml:space="preserve"> alle </w:t>
      </w:r>
      <w:proofErr w:type="spellStart"/>
      <w:r w:rsidRPr="002F1A57">
        <w:rPr>
          <w:rFonts w:asciiTheme="majorHAnsi" w:eastAsiaTheme="majorEastAsia" w:hAnsiTheme="majorHAnsi" w:cstheme="majorBidi"/>
          <w:b/>
          <w:bCs/>
          <w:lang w:val="en-US" w:eastAsia="en-US"/>
        </w:rPr>
        <w:t>persone</w:t>
      </w:r>
      <w:proofErr w:type="spellEnd"/>
      <w:r w:rsidRPr="002F1A57">
        <w:rPr>
          <w:rFonts w:asciiTheme="majorHAnsi" w:eastAsiaTheme="majorEastAsia" w:hAnsiTheme="majorHAnsi" w:cstheme="majorBidi"/>
          <w:b/>
          <w:bCs/>
          <w:lang w:val="en-US" w:eastAsia="en-US"/>
        </w:rPr>
        <w:t xml:space="preserve"> senza </w:t>
      </w:r>
      <w:proofErr w:type="spellStart"/>
      <w:r w:rsidRPr="002F1A57">
        <w:rPr>
          <w:rFonts w:asciiTheme="majorHAnsi" w:eastAsiaTheme="majorEastAsia" w:hAnsiTheme="majorHAnsi" w:cstheme="majorBidi"/>
          <w:b/>
          <w:bCs/>
          <w:lang w:val="en-US" w:eastAsia="en-US"/>
        </w:rPr>
        <w:t>fissa</w:t>
      </w:r>
      <w:proofErr w:type="spellEnd"/>
      <w:r w:rsidRPr="002F1A57">
        <w:rPr>
          <w:rFonts w:asciiTheme="majorHAnsi" w:eastAsiaTheme="majorEastAsia" w:hAnsiTheme="majorHAnsi" w:cstheme="majorBidi"/>
          <w:b/>
          <w:bCs/>
          <w:lang w:val="en-US" w:eastAsia="en-US"/>
        </w:rPr>
        <w:t xml:space="preserve"> </w:t>
      </w:r>
      <w:proofErr w:type="spellStart"/>
      <w:r w:rsidRPr="002F1A57">
        <w:rPr>
          <w:rFonts w:asciiTheme="majorHAnsi" w:eastAsiaTheme="majorEastAsia" w:hAnsiTheme="majorHAnsi" w:cstheme="majorBidi"/>
          <w:b/>
          <w:bCs/>
          <w:lang w:val="en-US" w:eastAsia="en-US"/>
        </w:rPr>
        <w:t>dimora</w:t>
      </w:r>
      <w:proofErr w:type="spellEnd"/>
      <w:r w:rsidRPr="002F1A57">
        <w:rPr>
          <w:rFonts w:asciiTheme="majorHAnsi" w:eastAsiaTheme="majorEastAsia" w:hAnsiTheme="majorHAnsi" w:cstheme="majorBidi"/>
          <w:b/>
          <w:bCs/>
          <w:lang w:val="en-US" w:eastAsia="en-US"/>
        </w:rPr>
        <w:t>:</w:t>
      </w:r>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si</w:t>
      </w:r>
      <w:proofErr w:type="spellEnd"/>
      <w:r w:rsidRPr="007B473C">
        <w:rPr>
          <w:rFonts w:asciiTheme="majorHAnsi" w:eastAsiaTheme="majorEastAsia" w:hAnsiTheme="majorHAnsi" w:cstheme="majorBidi"/>
          <w:lang w:val="en-US" w:eastAsia="en-US"/>
        </w:rPr>
        <w:t xml:space="preserve"> propone di </w:t>
      </w:r>
      <w:proofErr w:type="spellStart"/>
      <w:r w:rsidRPr="007B473C">
        <w:rPr>
          <w:rFonts w:asciiTheme="majorHAnsi" w:eastAsiaTheme="majorEastAsia" w:hAnsiTheme="majorHAnsi" w:cstheme="majorBidi"/>
          <w:lang w:val="en-US" w:eastAsia="en-US"/>
        </w:rPr>
        <w:t>avviare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iniziative</w:t>
      </w:r>
      <w:proofErr w:type="spellEnd"/>
      <w:r w:rsidRPr="007B473C">
        <w:rPr>
          <w:rFonts w:asciiTheme="majorHAnsi" w:eastAsiaTheme="majorEastAsia" w:hAnsiTheme="majorHAnsi" w:cstheme="majorBidi"/>
          <w:lang w:val="en-US" w:eastAsia="en-US"/>
        </w:rPr>
        <w:t xml:space="preserve"> dedicate al </w:t>
      </w:r>
      <w:proofErr w:type="spellStart"/>
      <w:r w:rsidRPr="007B473C">
        <w:rPr>
          <w:rFonts w:asciiTheme="majorHAnsi" w:eastAsiaTheme="majorEastAsia" w:hAnsiTheme="majorHAnsi" w:cstheme="majorBidi"/>
          <w:lang w:val="en-US" w:eastAsia="en-US"/>
        </w:rPr>
        <w:t>sostegno</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dei</w:t>
      </w:r>
      <w:proofErr w:type="spellEnd"/>
      <w:r w:rsidRPr="007B473C">
        <w:rPr>
          <w:rFonts w:asciiTheme="majorHAnsi" w:eastAsiaTheme="majorEastAsia" w:hAnsiTheme="majorHAnsi" w:cstheme="majorBidi"/>
          <w:lang w:val="en-US" w:eastAsia="en-US"/>
        </w:rPr>
        <w:t xml:space="preserve"> senza </w:t>
      </w:r>
      <w:proofErr w:type="spellStart"/>
      <w:r w:rsidRPr="007B473C">
        <w:rPr>
          <w:rFonts w:asciiTheme="majorHAnsi" w:eastAsiaTheme="majorEastAsia" w:hAnsiTheme="majorHAnsi" w:cstheme="majorBidi"/>
          <w:lang w:val="en-US" w:eastAsia="en-US"/>
        </w:rPr>
        <w:t>tetto</w:t>
      </w:r>
      <w:proofErr w:type="spellEnd"/>
      <w:r w:rsidRPr="007B473C">
        <w:rPr>
          <w:rFonts w:asciiTheme="majorHAnsi" w:eastAsiaTheme="majorEastAsia" w:hAnsiTheme="majorHAnsi" w:cstheme="majorBidi"/>
          <w:lang w:val="en-US" w:eastAsia="en-US"/>
        </w:rPr>
        <w:t xml:space="preserve">, in </w:t>
      </w:r>
      <w:proofErr w:type="spellStart"/>
      <w:r w:rsidRPr="007B473C">
        <w:rPr>
          <w:rFonts w:asciiTheme="majorHAnsi" w:eastAsiaTheme="majorEastAsia" w:hAnsiTheme="majorHAnsi" w:cstheme="majorBidi"/>
          <w:lang w:val="en-US" w:eastAsia="en-US"/>
        </w:rPr>
        <w:t>collaborazione</w:t>
      </w:r>
      <w:proofErr w:type="spellEnd"/>
      <w:r w:rsidRPr="007B473C">
        <w:rPr>
          <w:rFonts w:asciiTheme="majorHAnsi" w:eastAsiaTheme="majorEastAsia" w:hAnsiTheme="majorHAnsi" w:cstheme="majorBidi"/>
          <w:lang w:val="en-US" w:eastAsia="en-US"/>
        </w:rPr>
        <w:t xml:space="preserve"> con </w:t>
      </w:r>
      <w:proofErr w:type="spellStart"/>
      <w:r w:rsidRPr="007B473C">
        <w:rPr>
          <w:rFonts w:asciiTheme="majorHAnsi" w:eastAsiaTheme="majorEastAsia" w:hAnsiTheme="majorHAnsi" w:cstheme="majorBidi"/>
          <w:lang w:val="en-US" w:eastAsia="en-US"/>
        </w:rPr>
        <w:t>associazioni</w:t>
      </w:r>
      <w:proofErr w:type="spellEnd"/>
      <w:r w:rsidRPr="007B473C">
        <w:rPr>
          <w:rFonts w:asciiTheme="majorHAnsi" w:eastAsiaTheme="majorEastAsia" w:hAnsiTheme="majorHAnsi" w:cstheme="majorBidi"/>
          <w:lang w:val="en-US" w:eastAsia="en-US"/>
        </w:rPr>
        <w:t xml:space="preserve"> ed </w:t>
      </w:r>
      <w:proofErr w:type="spellStart"/>
      <w:r w:rsidRPr="007B473C">
        <w:rPr>
          <w:rFonts w:asciiTheme="majorHAnsi" w:eastAsiaTheme="majorEastAsia" w:hAnsiTheme="majorHAnsi" w:cstheme="majorBidi"/>
          <w:lang w:val="en-US" w:eastAsia="en-US"/>
        </w:rPr>
        <w:t>enti</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già</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attivi</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sul</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territorio</w:t>
      </w:r>
      <w:proofErr w:type="spellEnd"/>
      <w:r w:rsidRPr="007B473C">
        <w:rPr>
          <w:rFonts w:asciiTheme="majorHAnsi" w:eastAsiaTheme="majorEastAsia" w:hAnsiTheme="majorHAnsi" w:cstheme="majorBidi"/>
          <w:lang w:val="en-US" w:eastAsia="en-US"/>
        </w:rPr>
        <w:t xml:space="preserve">. Le </w:t>
      </w:r>
      <w:proofErr w:type="spellStart"/>
      <w:r w:rsidRPr="007B473C">
        <w:rPr>
          <w:rFonts w:asciiTheme="majorHAnsi" w:eastAsiaTheme="majorEastAsia" w:hAnsiTheme="majorHAnsi" w:cstheme="majorBidi"/>
          <w:lang w:val="en-US" w:eastAsia="en-US"/>
        </w:rPr>
        <w:t>attività</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comprenderanno</w:t>
      </w:r>
      <w:proofErr w:type="spellEnd"/>
      <w:r w:rsidRPr="007B473C">
        <w:rPr>
          <w:rFonts w:asciiTheme="majorHAnsi" w:eastAsiaTheme="majorEastAsia" w:hAnsiTheme="majorHAnsi" w:cstheme="majorBidi"/>
          <w:lang w:val="en-US" w:eastAsia="en-US"/>
        </w:rPr>
        <w:t xml:space="preserve"> la </w:t>
      </w:r>
      <w:proofErr w:type="spellStart"/>
      <w:r w:rsidRPr="007B473C">
        <w:rPr>
          <w:rFonts w:asciiTheme="majorHAnsi" w:eastAsiaTheme="majorEastAsia" w:hAnsiTheme="majorHAnsi" w:cstheme="majorBidi"/>
          <w:lang w:val="en-US" w:eastAsia="en-US"/>
        </w:rPr>
        <w:t>distribuzione</w:t>
      </w:r>
      <w:proofErr w:type="spellEnd"/>
      <w:r w:rsidRPr="007B473C">
        <w:rPr>
          <w:rFonts w:asciiTheme="majorHAnsi" w:eastAsiaTheme="majorEastAsia" w:hAnsiTheme="majorHAnsi" w:cstheme="majorBidi"/>
          <w:lang w:val="en-US" w:eastAsia="en-US"/>
        </w:rPr>
        <w:t xml:space="preserve"> di </w:t>
      </w:r>
      <w:proofErr w:type="spellStart"/>
      <w:r w:rsidRPr="007B473C">
        <w:rPr>
          <w:rFonts w:asciiTheme="majorHAnsi" w:eastAsiaTheme="majorEastAsia" w:hAnsiTheme="majorHAnsi" w:cstheme="majorBidi"/>
          <w:lang w:val="en-US" w:eastAsia="en-US"/>
        </w:rPr>
        <w:t>pasti</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possibilmente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caldi</w:t>
      </w:r>
      <w:proofErr w:type="spellEnd"/>
      <w:r w:rsidRPr="007B473C">
        <w:rPr>
          <w:rFonts w:asciiTheme="majorHAnsi" w:eastAsiaTheme="majorEastAsia" w:hAnsiTheme="majorHAnsi" w:cstheme="majorBidi"/>
          <w:lang w:val="en-US" w:eastAsia="en-US"/>
        </w:rPr>
        <w:t xml:space="preserve">, e la </w:t>
      </w:r>
      <w:proofErr w:type="spellStart"/>
      <w:r w:rsidRPr="007B473C">
        <w:rPr>
          <w:rFonts w:asciiTheme="majorHAnsi" w:eastAsiaTheme="majorEastAsia" w:hAnsiTheme="majorHAnsi" w:cstheme="majorBidi"/>
          <w:lang w:val="en-US" w:eastAsia="en-US"/>
        </w:rPr>
        <w:t>consegna</w:t>
      </w:r>
      <w:proofErr w:type="spellEnd"/>
      <w:r w:rsidRPr="007B473C">
        <w:rPr>
          <w:rFonts w:asciiTheme="majorHAnsi" w:eastAsiaTheme="majorEastAsia" w:hAnsiTheme="majorHAnsi" w:cstheme="majorBidi"/>
          <w:lang w:val="en-US" w:eastAsia="en-US"/>
        </w:rPr>
        <w:t xml:space="preserve"> di </w:t>
      </w:r>
      <w:proofErr w:type="spellStart"/>
      <w:r w:rsidRPr="007B473C">
        <w:rPr>
          <w:rFonts w:asciiTheme="majorHAnsi" w:eastAsiaTheme="majorEastAsia" w:hAnsiTheme="majorHAnsi" w:cstheme="majorBidi"/>
          <w:lang w:val="en-US" w:eastAsia="en-US"/>
        </w:rPr>
        <w:t>beni</w:t>
      </w:r>
      <w:proofErr w:type="spellEnd"/>
      <w:r w:rsidRPr="007B473C">
        <w:rPr>
          <w:rFonts w:asciiTheme="majorHAnsi" w:eastAsiaTheme="majorEastAsia" w:hAnsiTheme="majorHAnsi" w:cstheme="majorBidi"/>
          <w:lang w:val="en-US" w:eastAsia="en-US"/>
        </w:rPr>
        <w:t xml:space="preserve"> di prima </w:t>
      </w:r>
      <w:proofErr w:type="spellStart"/>
      <w:r w:rsidRPr="007B473C">
        <w:rPr>
          <w:rFonts w:asciiTheme="majorHAnsi" w:eastAsiaTheme="majorEastAsia" w:hAnsiTheme="majorHAnsi" w:cstheme="majorBidi"/>
          <w:lang w:val="en-US" w:eastAsia="en-US"/>
        </w:rPr>
        <w:t>necessità</w:t>
      </w:r>
      <w:proofErr w:type="spellEnd"/>
      <w:r w:rsidRPr="007B473C">
        <w:rPr>
          <w:rFonts w:asciiTheme="majorHAnsi" w:eastAsiaTheme="majorEastAsia" w:hAnsiTheme="majorHAnsi" w:cstheme="majorBidi"/>
          <w:lang w:val="en-US" w:eastAsia="en-US"/>
        </w:rPr>
        <w:t xml:space="preserve"> come </w:t>
      </w:r>
      <w:proofErr w:type="spellStart"/>
      <w:r w:rsidRPr="007B473C">
        <w:rPr>
          <w:rFonts w:asciiTheme="majorHAnsi" w:eastAsiaTheme="majorEastAsia" w:hAnsiTheme="majorHAnsi" w:cstheme="majorBidi"/>
          <w:lang w:val="en-US" w:eastAsia="en-US"/>
        </w:rPr>
        <w:t>sacchi</w:t>
      </w:r>
      <w:proofErr w:type="spellEnd"/>
      <w:r w:rsidRPr="007B473C">
        <w:rPr>
          <w:rFonts w:asciiTheme="majorHAnsi" w:eastAsiaTheme="majorEastAsia" w:hAnsiTheme="majorHAnsi" w:cstheme="majorBidi"/>
          <w:lang w:val="en-US" w:eastAsia="en-US"/>
        </w:rPr>
        <w:t xml:space="preserve"> a </w:t>
      </w:r>
      <w:proofErr w:type="spellStart"/>
      <w:r w:rsidRPr="007B473C">
        <w:rPr>
          <w:rFonts w:asciiTheme="majorHAnsi" w:eastAsiaTheme="majorEastAsia" w:hAnsiTheme="majorHAnsi" w:cstheme="majorBidi"/>
          <w:lang w:val="en-US" w:eastAsia="en-US"/>
        </w:rPr>
        <w:t>pelo</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indumenti</w:t>
      </w:r>
      <w:proofErr w:type="spellEnd"/>
      <w:r w:rsidRPr="007B473C">
        <w:rPr>
          <w:rFonts w:asciiTheme="majorHAnsi" w:eastAsiaTheme="majorEastAsia" w:hAnsiTheme="majorHAnsi" w:cstheme="majorBidi"/>
          <w:lang w:val="en-US" w:eastAsia="en-US"/>
        </w:rPr>
        <w:t xml:space="preserve"> e kit </w:t>
      </w:r>
      <w:proofErr w:type="spellStart"/>
      <w:r w:rsidRPr="007B473C">
        <w:rPr>
          <w:rFonts w:asciiTheme="majorHAnsi" w:eastAsiaTheme="majorEastAsia" w:hAnsiTheme="majorHAnsi" w:cstheme="majorBidi"/>
          <w:lang w:val="en-US" w:eastAsia="en-US"/>
        </w:rPr>
        <w:t>igienico-sanitari</w:t>
      </w:r>
      <w:proofErr w:type="spellEnd"/>
      <w:r w:rsidRPr="007B473C">
        <w:rPr>
          <w:rFonts w:asciiTheme="majorHAnsi" w:eastAsiaTheme="majorEastAsia" w:hAnsiTheme="majorHAnsi" w:cstheme="majorBidi"/>
          <w:lang w:val="en-US" w:eastAsia="en-US"/>
        </w:rPr>
        <w:t xml:space="preserve">. La </w:t>
      </w:r>
      <w:proofErr w:type="spellStart"/>
      <w:r w:rsidRPr="007B473C">
        <w:rPr>
          <w:rFonts w:asciiTheme="majorHAnsi" w:eastAsiaTheme="majorEastAsia" w:hAnsiTheme="majorHAnsi" w:cstheme="majorBidi"/>
          <w:lang w:val="en-US" w:eastAsia="en-US"/>
        </w:rPr>
        <w:t>distribuzione</w:t>
      </w:r>
      <w:proofErr w:type="spellEnd"/>
      <w:r w:rsidRPr="007B473C">
        <w:rPr>
          <w:rFonts w:asciiTheme="majorHAnsi" w:eastAsiaTheme="majorEastAsia" w:hAnsiTheme="majorHAnsi" w:cstheme="majorBidi"/>
          <w:lang w:val="en-US" w:eastAsia="en-US"/>
        </w:rPr>
        <w:t xml:space="preserve"> di </w:t>
      </w:r>
      <w:proofErr w:type="spellStart"/>
      <w:r w:rsidRPr="007B473C">
        <w:rPr>
          <w:rFonts w:asciiTheme="majorHAnsi" w:eastAsiaTheme="majorEastAsia" w:hAnsiTheme="majorHAnsi" w:cstheme="majorBidi"/>
          <w:lang w:val="en-US" w:eastAsia="en-US"/>
        </w:rPr>
        <w:t>alimenti</w:t>
      </w:r>
      <w:proofErr w:type="spellEnd"/>
      <w:r w:rsidRPr="007B473C">
        <w:rPr>
          <w:rFonts w:asciiTheme="majorHAnsi" w:eastAsiaTheme="majorEastAsia" w:hAnsiTheme="majorHAnsi" w:cstheme="majorBidi"/>
          <w:lang w:val="en-US" w:eastAsia="en-US"/>
        </w:rPr>
        <w:t xml:space="preserve"> e </w:t>
      </w:r>
      <w:proofErr w:type="spellStart"/>
      <w:r w:rsidRPr="007B473C">
        <w:rPr>
          <w:rFonts w:asciiTheme="majorHAnsi" w:eastAsiaTheme="majorEastAsia" w:hAnsiTheme="majorHAnsi" w:cstheme="majorBidi"/>
          <w:lang w:val="en-US" w:eastAsia="en-US"/>
        </w:rPr>
        <w:t>generi</w:t>
      </w:r>
      <w:proofErr w:type="spellEnd"/>
      <w:r w:rsidRPr="007B473C">
        <w:rPr>
          <w:rFonts w:asciiTheme="majorHAnsi" w:eastAsiaTheme="majorEastAsia" w:hAnsiTheme="majorHAnsi" w:cstheme="majorBidi"/>
          <w:lang w:val="en-US" w:eastAsia="en-US"/>
        </w:rPr>
        <w:t xml:space="preserve"> di </w:t>
      </w:r>
      <w:proofErr w:type="spellStart"/>
      <w:r w:rsidRPr="007B473C">
        <w:rPr>
          <w:rFonts w:asciiTheme="majorHAnsi" w:eastAsiaTheme="majorEastAsia" w:hAnsiTheme="majorHAnsi" w:cstheme="majorBidi"/>
          <w:lang w:val="en-US" w:eastAsia="en-US"/>
        </w:rPr>
        <w:t>conforto</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deve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essere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parte</w:t>
      </w:r>
      <w:proofErr w:type="spellEnd"/>
      <w:r w:rsidRPr="007B473C">
        <w:rPr>
          <w:rFonts w:asciiTheme="majorHAnsi" w:eastAsiaTheme="majorEastAsia" w:hAnsiTheme="majorHAnsi" w:cstheme="majorBidi"/>
          <w:lang w:val="en-US" w:eastAsia="en-US"/>
        </w:rPr>
        <w:t xml:space="preserve"> di un </w:t>
      </w:r>
      <w:proofErr w:type="spellStart"/>
      <w:r w:rsidRPr="007B473C">
        <w:rPr>
          <w:rFonts w:asciiTheme="majorHAnsi" w:eastAsiaTheme="majorEastAsia" w:hAnsiTheme="majorHAnsi" w:cstheme="majorBidi"/>
          <w:lang w:val="en-US" w:eastAsia="en-US"/>
        </w:rPr>
        <w:t>aiuto</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che</w:t>
      </w:r>
      <w:proofErr w:type="spellEnd"/>
      <w:r w:rsidRPr="007B473C">
        <w:rPr>
          <w:rFonts w:asciiTheme="majorHAnsi" w:eastAsiaTheme="majorEastAsia" w:hAnsiTheme="majorHAnsi" w:cstheme="majorBidi"/>
          <w:lang w:val="en-US" w:eastAsia="en-US"/>
        </w:rPr>
        <w:t xml:space="preserve"> non </w:t>
      </w:r>
      <w:proofErr w:type="spellStart"/>
      <w:r w:rsidRPr="007B473C">
        <w:rPr>
          <w:rFonts w:asciiTheme="majorHAnsi" w:eastAsiaTheme="majorEastAsia" w:hAnsiTheme="majorHAnsi" w:cstheme="majorBidi"/>
          <w:lang w:val="en-US" w:eastAsia="en-US"/>
        </w:rPr>
        <w:t>sia</w:t>
      </w:r>
      <w:proofErr w:type="spellEnd"/>
      <w:r w:rsidRPr="007B473C">
        <w:rPr>
          <w:rFonts w:asciiTheme="majorHAnsi" w:eastAsiaTheme="majorEastAsia" w:hAnsiTheme="majorHAnsi" w:cstheme="majorBidi"/>
          <w:lang w:val="en-US" w:eastAsia="en-US"/>
        </w:rPr>
        <w:t xml:space="preserve"> solo </w:t>
      </w:r>
      <w:proofErr w:type="spellStart"/>
      <w:r w:rsidRPr="007B473C">
        <w:rPr>
          <w:rFonts w:asciiTheme="majorHAnsi" w:eastAsiaTheme="majorEastAsia" w:hAnsiTheme="majorHAnsi" w:cstheme="majorBidi"/>
          <w:lang w:val="en-US" w:eastAsia="en-US"/>
        </w:rPr>
        <w:t>materiale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si</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cercherà</w:t>
      </w:r>
      <w:proofErr w:type="spellEnd"/>
      <w:r w:rsidRPr="007B473C">
        <w:rPr>
          <w:rFonts w:asciiTheme="majorHAnsi" w:eastAsiaTheme="majorEastAsia" w:hAnsiTheme="majorHAnsi" w:cstheme="majorBidi"/>
          <w:lang w:val="en-US" w:eastAsia="en-US"/>
        </w:rPr>
        <w:t xml:space="preserve"> di </w:t>
      </w:r>
      <w:proofErr w:type="spellStart"/>
      <w:r w:rsidRPr="007B473C">
        <w:rPr>
          <w:rFonts w:asciiTheme="majorHAnsi" w:eastAsiaTheme="majorEastAsia" w:hAnsiTheme="majorHAnsi" w:cstheme="majorBidi"/>
          <w:lang w:val="en-US" w:eastAsia="en-US"/>
        </w:rPr>
        <w:t>creare</w:t>
      </w:r>
      <w:proofErr w:type="spellEnd"/>
      <w:r w:rsidRPr="007B473C">
        <w:rPr>
          <w:rFonts w:asciiTheme="majorHAnsi" w:eastAsiaTheme="majorEastAsia" w:hAnsiTheme="majorHAnsi" w:cstheme="majorBidi"/>
          <w:lang w:val="en-US" w:eastAsia="en-US"/>
        </w:rPr>
        <w:t xml:space="preserve"> un punto di </w:t>
      </w:r>
      <w:proofErr w:type="spellStart"/>
      <w:r w:rsidRPr="007B473C">
        <w:rPr>
          <w:rFonts w:asciiTheme="majorHAnsi" w:eastAsiaTheme="majorEastAsia" w:hAnsiTheme="majorHAnsi" w:cstheme="majorBidi"/>
          <w:lang w:val="en-US" w:eastAsia="en-US"/>
        </w:rPr>
        <w:t>contatto</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amichevole</w:t>
      </w:r>
      <w:proofErr w:type="spellEnd"/>
      <w:r w:rsidRPr="007B473C">
        <w:rPr>
          <w:rFonts w:asciiTheme="majorHAnsi" w:eastAsiaTheme="majorEastAsia" w:hAnsiTheme="majorHAnsi" w:cstheme="majorBidi"/>
          <w:lang w:val="en-US" w:eastAsia="en-US"/>
        </w:rPr>
        <w:t xml:space="preserve"> e </w:t>
      </w:r>
      <w:proofErr w:type="spellStart"/>
      <w:r w:rsidRPr="007B473C">
        <w:rPr>
          <w:rFonts w:asciiTheme="majorHAnsi" w:eastAsiaTheme="majorEastAsia" w:hAnsiTheme="majorHAnsi" w:cstheme="majorBidi"/>
          <w:lang w:val="en-US" w:eastAsia="en-US"/>
        </w:rPr>
        <w:t>umano</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promuovendo</w:t>
      </w:r>
      <w:proofErr w:type="spellEnd"/>
      <w:r w:rsidRPr="007B473C">
        <w:rPr>
          <w:rFonts w:asciiTheme="majorHAnsi" w:eastAsiaTheme="majorEastAsia" w:hAnsiTheme="majorHAnsi" w:cstheme="majorBidi"/>
          <w:lang w:val="en-US" w:eastAsia="en-US"/>
        </w:rPr>
        <w:t xml:space="preserve"> il rispetto e la </w:t>
      </w:r>
      <w:proofErr w:type="spellStart"/>
      <w:r w:rsidRPr="007B473C">
        <w:rPr>
          <w:rFonts w:asciiTheme="majorHAnsi" w:eastAsiaTheme="majorEastAsia" w:hAnsiTheme="majorHAnsi" w:cstheme="majorBidi"/>
          <w:lang w:val="en-US" w:eastAsia="en-US"/>
        </w:rPr>
        <w:t>dignità</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della</w:t>
      </w:r>
      <w:proofErr w:type="spellEnd"/>
      <w:r w:rsidRPr="007B473C">
        <w:rPr>
          <w:rFonts w:asciiTheme="majorHAnsi" w:eastAsiaTheme="majorEastAsia" w:hAnsiTheme="majorHAnsi" w:cstheme="majorBidi"/>
          <w:lang w:val="en-US" w:eastAsia="en-US"/>
        </w:rPr>
        <w:t xml:space="preserve"> persona. Durante </w:t>
      </w:r>
      <w:proofErr w:type="spellStart"/>
      <w:r w:rsidRPr="007B473C">
        <w:rPr>
          <w:rFonts w:asciiTheme="majorHAnsi" w:eastAsiaTheme="majorEastAsia" w:hAnsiTheme="majorHAnsi" w:cstheme="majorBidi"/>
          <w:lang w:val="en-US" w:eastAsia="en-US"/>
        </w:rPr>
        <w:t>i</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mesi</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invernali</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sarà</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importante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attivarsi</w:t>
      </w:r>
      <w:proofErr w:type="spellEnd"/>
      <w:r w:rsidRPr="007B473C">
        <w:rPr>
          <w:rFonts w:asciiTheme="majorHAnsi" w:eastAsiaTheme="majorEastAsia" w:hAnsiTheme="majorHAnsi" w:cstheme="majorBidi"/>
          <w:lang w:val="en-US" w:eastAsia="en-US"/>
        </w:rPr>
        <w:t xml:space="preserve"> per </w:t>
      </w:r>
      <w:proofErr w:type="spellStart"/>
      <w:r w:rsidRPr="007B473C">
        <w:rPr>
          <w:rFonts w:asciiTheme="majorHAnsi" w:eastAsiaTheme="majorEastAsia" w:hAnsiTheme="majorHAnsi" w:cstheme="majorBidi"/>
          <w:lang w:val="en-US" w:eastAsia="en-US"/>
        </w:rPr>
        <w:t>offrire</w:t>
      </w:r>
      <w:proofErr w:type="spellEnd"/>
      <w:r w:rsidRPr="007B473C">
        <w:rPr>
          <w:rFonts w:asciiTheme="majorHAnsi" w:eastAsiaTheme="majorEastAsia" w:hAnsiTheme="majorHAnsi" w:cstheme="majorBidi"/>
          <w:lang w:val="en-US" w:eastAsia="en-US"/>
        </w:rPr>
        <w:t xml:space="preserve"> un piccolo </w:t>
      </w:r>
      <w:proofErr w:type="spellStart"/>
      <w:r w:rsidRPr="007B473C">
        <w:rPr>
          <w:rFonts w:asciiTheme="majorHAnsi" w:eastAsiaTheme="majorEastAsia" w:hAnsiTheme="majorHAnsi" w:cstheme="majorBidi"/>
          <w:lang w:val="en-US" w:eastAsia="en-US"/>
        </w:rPr>
        <w:t>rifugio</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temporaneo</w:t>
      </w:r>
      <w:proofErr w:type="spellEnd"/>
      <w:r w:rsidRPr="007B473C">
        <w:rPr>
          <w:rFonts w:asciiTheme="majorHAnsi" w:eastAsiaTheme="majorEastAsia" w:hAnsiTheme="majorHAnsi" w:cstheme="majorBidi"/>
          <w:lang w:val="en-US" w:eastAsia="en-US"/>
        </w:rPr>
        <w:t xml:space="preserve">, dove </w:t>
      </w:r>
      <w:proofErr w:type="spellStart"/>
      <w:r w:rsidRPr="007B473C">
        <w:rPr>
          <w:rFonts w:asciiTheme="majorHAnsi" w:eastAsiaTheme="majorEastAsia" w:hAnsiTheme="majorHAnsi" w:cstheme="majorBidi"/>
          <w:lang w:val="en-US" w:eastAsia="en-US"/>
        </w:rPr>
        <w:t>i</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senzatetto</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possano</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trovare</w:t>
      </w:r>
      <w:proofErr w:type="spellEnd"/>
      <w:r w:rsidRPr="007B473C">
        <w:rPr>
          <w:rFonts w:asciiTheme="majorHAnsi" w:eastAsiaTheme="majorEastAsia" w:hAnsiTheme="majorHAnsi" w:cstheme="majorBidi"/>
          <w:lang w:val="en-US" w:eastAsia="en-US"/>
        </w:rPr>
        <w:t xml:space="preserve"> </w:t>
      </w:r>
      <w:proofErr w:type="spellStart"/>
      <w:r w:rsidRPr="007B473C">
        <w:rPr>
          <w:rFonts w:asciiTheme="majorHAnsi" w:eastAsiaTheme="majorEastAsia" w:hAnsiTheme="majorHAnsi" w:cstheme="majorBidi"/>
          <w:lang w:val="en-US" w:eastAsia="en-US"/>
        </w:rPr>
        <w:t>riparo</w:t>
      </w:r>
      <w:proofErr w:type="spellEnd"/>
      <w:r w:rsidRPr="007B473C">
        <w:rPr>
          <w:rFonts w:asciiTheme="majorHAnsi" w:eastAsiaTheme="majorEastAsia" w:hAnsiTheme="majorHAnsi" w:cstheme="majorBidi"/>
          <w:lang w:val="en-US" w:eastAsia="en-US"/>
        </w:rPr>
        <w:t xml:space="preserve"> dal freddo, </w:t>
      </w:r>
      <w:proofErr w:type="spellStart"/>
      <w:r w:rsidRPr="007B473C">
        <w:rPr>
          <w:rFonts w:asciiTheme="majorHAnsi" w:eastAsiaTheme="majorEastAsia" w:hAnsiTheme="majorHAnsi" w:cstheme="majorBidi"/>
          <w:lang w:val="en-US" w:eastAsia="en-US"/>
        </w:rPr>
        <w:t>ristoro</w:t>
      </w:r>
      <w:proofErr w:type="spellEnd"/>
      <w:r w:rsidRPr="007B473C">
        <w:rPr>
          <w:rFonts w:asciiTheme="majorHAnsi" w:eastAsiaTheme="majorEastAsia" w:hAnsiTheme="majorHAnsi" w:cstheme="majorBidi"/>
          <w:lang w:val="en-US" w:eastAsia="en-US"/>
        </w:rPr>
        <w:t xml:space="preserve"> e </w:t>
      </w:r>
      <w:proofErr w:type="spellStart"/>
      <w:r w:rsidRPr="007B473C">
        <w:rPr>
          <w:rFonts w:asciiTheme="majorHAnsi" w:eastAsiaTheme="majorEastAsia" w:hAnsiTheme="majorHAnsi" w:cstheme="majorBidi"/>
          <w:lang w:val="en-US" w:eastAsia="en-US"/>
        </w:rPr>
        <w:t>accoglienza</w:t>
      </w:r>
      <w:proofErr w:type="spellEnd"/>
      <w:r w:rsidRPr="007B473C">
        <w:rPr>
          <w:rFonts w:asciiTheme="majorHAnsi" w:eastAsiaTheme="majorEastAsia" w:hAnsiTheme="majorHAnsi" w:cstheme="majorBidi"/>
          <w:lang w:val="en-US" w:eastAsia="en-US"/>
        </w:rPr>
        <w:t>.</w:t>
      </w:r>
    </w:p>
    <w:p w14:paraId="29AD7762" w14:textId="77777777" w:rsidR="001E70EC" w:rsidRDefault="001E70EC" w:rsidP="00023209">
      <w:pPr>
        <w:pStyle w:val="NormaleWeb"/>
        <w:jc w:val="both"/>
        <w:rPr>
          <w:rFonts w:asciiTheme="majorHAnsi" w:eastAsiaTheme="majorEastAsia" w:hAnsiTheme="majorHAnsi" w:cstheme="majorBidi"/>
          <w:lang w:val="en-US" w:eastAsia="en-US"/>
        </w:rPr>
      </w:pPr>
    </w:p>
    <w:p w14:paraId="2E682B74" w14:textId="5F2B98ED" w:rsidR="0077424C" w:rsidRPr="002F1A57" w:rsidRDefault="0077424C" w:rsidP="0077424C">
      <w:pPr>
        <w:spacing w:after="0" w:line="240" w:lineRule="auto"/>
        <w:rPr>
          <w:rFonts w:asciiTheme="majorHAnsi" w:eastAsiaTheme="majorEastAsia" w:hAnsiTheme="majorHAnsi" w:cstheme="majorBidi"/>
          <w:sz w:val="24"/>
          <w:szCs w:val="24"/>
        </w:rPr>
      </w:pPr>
      <w:r w:rsidRPr="002F1A57">
        <w:rPr>
          <w:rFonts w:asciiTheme="majorHAnsi" w:eastAsiaTheme="majorEastAsia" w:hAnsiTheme="majorHAnsi" w:cstheme="majorBidi"/>
          <w:b/>
          <w:bCs/>
          <w:sz w:val="24"/>
          <w:szCs w:val="24"/>
        </w:rPr>
        <w:lastRenderedPageBreak/>
        <w:t xml:space="preserve">Progetto </w:t>
      </w:r>
      <w:proofErr w:type="spellStart"/>
      <w:r w:rsidRPr="002F1A57">
        <w:rPr>
          <w:rFonts w:asciiTheme="majorHAnsi" w:eastAsiaTheme="majorEastAsia" w:hAnsiTheme="majorHAnsi" w:cstheme="majorBidi"/>
          <w:b/>
          <w:bCs/>
          <w:sz w:val="24"/>
          <w:szCs w:val="24"/>
        </w:rPr>
        <w:t>scuola</w:t>
      </w:r>
      <w:proofErr w:type="spellEnd"/>
      <w:r w:rsidR="00586590" w:rsidRPr="002F1A57">
        <w:rPr>
          <w:rFonts w:asciiTheme="majorHAnsi" w:eastAsiaTheme="majorEastAsia" w:hAnsiTheme="majorHAnsi" w:cstheme="majorBidi"/>
          <w:b/>
          <w:bCs/>
          <w:sz w:val="24"/>
          <w:szCs w:val="24"/>
        </w:rPr>
        <w:t>:</w:t>
      </w:r>
      <w:r w:rsidR="00586590" w:rsidRPr="002F1A57">
        <w:rPr>
          <w:rFonts w:asciiTheme="majorHAnsi" w:eastAsiaTheme="majorEastAsia" w:hAnsiTheme="majorHAnsi" w:cstheme="majorBidi"/>
          <w:sz w:val="24"/>
          <w:szCs w:val="24"/>
        </w:rPr>
        <w:t xml:space="preserve"> </w:t>
      </w:r>
      <w:r w:rsidR="002202D9">
        <w:rPr>
          <w:rFonts w:asciiTheme="majorHAnsi" w:eastAsiaTheme="majorEastAsia" w:hAnsiTheme="majorHAnsi" w:cstheme="majorBidi"/>
          <w:b/>
          <w:bCs/>
          <w:sz w:val="24"/>
          <w:szCs w:val="24"/>
        </w:rPr>
        <w:t>“</w:t>
      </w:r>
      <w:proofErr w:type="spellStart"/>
      <w:r w:rsidR="002202D9">
        <w:rPr>
          <w:rFonts w:asciiTheme="majorHAnsi" w:eastAsiaTheme="majorEastAsia" w:hAnsiTheme="majorHAnsi" w:cstheme="majorBidi"/>
          <w:b/>
          <w:bCs/>
          <w:sz w:val="24"/>
          <w:szCs w:val="24"/>
        </w:rPr>
        <w:t>Coloriamo</w:t>
      </w:r>
      <w:proofErr w:type="spellEnd"/>
      <w:r w:rsidR="002202D9">
        <w:rPr>
          <w:rFonts w:asciiTheme="majorHAnsi" w:eastAsiaTheme="majorEastAsia" w:hAnsiTheme="majorHAnsi" w:cstheme="majorBidi"/>
          <w:b/>
          <w:bCs/>
          <w:sz w:val="24"/>
          <w:szCs w:val="24"/>
        </w:rPr>
        <w:t xml:space="preserve"> la </w:t>
      </w:r>
      <w:proofErr w:type="spellStart"/>
      <w:r w:rsidR="002202D9">
        <w:rPr>
          <w:rFonts w:asciiTheme="majorHAnsi" w:eastAsiaTheme="majorEastAsia" w:hAnsiTheme="majorHAnsi" w:cstheme="majorBidi"/>
          <w:b/>
          <w:bCs/>
          <w:sz w:val="24"/>
          <w:szCs w:val="24"/>
        </w:rPr>
        <w:t>gentilezza</w:t>
      </w:r>
      <w:proofErr w:type="spellEnd"/>
      <w:r w:rsidR="002202D9">
        <w:rPr>
          <w:rFonts w:asciiTheme="majorHAnsi" w:eastAsiaTheme="majorEastAsia" w:hAnsiTheme="majorHAnsi" w:cstheme="majorBidi"/>
          <w:b/>
          <w:bCs/>
          <w:sz w:val="24"/>
          <w:szCs w:val="24"/>
        </w:rPr>
        <w:t xml:space="preserve"> e la </w:t>
      </w:r>
      <w:proofErr w:type="spellStart"/>
      <w:r w:rsidR="002202D9">
        <w:rPr>
          <w:rFonts w:asciiTheme="majorHAnsi" w:eastAsiaTheme="majorEastAsia" w:hAnsiTheme="majorHAnsi" w:cstheme="majorBidi"/>
          <w:b/>
          <w:bCs/>
          <w:sz w:val="24"/>
          <w:szCs w:val="24"/>
        </w:rPr>
        <w:t>solidarietà</w:t>
      </w:r>
      <w:proofErr w:type="spellEnd"/>
      <w:r w:rsidR="002202D9">
        <w:rPr>
          <w:rFonts w:asciiTheme="majorHAnsi" w:eastAsiaTheme="majorEastAsia" w:hAnsiTheme="majorHAnsi" w:cstheme="majorBidi"/>
          <w:b/>
          <w:bCs/>
          <w:sz w:val="24"/>
          <w:szCs w:val="24"/>
        </w:rPr>
        <w:t>”</w:t>
      </w:r>
    </w:p>
    <w:p w14:paraId="6D57C9D2" w14:textId="4AC09D13" w:rsidR="00DF697D" w:rsidRDefault="000C2680" w:rsidP="0077424C">
      <w:pPr>
        <w:spacing w:after="0" w:line="240" w:lineRule="auto"/>
        <w:jc w:val="both"/>
        <w:rPr>
          <w:rFonts w:asciiTheme="majorHAnsi" w:eastAsiaTheme="majorEastAsia" w:hAnsiTheme="majorHAnsi" w:cstheme="majorBidi"/>
          <w:sz w:val="24"/>
          <w:szCs w:val="24"/>
        </w:rPr>
      </w:pPr>
      <w:proofErr w:type="spellStart"/>
      <w:r w:rsidRPr="000C2680">
        <w:rPr>
          <w:rFonts w:asciiTheme="majorHAnsi" w:eastAsiaTheme="majorEastAsia" w:hAnsiTheme="majorHAnsi" w:cstheme="majorBidi"/>
          <w:sz w:val="24"/>
          <w:szCs w:val="24"/>
        </w:rPr>
        <w:t>Aiutare</w:t>
      </w:r>
      <w:proofErr w:type="spellEnd"/>
      <w:r w:rsidRPr="000C2680">
        <w:rPr>
          <w:rFonts w:asciiTheme="majorHAnsi" w:eastAsiaTheme="majorEastAsia" w:hAnsiTheme="majorHAnsi" w:cstheme="majorBidi"/>
          <w:sz w:val="24"/>
          <w:szCs w:val="24"/>
        </w:rPr>
        <w:t xml:space="preserve"> </w:t>
      </w:r>
      <w:proofErr w:type="spellStart"/>
      <w:r w:rsidRPr="000C2680">
        <w:rPr>
          <w:rFonts w:asciiTheme="majorHAnsi" w:eastAsiaTheme="majorEastAsia" w:hAnsiTheme="majorHAnsi" w:cstheme="majorBidi"/>
          <w:sz w:val="24"/>
          <w:szCs w:val="24"/>
        </w:rPr>
        <w:t>i</w:t>
      </w:r>
      <w:proofErr w:type="spellEnd"/>
      <w:r w:rsidRPr="000C2680">
        <w:rPr>
          <w:rFonts w:asciiTheme="majorHAnsi" w:eastAsiaTheme="majorEastAsia" w:hAnsiTheme="majorHAnsi" w:cstheme="majorBidi"/>
          <w:sz w:val="24"/>
          <w:szCs w:val="24"/>
        </w:rPr>
        <w:t xml:space="preserve"> bambini </w:t>
      </w:r>
      <w:proofErr w:type="spellStart"/>
      <w:r w:rsidRPr="000C2680">
        <w:rPr>
          <w:rFonts w:asciiTheme="majorHAnsi" w:eastAsiaTheme="majorEastAsia" w:hAnsiTheme="majorHAnsi" w:cstheme="majorBidi"/>
          <w:sz w:val="24"/>
          <w:szCs w:val="24"/>
        </w:rPr>
        <w:t>della</w:t>
      </w:r>
      <w:proofErr w:type="spellEnd"/>
      <w:r w:rsidRPr="000C2680">
        <w:rPr>
          <w:rFonts w:asciiTheme="majorHAnsi" w:eastAsiaTheme="majorEastAsia" w:hAnsiTheme="majorHAnsi" w:cstheme="majorBidi"/>
          <w:sz w:val="24"/>
          <w:szCs w:val="24"/>
        </w:rPr>
        <w:t xml:space="preserve"> </w:t>
      </w:r>
      <w:proofErr w:type="spellStart"/>
      <w:r w:rsidRPr="000C2680">
        <w:rPr>
          <w:rFonts w:asciiTheme="majorHAnsi" w:eastAsiaTheme="majorEastAsia" w:hAnsiTheme="majorHAnsi" w:cstheme="majorBidi"/>
          <w:sz w:val="24"/>
          <w:szCs w:val="24"/>
        </w:rPr>
        <w:t>scuola</w:t>
      </w:r>
      <w:proofErr w:type="spellEnd"/>
      <w:r w:rsidR="00217AEF">
        <w:rPr>
          <w:rFonts w:asciiTheme="majorHAnsi" w:eastAsiaTheme="majorEastAsia" w:hAnsiTheme="majorHAnsi" w:cstheme="majorBidi"/>
          <w:sz w:val="24"/>
          <w:szCs w:val="24"/>
        </w:rPr>
        <w:t xml:space="preserve"> </w:t>
      </w:r>
      <w:proofErr w:type="spellStart"/>
      <w:r w:rsidR="00217AEF">
        <w:rPr>
          <w:rFonts w:asciiTheme="majorHAnsi" w:eastAsiaTheme="majorEastAsia" w:hAnsiTheme="majorHAnsi" w:cstheme="majorBidi"/>
          <w:sz w:val="24"/>
          <w:szCs w:val="24"/>
        </w:rPr>
        <w:t>dell’infanzia</w:t>
      </w:r>
      <w:proofErr w:type="spellEnd"/>
      <w:r w:rsidR="00217AEF">
        <w:rPr>
          <w:rFonts w:asciiTheme="majorHAnsi" w:eastAsiaTheme="majorEastAsia" w:hAnsiTheme="majorHAnsi" w:cstheme="majorBidi"/>
          <w:sz w:val="24"/>
          <w:szCs w:val="24"/>
        </w:rPr>
        <w:t xml:space="preserve"> e</w:t>
      </w:r>
      <w:r w:rsidRPr="000C2680">
        <w:rPr>
          <w:rFonts w:asciiTheme="majorHAnsi" w:eastAsiaTheme="majorEastAsia" w:hAnsiTheme="majorHAnsi" w:cstheme="majorBidi"/>
          <w:sz w:val="24"/>
          <w:szCs w:val="24"/>
        </w:rPr>
        <w:t xml:space="preserve"> </w:t>
      </w:r>
      <w:proofErr w:type="spellStart"/>
      <w:r w:rsidRPr="000C2680">
        <w:rPr>
          <w:rFonts w:asciiTheme="majorHAnsi" w:eastAsiaTheme="majorEastAsia" w:hAnsiTheme="majorHAnsi" w:cstheme="majorBidi"/>
          <w:sz w:val="24"/>
          <w:szCs w:val="24"/>
        </w:rPr>
        <w:t>primaria</w:t>
      </w:r>
      <w:proofErr w:type="spellEnd"/>
      <w:r w:rsidRPr="000C2680">
        <w:rPr>
          <w:rFonts w:asciiTheme="majorHAnsi" w:eastAsiaTheme="majorEastAsia" w:hAnsiTheme="majorHAnsi" w:cstheme="majorBidi"/>
          <w:sz w:val="24"/>
          <w:szCs w:val="24"/>
        </w:rPr>
        <w:t xml:space="preserve"> a </w:t>
      </w:r>
      <w:proofErr w:type="spellStart"/>
      <w:r w:rsidRPr="000C2680">
        <w:rPr>
          <w:rFonts w:asciiTheme="majorHAnsi" w:eastAsiaTheme="majorEastAsia" w:hAnsiTheme="majorHAnsi" w:cstheme="majorBidi"/>
          <w:sz w:val="24"/>
          <w:szCs w:val="24"/>
        </w:rPr>
        <w:t>riconoscere</w:t>
      </w:r>
      <w:proofErr w:type="spellEnd"/>
      <w:r w:rsidRPr="000C2680">
        <w:rPr>
          <w:rFonts w:asciiTheme="majorHAnsi" w:eastAsiaTheme="majorEastAsia" w:hAnsiTheme="majorHAnsi" w:cstheme="majorBidi"/>
          <w:sz w:val="24"/>
          <w:szCs w:val="24"/>
        </w:rPr>
        <w:t xml:space="preserve">, </w:t>
      </w:r>
      <w:proofErr w:type="spellStart"/>
      <w:r w:rsidRPr="000C2680">
        <w:rPr>
          <w:rFonts w:asciiTheme="majorHAnsi" w:eastAsiaTheme="majorEastAsia" w:hAnsiTheme="majorHAnsi" w:cstheme="majorBidi"/>
          <w:sz w:val="24"/>
          <w:szCs w:val="24"/>
        </w:rPr>
        <w:t>esprimere</w:t>
      </w:r>
      <w:proofErr w:type="spellEnd"/>
      <w:r w:rsidRPr="000C2680">
        <w:rPr>
          <w:rFonts w:asciiTheme="majorHAnsi" w:eastAsiaTheme="majorEastAsia" w:hAnsiTheme="majorHAnsi" w:cstheme="majorBidi"/>
          <w:sz w:val="24"/>
          <w:szCs w:val="24"/>
        </w:rPr>
        <w:t xml:space="preserve"> e </w:t>
      </w:r>
      <w:proofErr w:type="spellStart"/>
      <w:r w:rsidRPr="000C2680">
        <w:rPr>
          <w:rFonts w:asciiTheme="majorHAnsi" w:eastAsiaTheme="majorEastAsia" w:hAnsiTheme="majorHAnsi" w:cstheme="majorBidi"/>
          <w:sz w:val="24"/>
          <w:szCs w:val="24"/>
        </w:rPr>
        <w:t>gestire</w:t>
      </w:r>
      <w:proofErr w:type="spellEnd"/>
      <w:r w:rsidRPr="000C2680">
        <w:rPr>
          <w:rFonts w:asciiTheme="majorHAnsi" w:eastAsiaTheme="majorEastAsia" w:hAnsiTheme="majorHAnsi" w:cstheme="majorBidi"/>
          <w:sz w:val="24"/>
          <w:szCs w:val="24"/>
        </w:rPr>
        <w:t xml:space="preserve"> le </w:t>
      </w:r>
      <w:proofErr w:type="spellStart"/>
      <w:r w:rsidRPr="000C2680">
        <w:rPr>
          <w:rFonts w:asciiTheme="majorHAnsi" w:eastAsiaTheme="majorEastAsia" w:hAnsiTheme="majorHAnsi" w:cstheme="majorBidi"/>
          <w:sz w:val="24"/>
          <w:szCs w:val="24"/>
        </w:rPr>
        <w:t>emozioni</w:t>
      </w:r>
      <w:proofErr w:type="spellEnd"/>
      <w:r w:rsidRPr="000C2680">
        <w:rPr>
          <w:rFonts w:asciiTheme="majorHAnsi" w:eastAsiaTheme="majorEastAsia" w:hAnsiTheme="majorHAnsi" w:cstheme="majorBidi"/>
          <w:sz w:val="24"/>
          <w:szCs w:val="24"/>
        </w:rPr>
        <w:t xml:space="preserve"> </w:t>
      </w:r>
      <w:proofErr w:type="spellStart"/>
      <w:r w:rsidRPr="000C2680">
        <w:rPr>
          <w:rFonts w:asciiTheme="majorHAnsi" w:eastAsiaTheme="majorEastAsia" w:hAnsiTheme="majorHAnsi" w:cstheme="majorBidi"/>
          <w:sz w:val="24"/>
          <w:szCs w:val="24"/>
        </w:rPr>
        <w:t>attraverso</w:t>
      </w:r>
      <w:proofErr w:type="spellEnd"/>
      <w:r w:rsidRPr="000C2680">
        <w:rPr>
          <w:rFonts w:asciiTheme="majorHAnsi" w:eastAsiaTheme="majorEastAsia" w:hAnsiTheme="majorHAnsi" w:cstheme="majorBidi"/>
          <w:sz w:val="24"/>
          <w:szCs w:val="24"/>
        </w:rPr>
        <w:t xml:space="preserve"> </w:t>
      </w:r>
      <w:proofErr w:type="spellStart"/>
      <w:r w:rsidRPr="000C2680">
        <w:rPr>
          <w:rFonts w:asciiTheme="majorHAnsi" w:eastAsiaTheme="majorEastAsia" w:hAnsiTheme="majorHAnsi" w:cstheme="majorBidi"/>
          <w:sz w:val="24"/>
          <w:szCs w:val="24"/>
        </w:rPr>
        <w:t>gioco</w:t>
      </w:r>
      <w:proofErr w:type="spellEnd"/>
      <w:r w:rsidRPr="000C2680">
        <w:rPr>
          <w:rFonts w:asciiTheme="majorHAnsi" w:eastAsiaTheme="majorEastAsia" w:hAnsiTheme="majorHAnsi" w:cstheme="majorBidi"/>
          <w:sz w:val="24"/>
          <w:szCs w:val="24"/>
        </w:rPr>
        <w:t>,</w:t>
      </w:r>
      <w:r w:rsidR="002202D9">
        <w:rPr>
          <w:rFonts w:asciiTheme="majorHAnsi" w:eastAsiaTheme="majorEastAsia" w:hAnsiTheme="majorHAnsi" w:cstheme="majorBidi"/>
          <w:sz w:val="24"/>
          <w:szCs w:val="24"/>
        </w:rPr>
        <w:t xml:space="preserve"> disegno,</w:t>
      </w:r>
      <w:r w:rsidRPr="000C2680">
        <w:rPr>
          <w:rFonts w:asciiTheme="majorHAnsi" w:eastAsiaTheme="majorEastAsia" w:hAnsiTheme="majorHAnsi" w:cstheme="majorBidi"/>
          <w:sz w:val="24"/>
          <w:szCs w:val="24"/>
        </w:rPr>
        <w:t xml:space="preserve"> </w:t>
      </w:r>
      <w:proofErr w:type="spellStart"/>
      <w:r w:rsidRPr="000C2680">
        <w:rPr>
          <w:rFonts w:asciiTheme="majorHAnsi" w:eastAsiaTheme="majorEastAsia" w:hAnsiTheme="majorHAnsi" w:cstheme="majorBidi"/>
          <w:sz w:val="24"/>
          <w:szCs w:val="24"/>
        </w:rPr>
        <w:t>arte</w:t>
      </w:r>
      <w:proofErr w:type="spellEnd"/>
      <w:r w:rsidRPr="000C2680">
        <w:rPr>
          <w:rFonts w:asciiTheme="majorHAnsi" w:eastAsiaTheme="majorEastAsia" w:hAnsiTheme="majorHAnsi" w:cstheme="majorBidi"/>
          <w:sz w:val="24"/>
          <w:szCs w:val="24"/>
        </w:rPr>
        <w:t xml:space="preserve"> e natura, per </w:t>
      </w:r>
      <w:proofErr w:type="spellStart"/>
      <w:r w:rsidRPr="000C2680">
        <w:rPr>
          <w:rFonts w:asciiTheme="majorHAnsi" w:eastAsiaTheme="majorEastAsia" w:hAnsiTheme="majorHAnsi" w:cstheme="majorBidi"/>
          <w:sz w:val="24"/>
          <w:szCs w:val="24"/>
        </w:rPr>
        <w:t>crescere</w:t>
      </w:r>
      <w:proofErr w:type="spellEnd"/>
      <w:r w:rsidRPr="000C2680">
        <w:rPr>
          <w:rFonts w:asciiTheme="majorHAnsi" w:eastAsiaTheme="majorEastAsia" w:hAnsiTheme="majorHAnsi" w:cstheme="majorBidi"/>
          <w:sz w:val="24"/>
          <w:szCs w:val="24"/>
        </w:rPr>
        <w:t xml:space="preserve"> </w:t>
      </w:r>
      <w:proofErr w:type="spellStart"/>
      <w:r w:rsidRPr="000C2680">
        <w:rPr>
          <w:rFonts w:asciiTheme="majorHAnsi" w:eastAsiaTheme="majorEastAsia" w:hAnsiTheme="majorHAnsi" w:cstheme="majorBidi"/>
          <w:sz w:val="24"/>
          <w:szCs w:val="24"/>
        </w:rPr>
        <w:t>insieme</w:t>
      </w:r>
      <w:proofErr w:type="spellEnd"/>
      <w:r w:rsidRPr="000C2680">
        <w:rPr>
          <w:rFonts w:asciiTheme="majorHAnsi" w:eastAsiaTheme="majorEastAsia" w:hAnsiTheme="majorHAnsi" w:cstheme="majorBidi"/>
          <w:sz w:val="24"/>
          <w:szCs w:val="24"/>
        </w:rPr>
        <w:t xml:space="preserve"> </w:t>
      </w:r>
      <w:proofErr w:type="spellStart"/>
      <w:r w:rsidRPr="000C2680">
        <w:rPr>
          <w:rFonts w:asciiTheme="majorHAnsi" w:eastAsiaTheme="majorEastAsia" w:hAnsiTheme="majorHAnsi" w:cstheme="majorBidi"/>
          <w:sz w:val="24"/>
          <w:szCs w:val="24"/>
        </w:rPr>
        <w:t>nella</w:t>
      </w:r>
      <w:proofErr w:type="spellEnd"/>
      <w:r w:rsidRPr="000C2680">
        <w:rPr>
          <w:rFonts w:asciiTheme="majorHAnsi" w:eastAsiaTheme="majorEastAsia" w:hAnsiTheme="majorHAnsi" w:cstheme="majorBidi"/>
          <w:sz w:val="24"/>
          <w:szCs w:val="24"/>
        </w:rPr>
        <w:t xml:space="preserve"> cura, </w:t>
      </w:r>
      <w:proofErr w:type="spellStart"/>
      <w:r w:rsidRPr="000C2680">
        <w:rPr>
          <w:rFonts w:asciiTheme="majorHAnsi" w:eastAsiaTheme="majorEastAsia" w:hAnsiTheme="majorHAnsi" w:cstheme="majorBidi"/>
          <w:sz w:val="24"/>
          <w:szCs w:val="24"/>
        </w:rPr>
        <w:t>nella</w:t>
      </w:r>
      <w:proofErr w:type="spellEnd"/>
      <w:r w:rsidRPr="000C2680">
        <w:rPr>
          <w:rFonts w:asciiTheme="majorHAnsi" w:eastAsiaTheme="majorEastAsia" w:hAnsiTheme="majorHAnsi" w:cstheme="majorBidi"/>
          <w:sz w:val="24"/>
          <w:szCs w:val="24"/>
        </w:rPr>
        <w:t xml:space="preserve"> </w:t>
      </w:r>
      <w:proofErr w:type="spellStart"/>
      <w:r w:rsidRPr="000C2680">
        <w:rPr>
          <w:rFonts w:asciiTheme="majorHAnsi" w:eastAsiaTheme="majorEastAsia" w:hAnsiTheme="majorHAnsi" w:cstheme="majorBidi"/>
          <w:sz w:val="24"/>
          <w:szCs w:val="24"/>
        </w:rPr>
        <w:t>responsabilità</w:t>
      </w:r>
      <w:proofErr w:type="spellEnd"/>
      <w:r w:rsidRPr="000C2680">
        <w:rPr>
          <w:rFonts w:asciiTheme="majorHAnsi" w:eastAsiaTheme="majorEastAsia" w:hAnsiTheme="majorHAnsi" w:cstheme="majorBidi"/>
          <w:sz w:val="24"/>
          <w:szCs w:val="24"/>
        </w:rPr>
        <w:t xml:space="preserve">, </w:t>
      </w:r>
      <w:proofErr w:type="spellStart"/>
      <w:r w:rsidRPr="000C2680">
        <w:rPr>
          <w:rFonts w:asciiTheme="majorHAnsi" w:eastAsiaTheme="majorEastAsia" w:hAnsiTheme="majorHAnsi" w:cstheme="majorBidi"/>
          <w:sz w:val="24"/>
          <w:szCs w:val="24"/>
        </w:rPr>
        <w:t>nella</w:t>
      </w:r>
      <w:proofErr w:type="spellEnd"/>
      <w:r w:rsidRPr="000C2680">
        <w:rPr>
          <w:rFonts w:asciiTheme="majorHAnsi" w:eastAsiaTheme="majorEastAsia" w:hAnsiTheme="majorHAnsi" w:cstheme="majorBidi"/>
          <w:sz w:val="24"/>
          <w:szCs w:val="24"/>
        </w:rPr>
        <w:t xml:space="preserve"> </w:t>
      </w:r>
      <w:proofErr w:type="spellStart"/>
      <w:r w:rsidRPr="000C2680">
        <w:rPr>
          <w:rFonts w:asciiTheme="majorHAnsi" w:eastAsiaTheme="majorEastAsia" w:hAnsiTheme="majorHAnsi" w:cstheme="majorBidi"/>
          <w:sz w:val="24"/>
          <w:szCs w:val="24"/>
        </w:rPr>
        <w:t>collaborazione</w:t>
      </w:r>
      <w:proofErr w:type="spellEnd"/>
      <w:r w:rsidRPr="000C2680">
        <w:rPr>
          <w:rFonts w:asciiTheme="majorHAnsi" w:eastAsiaTheme="majorEastAsia" w:hAnsiTheme="majorHAnsi" w:cstheme="majorBidi"/>
          <w:sz w:val="24"/>
          <w:szCs w:val="24"/>
        </w:rPr>
        <w:t xml:space="preserve"> e </w:t>
      </w:r>
      <w:proofErr w:type="spellStart"/>
      <w:r w:rsidRPr="000C2680">
        <w:rPr>
          <w:rFonts w:asciiTheme="majorHAnsi" w:eastAsiaTheme="majorEastAsia" w:hAnsiTheme="majorHAnsi" w:cstheme="majorBidi"/>
          <w:sz w:val="24"/>
          <w:szCs w:val="24"/>
        </w:rPr>
        <w:t>nel</w:t>
      </w:r>
      <w:proofErr w:type="spellEnd"/>
      <w:r w:rsidRPr="000C2680">
        <w:rPr>
          <w:rFonts w:asciiTheme="majorHAnsi" w:eastAsiaTheme="majorEastAsia" w:hAnsiTheme="majorHAnsi" w:cstheme="majorBidi"/>
          <w:sz w:val="24"/>
          <w:szCs w:val="24"/>
        </w:rPr>
        <w:t xml:space="preserve"> rispetto </w:t>
      </w:r>
      <w:proofErr w:type="spellStart"/>
      <w:r w:rsidRPr="000C2680">
        <w:rPr>
          <w:rFonts w:asciiTheme="majorHAnsi" w:eastAsiaTheme="majorEastAsia" w:hAnsiTheme="majorHAnsi" w:cstheme="majorBidi"/>
          <w:sz w:val="24"/>
          <w:szCs w:val="24"/>
        </w:rPr>
        <w:t>reciproco</w:t>
      </w:r>
      <w:proofErr w:type="spellEnd"/>
      <w:r w:rsidRPr="000C2680">
        <w:rPr>
          <w:rFonts w:asciiTheme="majorHAnsi" w:eastAsiaTheme="majorEastAsia" w:hAnsiTheme="majorHAnsi" w:cstheme="majorBidi"/>
          <w:sz w:val="24"/>
          <w:szCs w:val="24"/>
        </w:rPr>
        <w:t xml:space="preserve">, </w:t>
      </w:r>
      <w:proofErr w:type="spellStart"/>
      <w:r w:rsidRPr="000C2680">
        <w:rPr>
          <w:rFonts w:asciiTheme="majorHAnsi" w:eastAsiaTheme="majorEastAsia" w:hAnsiTheme="majorHAnsi" w:cstheme="majorBidi"/>
          <w:sz w:val="24"/>
          <w:szCs w:val="24"/>
        </w:rPr>
        <w:t>sviluppando</w:t>
      </w:r>
      <w:proofErr w:type="spellEnd"/>
      <w:r w:rsidRPr="000C2680">
        <w:rPr>
          <w:rFonts w:asciiTheme="majorHAnsi" w:eastAsiaTheme="majorEastAsia" w:hAnsiTheme="majorHAnsi" w:cstheme="majorBidi"/>
          <w:sz w:val="24"/>
          <w:szCs w:val="24"/>
        </w:rPr>
        <w:t xml:space="preserve"> fiducia e </w:t>
      </w:r>
      <w:proofErr w:type="spellStart"/>
      <w:r w:rsidRPr="000C2680">
        <w:rPr>
          <w:rFonts w:asciiTheme="majorHAnsi" w:eastAsiaTheme="majorEastAsia" w:hAnsiTheme="majorHAnsi" w:cstheme="majorBidi"/>
          <w:sz w:val="24"/>
          <w:szCs w:val="24"/>
        </w:rPr>
        <w:t>legami</w:t>
      </w:r>
      <w:proofErr w:type="spellEnd"/>
      <w:r w:rsidRPr="000C2680">
        <w:rPr>
          <w:rFonts w:asciiTheme="majorHAnsi" w:eastAsiaTheme="majorEastAsia" w:hAnsiTheme="majorHAnsi" w:cstheme="majorBidi"/>
          <w:sz w:val="24"/>
          <w:szCs w:val="24"/>
        </w:rPr>
        <w:t xml:space="preserve"> </w:t>
      </w:r>
      <w:proofErr w:type="spellStart"/>
      <w:r w:rsidRPr="000C2680">
        <w:rPr>
          <w:rFonts w:asciiTheme="majorHAnsi" w:eastAsiaTheme="majorEastAsia" w:hAnsiTheme="majorHAnsi" w:cstheme="majorBidi"/>
          <w:sz w:val="24"/>
          <w:szCs w:val="24"/>
        </w:rPr>
        <w:t>solidali</w:t>
      </w:r>
      <w:proofErr w:type="spellEnd"/>
      <w:r w:rsidRPr="000C2680">
        <w:rPr>
          <w:rFonts w:asciiTheme="majorHAnsi" w:eastAsiaTheme="majorEastAsia" w:hAnsiTheme="majorHAnsi" w:cstheme="majorBidi"/>
          <w:sz w:val="24"/>
          <w:szCs w:val="24"/>
        </w:rPr>
        <w:t>.</w:t>
      </w:r>
    </w:p>
    <w:p w14:paraId="5BE67579" w14:textId="77777777" w:rsidR="000C2680" w:rsidRPr="002F1A57" w:rsidRDefault="000C2680" w:rsidP="0077424C">
      <w:pPr>
        <w:spacing w:after="0" w:line="240" w:lineRule="auto"/>
        <w:jc w:val="both"/>
        <w:rPr>
          <w:rFonts w:asciiTheme="majorHAnsi" w:eastAsiaTheme="majorEastAsia" w:hAnsiTheme="majorHAnsi" w:cstheme="majorBidi"/>
          <w:sz w:val="24"/>
          <w:szCs w:val="24"/>
        </w:rPr>
      </w:pPr>
    </w:p>
    <w:p w14:paraId="33358A49" w14:textId="77777777" w:rsidR="0077424C" w:rsidRPr="002F1A57" w:rsidRDefault="0077424C" w:rsidP="0077424C">
      <w:pPr>
        <w:spacing w:after="0" w:line="240" w:lineRule="auto"/>
        <w:rPr>
          <w:rFonts w:asciiTheme="majorHAnsi" w:eastAsiaTheme="majorEastAsia" w:hAnsiTheme="majorHAnsi" w:cstheme="majorBidi"/>
          <w:b/>
          <w:bCs/>
          <w:sz w:val="24"/>
          <w:szCs w:val="24"/>
        </w:rPr>
      </w:pPr>
      <w:r w:rsidRPr="002F1A57">
        <w:rPr>
          <w:rFonts w:asciiTheme="majorHAnsi" w:eastAsiaTheme="majorEastAsia" w:hAnsiTheme="majorHAnsi" w:cstheme="majorBidi"/>
          <w:b/>
          <w:bCs/>
          <w:sz w:val="24"/>
          <w:szCs w:val="24"/>
        </w:rPr>
        <w:t xml:space="preserve">“Il Cuore </w:t>
      </w:r>
      <w:proofErr w:type="spellStart"/>
      <w:r w:rsidRPr="002F1A57">
        <w:rPr>
          <w:rFonts w:asciiTheme="majorHAnsi" w:eastAsiaTheme="majorEastAsia" w:hAnsiTheme="majorHAnsi" w:cstheme="majorBidi"/>
          <w:b/>
          <w:bCs/>
          <w:sz w:val="24"/>
          <w:szCs w:val="24"/>
        </w:rPr>
        <w:t>della</w:t>
      </w:r>
      <w:proofErr w:type="spellEnd"/>
      <w:r w:rsidRPr="002F1A57">
        <w:rPr>
          <w:rFonts w:asciiTheme="majorHAnsi" w:eastAsiaTheme="majorEastAsia" w:hAnsiTheme="majorHAnsi" w:cstheme="majorBidi"/>
          <w:b/>
          <w:bCs/>
          <w:sz w:val="24"/>
          <w:szCs w:val="24"/>
        </w:rPr>
        <w:t xml:space="preserve"> </w:t>
      </w:r>
      <w:proofErr w:type="spellStart"/>
      <w:r w:rsidRPr="002F1A57">
        <w:rPr>
          <w:rFonts w:asciiTheme="majorHAnsi" w:eastAsiaTheme="majorEastAsia" w:hAnsiTheme="majorHAnsi" w:cstheme="majorBidi"/>
          <w:b/>
          <w:bCs/>
          <w:sz w:val="24"/>
          <w:szCs w:val="24"/>
        </w:rPr>
        <w:t>Solidarietà</w:t>
      </w:r>
      <w:proofErr w:type="spellEnd"/>
      <w:r w:rsidRPr="002F1A57">
        <w:rPr>
          <w:rFonts w:asciiTheme="majorHAnsi" w:eastAsiaTheme="majorEastAsia" w:hAnsiTheme="majorHAnsi" w:cstheme="majorBidi"/>
          <w:b/>
          <w:bCs/>
          <w:sz w:val="24"/>
          <w:szCs w:val="24"/>
        </w:rPr>
        <w:t>”</w:t>
      </w:r>
    </w:p>
    <w:p w14:paraId="2806D881" w14:textId="77777777" w:rsidR="0077424C" w:rsidRPr="002F1A57" w:rsidRDefault="0077424C" w:rsidP="0077424C">
      <w:pPr>
        <w:spacing w:after="0" w:line="240" w:lineRule="auto"/>
        <w:jc w:val="both"/>
        <w:rPr>
          <w:rFonts w:asciiTheme="majorHAnsi" w:eastAsiaTheme="majorEastAsia" w:hAnsiTheme="majorHAnsi" w:cstheme="majorBidi"/>
          <w:sz w:val="24"/>
          <w:szCs w:val="24"/>
        </w:rPr>
      </w:pPr>
      <w:r w:rsidRPr="002F1A57">
        <w:rPr>
          <w:rFonts w:asciiTheme="majorHAnsi" w:eastAsiaTheme="majorEastAsia" w:hAnsiTheme="majorHAnsi" w:cstheme="majorBidi"/>
          <w:sz w:val="24"/>
          <w:szCs w:val="24"/>
        </w:rPr>
        <w:t xml:space="preserve">Far </w:t>
      </w:r>
      <w:proofErr w:type="spellStart"/>
      <w:r w:rsidRPr="002F1A57">
        <w:rPr>
          <w:rFonts w:asciiTheme="majorHAnsi" w:eastAsiaTheme="majorEastAsia" w:hAnsiTheme="majorHAnsi" w:cstheme="majorBidi"/>
          <w:sz w:val="24"/>
          <w:szCs w:val="24"/>
        </w:rPr>
        <w:t>riflettere</w:t>
      </w:r>
      <w:proofErr w:type="spellEnd"/>
      <w:r w:rsidRPr="002F1A57">
        <w:rPr>
          <w:rFonts w:asciiTheme="majorHAnsi" w:eastAsiaTheme="majorEastAsia" w:hAnsiTheme="majorHAnsi" w:cstheme="majorBidi"/>
          <w:sz w:val="24"/>
          <w:szCs w:val="24"/>
        </w:rPr>
        <w:t xml:space="preserve"> </w:t>
      </w:r>
      <w:proofErr w:type="spellStart"/>
      <w:r w:rsidRPr="002F1A57">
        <w:rPr>
          <w:rFonts w:asciiTheme="majorHAnsi" w:eastAsiaTheme="majorEastAsia" w:hAnsiTheme="majorHAnsi" w:cstheme="majorBidi"/>
          <w:sz w:val="24"/>
          <w:szCs w:val="24"/>
        </w:rPr>
        <w:t>i</w:t>
      </w:r>
      <w:proofErr w:type="spellEnd"/>
      <w:r w:rsidRPr="002F1A57">
        <w:rPr>
          <w:rFonts w:asciiTheme="majorHAnsi" w:eastAsiaTheme="majorEastAsia" w:hAnsiTheme="majorHAnsi" w:cstheme="majorBidi"/>
          <w:sz w:val="24"/>
          <w:szCs w:val="24"/>
        </w:rPr>
        <w:t xml:space="preserve"> </w:t>
      </w:r>
      <w:proofErr w:type="spellStart"/>
      <w:r w:rsidRPr="002F1A57">
        <w:rPr>
          <w:rFonts w:asciiTheme="majorHAnsi" w:eastAsiaTheme="majorEastAsia" w:hAnsiTheme="majorHAnsi" w:cstheme="majorBidi"/>
          <w:sz w:val="24"/>
          <w:szCs w:val="24"/>
        </w:rPr>
        <w:t>ragazzi</w:t>
      </w:r>
      <w:proofErr w:type="spellEnd"/>
      <w:r w:rsidRPr="002F1A57">
        <w:rPr>
          <w:rFonts w:asciiTheme="majorHAnsi" w:eastAsiaTheme="majorEastAsia" w:hAnsiTheme="majorHAnsi" w:cstheme="majorBidi"/>
          <w:sz w:val="24"/>
          <w:szCs w:val="24"/>
        </w:rPr>
        <w:t xml:space="preserve"> </w:t>
      </w:r>
      <w:proofErr w:type="spellStart"/>
      <w:r w:rsidRPr="002F1A57">
        <w:rPr>
          <w:rFonts w:asciiTheme="majorHAnsi" w:eastAsiaTheme="majorEastAsia" w:hAnsiTheme="majorHAnsi" w:cstheme="majorBidi"/>
          <w:sz w:val="24"/>
          <w:szCs w:val="24"/>
        </w:rPr>
        <w:t>della</w:t>
      </w:r>
      <w:proofErr w:type="spellEnd"/>
      <w:r w:rsidRPr="002F1A57">
        <w:rPr>
          <w:rFonts w:asciiTheme="majorHAnsi" w:eastAsiaTheme="majorEastAsia" w:hAnsiTheme="majorHAnsi" w:cstheme="majorBidi"/>
          <w:sz w:val="24"/>
          <w:szCs w:val="24"/>
        </w:rPr>
        <w:t xml:space="preserve"> </w:t>
      </w:r>
      <w:proofErr w:type="spellStart"/>
      <w:r w:rsidRPr="002F1A57">
        <w:rPr>
          <w:rFonts w:asciiTheme="majorHAnsi" w:eastAsiaTheme="majorEastAsia" w:hAnsiTheme="majorHAnsi" w:cstheme="majorBidi"/>
          <w:sz w:val="24"/>
          <w:szCs w:val="24"/>
        </w:rPr>
        <w:t>scuola</w:t>
      </w:r>
      <w:proofErr w:type="spellEnd"/>
      <w:r w:rsidRPr="002F1A57">
        <w:rPr>
          <w:rFonts w:asciiTheme="majorHAnsi" w:eastAsiaTheme="majorEastAsia" w:hAnsiTheme="majorHAnsi" w:cstheme="majorBidi"/>
          <w:sz w:val="24"/>
          <w:szCs w:val="24"/>
        </w:rPr>
        <w:t xml:space="preserve"> </w:t>
      </w:r>
      <w:proofErr w:type="spellStart"/>
      <w:r w:rsidR="00757688" w:rsidRPr="002F1A57">
        <w:rPr>
          <w:rFonts w:asciiTheme="majorHAnsi" w:eastAsiaTheme="majorEastAsia" w:hAnsiTheme="majorHAnsi" w:cstheme="majorBidi"/>
          <w:sz w:val="24"/>
          <w:szCs w:val="24"/>
        </w:rPr>
        <w:t>secondaria</w:t>
      </w:r>
      <w:proofErr w:type="spellEnd"/>
      <w:r w:rsidR="00757688" w:rsidRPr="002F1A57">
        <w:rPr>
          <w:rFonts w:asciiTheme="majorHAnsi" w:eastAsiaTheme="majorEastAsia" w:hAnsiTheme="majorHAnsi" w:cstheme="majorBidi"/>
          <w:sz w:val="24"/>
          <w:szCs w:val="24"/>
        </w:rPr>
        <w:t xml:space="preserve"> di primo </w:t>
      </w:r>
      <w:proofErr w:type="spellStart"/>
      <w:r w:rsidR="00757688" w:rsidRPr="002F1A57">
        <w:rPr>
          <w:rFonts w:asciiTheme="majorHAnsi" w:eastAsiaTheme="majorEastAsia" w:hAnsiTheme="majorHAnsi" w:cstheme="majorBidi"/>
          <w:sz w:val="24"/>
          <w:szCs w:val="24"/>
        </w:rPr>
        <w:t>grado</w:t>
      </w:r>
      <w:proofErr w:type="spellEnd"/>
      <w:r w:rsidRPr="002F1A57">
        <w:rPr>
          <w:rFonts w:asciiTheme="majorHAnsi" w:eastAsiaTheme="majorEastAsia" w:hAnsiTheme="majorHAnsi" w:cstheme="majorBidi"/>
          <w:sz w:val="24"/>
          <w:szCs w:val="24"/>
        </w:rPr>
        <w:t xml:space="preserve">, </w:t>
      </w:r>
      <w:proofErr w:type="spellStart"/>
      <w:r w:rsidRPr="002F1A57">
        <w:rPr>
          <w:rFonts w:asciiTheme="majorHAnsi" w:eastAsiaTheme="majorEastAsia" w:hAnsiTheme="majorHAnsi" w:cstheme="majorBidi"/>
          <w:sz w:val="24"/>
          <w:szCs w:val="24"/>
        </w:rPr>
        <w:t>attraverso</w:t>
      </w:r>
      <w:proofErr w:type="spellEnd"/>
      <w:r w:rsidRPr="002F1A57">
        <w:rPr>
          <w:rFonts w:asciiTheme="majorHAnsi" w:eastAsiaTheme="majorEastAsia" w:hAnsiTheme="majorHAnsi" w:cstheme="majorBidi"/>
          <w:sz w:val="24"/>
          <w:szCs w:val="24"/>
        </w:rPr>
        <w:t xml:space="preserve"> il disegno, </w:t>
      </w:r>
      <w:proofErr w:type="spellStart"/>
      <w:r w:rsidRPr="002F1A57">
        <w:rPr>
          <w:rFonts w:asciiTheme="majorHAnsi" w:eastAsiaTheme="majorEastAsia" w:hAnsiTheme="majorHAnsi" w:cstheme="majorBidi"/>
          <w:sz w:val="24"/>
          <w:szCs w:val="24"/>
        </w:rPr>
        <w:t>sul</w:t>
      </w:r>
      <w:proofErr w:type="spellEnd"/>
      <w:r w:rsidRPr="002F1A57">
        <w:rPr>
          <w:rFonts w:asciiTheme="majorHAnsi" w:eastAsiaTheme="majorEastAsia" w:hAnsiTheme="majorHAnsi" w:cstheme="majorBidi"/>
          <w:sz w:val="24"/>
          <w:szCs w:val="24"/>
        </w:rPr>
        <w:t xml:space="preserve"> </w:t>
      </w:r>
      <w:proofErr w:type="spellStart"/>
      <w:r w:rsidRPr="002F1A57">
        <w:rPr>
          <w:rFonts w:asciiTheme="majorHAnsi" w:eastAsiaTheme="majorEastAsia" w:hAnsiTheme="majorHAnsi" w:cstheme="majorBidi"/>
          <w:sz w:val="24"/>
          <w:szCs w:val="24"/>
        </w:rPr>
        <w:t>valore</w:t>
      </w:r>
      <w:proofErr w:type="spellEnd"/>
      <w:r w:rsidRPr="002F1A57">
        <w:rPr>
          <w:rFonts w:asciiTheme="majorHAnsi" w:eastAsiaTheme="majorEastAsia" w:hAnsiTheme="majorHAnsi" w:cstheme="majorBidi"/>
          <w:sz w:val="24"/>
          <w:szCs w:val="24"/>
        </w:rPr>
        <w:t xml:space="preserve"> </w:t>
      </w:r>
      <w:proofErr w:type="spellStart"/>
      <w:r w:rsidRPr="002F1A57">
        <w:rPr>
          <w:rFonts w:asciiTheme="majorHAnsi" w:eastAsiaTheme="majorEastAsia" w:hAnsiTheme="majorHAnsi" w:cstheme="majorBidi"/>
          <w:sz w:val="24"/>
          <w:szCs w:val="24"/>
        </w:rPr>
        <w:t>della</w:t>
      </w:r>
      <w:proofErr w:type="spellEnd"/>
      <w:r w:rsidRPr="002F1A57">
        <w:rPr>
          <w:rFonts w:asciiTheme="majorHAnsi" w:eastAsiaTheme="majorEastAsia" w:hAnsiTheme="majorHAnsi" w:cstheme="majorBidi"/>
          <w:sz w:val="24"/>
          <w:szCs w:val="24"/>
        </w:rPr>
        <w:t xml:space="preserve"> </w:t>
      </w:r>
      <w:proofErr w:type="spellStart"/>
      <w:r w:rsidRPr="002F1A57">
        <w:rPr>
          <w:rFonts w:asciiTheme="majorHAnsi" w:eastAsiaTheme="majorEastAsia" w:hAnsiTheme="majorHAnsi" w:cstheme="majorBidi"/>
          <w:sz w:val="24"/>
          <w:szCs w:val="24"/>
        </w:rPr>
        <w:t>solidarietà</w:t>
      </w:r>
      <w:proofErr w:type="spellEnd"/>
      <w:r w:rsidRPr="002F1A57">
        <w:rPr>
          <w:rFonts w:asciiTheme="majorHAnsi" w:eastAsiaTheme="majorEastAsia" w:hAnsiTheme="majorHAnsi" w:cstheme="majorBidi"/>
          <w:sz w:val="24"/>
          <w:szCs w:val="24"/>
        </w:rPr>
        <w:t xml:space="preserve">, </w:t>
      </w:r>
      <w:proofErr w:type="spellStart"/>
      <w:r w:rsidRPr="002F1A57">
        <w:rPr>
          <w:rFonts w:asciiTheme="majorHAnsi" w:eastAsiaTheme="majorEastAsia" w:hAnsiTheme="majorHAnsi" w:cstheme="majorBidi"/>
          <w:sz w:val="24"/>
          <w:szCs w:val="24"/>
        </w:rPr>
        <w:t>cioè</w:t>
      </w:r>
      <w:proofErr w:type="spellEnd"/>
      <w:r w:rsidRPr="002F1A57">
        <w:rPr>
          <w:rFonts w:asciiTheme="majorHAnsi" w:eastAsiaTheme="majorEastAsia" w:hAnsiTheme="majorHAnsi" w:cstheme="majorBidi"/>
          <w:sz w:val="24"/>
          <w:szCs w:val="24"/>
        </w:rPr>
        <w:t xml:space="preserve"> </w:t>
      </w:r>
      <w:proofErr w:type="spellStart"/>
      <w:r w:rsidRPr="002F1A57">
        <w:rPr>
          <w:rFonts w:asciiTheme="majorHAnsi" w:eastAsiaTheme="majorEastAsia" w:hAnsiTheme="majorHAnsi" w:cstheme="majorBidi"/>
          <w:sz w:val="24"/>
          <w:szCs w:val="24"/>
        </w:rPr>
        <w:t>l’aiuto</w:t>
      </w:r>
      <w:proofErr w:type="spellEnd"/>
      <w:r w:rsidRPr="002F1A57">
        <w:rPr>
          <w:rFonts w:asciiTheme="majorHAnsi" w:eastAsiaTheme="majorEastAsia" w:hAnsiTheme="majorHAnsi" w:cstheme="majorBidi"/>
          <w:sz w:val="24"/>
          <w:szCs w:val="24"/>
        </w:rPr>
        <w:t xml:space="preserve"> e la </w:t>
      </w:r>
      <w:proofErr w:type="spellStart"/>
      <w:r w:rsidRPr="002F1A57">
        <w:rPr>
          <w:rFonts w:asciiTheme="majorHAnsi" w:eastAsiaTheme="majorEastAsia" w:hAnsiTheme="majorHAnsi" w:cstheme="majorBidi"/>
          <w:sz w:val="24"/>
          <w:szCs w:val="24"/>
        </w:rPr>
        <w:t>gentilezza</w:t>
      </w:r>
      <w:proofErr w:type="spellEnd"/>
      <w:r w:rsidRPr="002F1A57">
        <w:rPr>
          <w:rFonts w:asciiTheme="majorHAnsi" w:eastAsiaTheme="majorEastAsia" w:hAnsiTheme="majorHAnsi" w:cstheme="majorBidi"/>
          <w:sz w:val="24"/>
          <w:szCs w:val="24"/>
        </w:rPr>
        <w:t xml:space="preserve"> verso </w:t>
      </w:r>
      <w:proofErr w:type="spellStart"/>
      <w:r w:rsidRPr="002F1A57">
        <w:rPr>
          <w:rFonts w:asciiTheme="majorHAnsi" w:eastAsiaTheme="majorEastAsia" w:hAnsiTheme="majorHAnsi" w:cstheme="majorBidi"/>
          <w:sz w:val="24"/>
          <w:szCs w:val="24"/>
        </w:rPr>
        <w:t>gli</w:t>
      </w:r>
      <w:proofErr w:type="spellEnd"/>
      <w:r w:rsidRPr="002F1A57">
        <w:rPr>
          <w:rFonts w:asciiTheme="majorHAnsi" w:eastAsiaTheme="majorEastAsia" w:hAnsiTheme="majorHAnsi" w:cstheme="majorBidi"/>
          <w:sz w:val="24"/>
          <w:szCs w:val="24"/>
        </w:rPr>
        <w:t xml:space="preserve"> </w:t>
      </w:r>
      <w:proofErr w:type="spellStart"/>
      <w:r w:rsidRPr="002F1A57">
        <w:rPr>
          <w:rFonts w:asciiTheme="majorHAnsi" w:eastAsiaTheme="majorEastAsia" w:hAnsiTheme="majorHAnsi" w:cstheme="majorBidi"/>
          <w:sz w:val="24"/>
          <w:szCs w:val="24"/>
        </w:rPr>
        <w:t>altri</w:t>
      </w:r>
      <w:proofErr w:type="spellEnd"/>
      <w:r w:rsidRPr="002F1A57">
        <w:rPr>
          <w:rFonts w:asciiTheme="majorHAnsi" w:eastAsiaTheme="majorEastAsia" w:hAnsiTheme="majorHAnsi" w:cstheme="majorBidi"/>
          <w:sz w:val="24"/>
          <w:szCs w:val="24"/>
        </w:rPr>
        <w:t xml:space="preserve">, </w:t>
      </w:r>
      <w:proofErr w:type="spellStart"/>
      <w:r w:rsidRPr="002F1A57">
        <w:rPr>
          <w:rFonts w:asciiTheme="majorHAnsi" w:eastAsiaTheme="majorEastAsia" w:hAnsiTheme="majorHAnsi" w:cstheme="majorBidi"/>
          <w:sz w:val="24"/>
          <w:szCs w:val="24"/>
        </w:rPr>
        <w:t>anche</w:t>
      </w:r>
      <w:proofErr w:type="spellEnd"/>
      <w:r w:rsidRPr="002F1A57">
        <w:rPr>
          <w:rFonts w:asciiTheme="majorHAnsi" w:eastAsiaTheme="majorEastAsia" w:hAnsiTheme="majorHAnsi" w:cstheme="majorBidi"/>
          <w:sz w:val="24"/>
          <w:szCs w:val="24"/>
        </w:rPr>
        <w:t xml:space="preserve"> </w:t>
      </w:r>
      <w:proofErr w:type="spellStart"/>
      <w:r w:rsidRPr="002F1A57">
        <w:rPr>
          <w:rFonts w:asciiTheme="majorHAnsi" w:eastAsiaTheme="majorEastAsia" w:hAnsiTheme="majorHAnsi" w:cstheme="majorBidi"/>
          <w:sz w:val="24"/>
          <w:szCs w:val="24"/>
        </w:rPr>
        <w:t>i</w:t>
      </w:r>
      <w:proofErr w:type="spellEnd"/>
      <w:r w:rsidRPr="002F1A57">
        <w:rPr>
          <w:rFonts w:asciiTheme="majorHAnsi" w:eastAsiaTheme="majorEastAsia" w:hAnsiTheme="majorHAnsi" w:cstheme="majorBidi"/>
          <w:sz w:val="24"/>
          <w:szCs w:val="24"/>
        </w:rPr>
        <w:t xml:space="preserve"> </w:t>
      </w:r>
      <w:proofErr w:type="spellStart"/>
      <w:r w:rsidRPr="002F1A57">
        <w:rPr>
          <w:rFonts w:asciiTheme="majorHAnsi" w:eastAsiaTheme="majorEastAsia" w:hAnsiTheme="majorHAnsi" w:cstheme="majorBidi"/>
          <w:sz w:val="24"/>
          <w:szCs w:val="24"/>
        </w:rPr>
        <w:t>più</w:t>
      </w:r>
      <w:proofErr w:type="spellEnd"/>
      <w:r w:rsidRPr="002F1A57">
        <w:rPr>
          <w:rFonts w:asciiTheme="majorHAnsi" w:eastAsiaTheme="majorEastAsia" w:hAnsiTheme="majorHAnsi" w:cstheme="majorBidi"/>
          <w:sz w:val="24"/>
          <w:szCs w:val="24"/>
        </w:rPr>
        <w:t xml:space="preserve"> </w:t>
      </w:r>
      <w:proofErr w:type="spellStart"/>
      <w:r w:rsidRPr="002F1A57">
        <w:rPr>
          <w:rFonts w:asciiTheme="majorHAnsi" w:eastAsiaTheme="majorEastAsia" w:hAnsiTheme="majorHAnsi" w:cstheme="majorBidi"/>
          <w:sz w:val="24"/>
          <w:szCs w:val="24"/>
        </w:rPr>
        <w:t>piccoli</w:t>
      </w:r>
      <w:proofErr w:type="spellEnd"/>
      <w:r w:rsidRPr="002F1A57">
        <w:rPr>
          <w:rFonts w:asciiTheme="majorHAnsi" w:eastAsiaTheme="majorEastAsia" w:hAnsiTheme="majorHAnsi" w:cstheme="majorBidi"/>
          <w:sz w:val="24"/>
          <w:szCs w:val="24"/>
        </w:rPr>
        <w:t xml:space="preserve"> </w:t>
      </w:r>
      <w:proofErr w:type="spellStart"/>
      <w:r w:rsidRPr="002F1A57">
        <w:rPr>
          <w:rFonts w:asciiTheme="majorHAnsi" w:eastAsiaTheme="majorEastAsia" w:hAnsiTheme="majorHAnsi" w:cstheme="majorBidi"/>
          <w:sz w:val="24"/>
          <w:szCs w:val="24"/>
        </w:rPr>
        <w:t>gesti</w:t>
      </w:r>
      <w:proofErr w:type="spellEnd"/>
      <w:r w:rsidRPr="002F1A57">
        <w:rPr>
          <w:rFonts w:asciiTheme="majorHAnsi" w:eastAsiaTheme="majorEastAsia" w:hAnsiTheme="majorHAnsi" w:cstheme="majorBidi"/>
          <w:sz w:val="24"/>
          <w:szCs w:val="24"/>
        </w:rPr>
        <w:t xml:space="preserve"> </w:t>
      </w:r>
      <w:proofErr w:type="spellStart"/>
      <w:r w:rsidRPr="002F1A57">
        <w:rPr>
          <w:rFonts w:asciiTheme="majorHAnsi" w:eastAsiaTheme="majorEastAsia" w:hAnsiTheme="majorHAnsi" w:cstheme="majorBidi"/>
          <w:sz w:val="24"/>
          <w:szCs w:val="24"/>
        </w:rPr>
        <w:t>che</w:t>
      </w:r>
      <w:proofErr w:type="spellEnd"/>
      <w:r w:rsidRPr="002F1A57">
        <w:rPr>
          <w:rFonts w:asciiTheme="majorHAnsi" w:eastAsiaTheme="majorEastAsia" w:hAnsiTheme="majorHAnsi" w:cstheme="majorBidi"/>
          <w:sz w:val="24"/>
          <w:szCs w:val="24"/>
        </w:rPr>
        <w:t xml:space="preserve"> </w:t>
      </w:r>
      <w:proofErr w:type="spellStart"/>
      <w:r w:rsidRPr="002F1A57">
        <w:rPr>
          <w:rFonts w:asciiTheme="majorHAnsi" w:eastAsiaTheme="majorEastAsia" w:hAnsiTheme="majorHAnsi" w:cstheme="majorBidi"/>
          <w:sz w:val="24"/>
          <w:szCs w:val="24"/>
        </w:rPr>
        <w:t>fanno</w:t>
      </w:r>
      <w:proofErr w:type="spellEnd"/>
      <w:r w:rsidRPr="002F1A57">
        <w:rPr>
          <w:rFonts w:asciiTheme="majorHAnsi" w:eastAsiaTheme="majorEastAsia" w:hAnsiTheme="majorHAnsi" w:cstheme="majorBidi"/>
          <w:sz w:val="24"/>
          <w:szCs w:val="24"/>
        </w:rPr>
        <w:t xml:space="preserve"> la </w:t>
      </w:r>
      <w:proofErr w:type="spellStart"/>
      <w:r w:rsidRPr="002F1A57">
        <w:rPr>
          <w:rFonts w:asciiTheme="majorHAnsi" w:eastAsiaTheme="majorEastAsia" w:hAnsiTheme="majorHAnsi" w:cstheme="majorBidi"/>
          <w:sz w:val="24"/>
          <w:szCs w:val="24"/>
        </w:rPr>
        <w:t>differenza</w:t>
      </w:r>
      <w:proofErr w:type="spellEnd"/>
      <w:r w:rsidRPr="002F1A57">
        <w:rPr>
          <w:rFonts w:asciiTheme="majorHAnsi" w:eastAsiaTheme="majorEastAsia" w:hAnsiTheme="majorHAnsi" w:cstheme="majorBidi"/>
          <w:sz w:val="24"/>
          <w:szCs w:val="24"/>
        </w:rPr>
        <w:t>.</w:t>
      </w:r>
    </w:p>
    <w:p w14:paraId="29AC995E" w14:textId="77777777" w:rsidR="0077424C" w:rsidRPr="002F1A57" w:rsidRDefault="0077424C" w:rsidP="0077424C">
      <w:pPr>
        <w:spacing w:after="0" w:line="240" w:lineRule="auto"/>
        <w:rPr>
          <w:rFonts w:asciiTheme="majorHAnsi" w:eastAsiaTheme="majorEastAsia" w:hAnsiTheme="majorHAnsi" w:cstheme="majorBidi"/>
          <w:sz w:val="24"/>
          <w:szCs w:val="24"/>
        </w:rPr>
      </w:pPr>
    </w:p>
    <w:p w14:paraId="5D847015" w14:textId="77777777" w:rsidR="00D04BA0" w:rsidRPr="002F1A57" w:rsidRDefault="00D04BA0" w:rsidP="00D04BA0">
      <w:pPr>
        <w:pStyle w:val="NormaleWeb"/>
        <w:spacing w:before="0" w:beforeAutospacing="0" w:after="0" w:afterAutospacing="0"/>
        <w:rPr>
          <w:rFonts w:asciiTheme="majorHAnsi" w:eastAsiaTheme="majorEastAsia" w:hAnsiTheme="majorHAnsi" w:cstheme="majorBidi"/>
          <w:b/>
          <w:bCs/>
          <w:lang w:val="en-US" w:eastAsia="en-US"/>
        </w:rPr>
      </w:pPr>
      <w:proofErr w:type="spellStart"/>
      <w:r w:rsidRPr="002F1A57">
        <w:rPr>
          <w:rFonts w:asciiTheme="majorHAnsi" w:eastAsiaTheme="majorEastAsia" w:hAnsiTheme="majorHAnsi" w:cstheme="majorBidi"/>
          <w:b/>
          <w:bCs/>
          <w:lang w:val="en-US" w:eastAsia="en-US"/>
        </w:rPr>
        <w:t>Auser</w:t>
      </w:r>
      <w:proofErr w:type="spellEnd"/>
      <w:r w:rsidRPr="002F1A57">
        <w:rPr>
          <w:rFonts w:asciiTheme="majorHAnsi" w:eastAsiaTheme="majorEastAsia" w:hAnsiTheme="majorHAnsi" w:cstheme="majorBidi"/>
          <w:b/>
          <w:bCs/>
          <w:lang w:val="en-US" w:eastAsia="en-US"/>
        </w:rPr>
        <w:t xml:space="preserve"> in </w:t>
      </w:r>
      <w:proofErr w:type="spellStart"/>
      <w:r w:rsidRPr="002F1A57">
        <w:rPr>
          <w:rFonts w:asciiTheme="majorHAnsi" w:eastAsiaTheme="majorEastAsia" w:hAnsiTheme="majorHAnsi" w:cstheme="majorBidi"/>
          <w:b/>
          <w:bCs/>
          <w:lang w:val="en-US" w:eastAsia="en-US"/>
        </w:rPr>
        <w:t>Movimento</w:t>
      </w:r>
      <w:proofErr w:type="spellEnd"/>
    </w:p>
    <w:p w14:paraId="3CCCB3AA" w14:textId="77777777" w:rsidR="00586590" w:rsidRPr="002F1A57" w:rsidRDefault="00D04BA0" w:rsidP="00586590">
      <w:pPr>
        <w:pStyle w:val="NormaleWeb"/>
        <w:spacing w:before="0" w:beforeAutospacing="0" w:after="0" w:afterAutospacing="0"/>
        <w:jc w:val="both"/>
        <w:rPr>
          <w:rFonts w:asciiTheme="majorHAnsi" w:eastAsiaTheme="majorEastAsia" w:hAnsiTheme="majorHAnsi" w:cstheme="majorBidi"/>
          <w:lang w:val="en-US" w:eastAsia="en-US"/>
        </w:rPr>
      </w:pPr>
      <w:proofErr w:type="spellStart"/>
      <w:r w:rsidRPr="002F1A57">
        <w:rPr>
          <w:rFonts w:asciiTheme="majorHAnsi" w:eastAsiaTheme="majorEastAsia" w:hAnsiTheme="majorHAnsi" w:cstheme="majorBidi"/>
          <w:lang w:val="en-US" w:eastAsia="en-US"/>
        </w:rPr>
        <w:t>L'obiettivo</w:t>
      </w:r>
      <w:proofErr w:type="spellEnd"/>
      <w:r w:rsidRPr="002F1A57">
        <w:rPr>
          <w:rFonts w:asciiTheme="majorHAnsi" w:eastAsiaTheme="majorEastAsia" w:hAnsiTheme="majorHAnsi" w:cstheme="majorBidi"/>
          <w:lang w:val="en-US" w:eastAsia="en-US"/>
        </w:rPr>
        <w:t xml:space="preserve"> del </w:t>
      </w:r>
      <w:proofErr w:type="spellStart"/>
      <w:r w:rsidRPr="002F1A57">
        <w:rPr>
          <w:rFonts w:asciiTheme="majorHAnsi" w:eastAsiaTheme="majorEastAsia" w:hAnsiTheme="majorHAnsi" w:cstheme="majorBidi"/>
          <w:lang w:val="en-US" w:eastAsia="en-US"/>
        </w:rPr>
        <w:t>progetto</w:t>
      </w:r>
      <w:proofErr w:type="spellEnd"/>
      <w:r w:rsidRPr="002F1A57">
        <w:rPr>
          <w:rFonts w:asciiTheme="majorHAnsi" w:eastAsiaTheme="majorEastAsia" w:hAnsiTheme="majorHAnsi" w:cstheme="majorBidi"/>
          <w:lang w:val="en-US" w:eastAsia="en-US"/>
        </w:rPr>
        <w:t xml:space="preserve"> "</w:t>
      </w:r>
      <w:proofErr w:type="spellStart"/>
      <w:r w:rsidRPr="002F1A57">
        <w:rPr>
          <w:rFonts w:asciiTheme="majorHAnsi" w:eastAsiaTheme="majorEastAsia" w:hAnsiTheme="majorHAnsi" w:cstheme="majorBidi"/>
          <w:lang w:val="en-US" w:eastAsia="en-US"/>
        </w:rPr>
        <w:t>Auser</w:t>
      </w:r>
      <w:proofErr w:type="spellEnd"/>
      <w:r w:rsidRPr="002F1A57">
        <w:rPr>
          <w:rFonts w:asciiTheme="majorHAnsi" w:eastAsiaTheme="majorEastAsia" w:hAnsiTheme="majorHAnsi" w:cstheme="majorBidi"/>
          <w:lang w:val="en-US" w:eastAsia="en-US"/>
        </w:rPr>
        <w:t xml:space="preserve"> in </w:t>
      </w:r>
      <w:proofErr w:type="spellStart"/>
      <w:r w:rsidRPr="002F1A57">
        <w:rPr>
          <w:rFonts w:asciiTheme="majorHAnsi" w:eastAsiaTheme="majorEastAsia" w:hAnsiTheme="majorHAnsi" w:cstheme="majorBidi"/>
          <w:lang w:val="en-US" w:eastAsia="en-US"/>
        </w:rPr>
        <w:t>Movimento</w:t>
      </w:r>
      <w:proofErr w:type="spellEnd"/>
      <w:r w:rsidRPr="002F1A57">
        <w:rPr>
          <w:rFonts w:asciiTheme="majorHAnsi" w:eastAsiaTheme="majorEastAsia" w:hAnsiTheme="majorHAnsi" w:cstheme="majorBidi"/>
          <w:lang w:val="en-US" w:eastAsia="en-US"/>
        </w:rPr>
        <w:t xml:space="preserve">" è </w:t>
      </w:r>
      <w:proofErr w:type="spellStart"/>
      <w:r w:rsidRPr="002F1A57">
        <w:rPr>
          <w:rFonts w:asciiTheme="majorHAnsi" w:eastAsiaTheme="majorEastAsia" w:hAnsiTheme="majorHAnsi" w:cstheme="majorBidi"/>
          <w:lang w:val="en-US" w:eastAsia="en-US"/>
        </w:rPr>
        <w:t>garantire</w:t>
      </w:r>
      <w:proofErr w:type="spellEnd"/>
      <w:r w:rsidRPr="002F1A57">
        <w:rPr>
          <w:rFonts w:asciiTheme="majorHAnsi" w:eastAsiaTheme="majorEastAsia" w:hAnsiTheme="majorHAnsi" w:cstheme="majorBidi"/>
          <w:lang w:val="en-US" w:eastAsia="en-US"/>
        </w:rPr>
        <w:t xml:space="preserve"> la </w:t>
      </w:r>
      <w:proofErr w:type="spellStart"/>
      <w:r w:rsidRPr="002F1A57">
        <w:rPr>
          <w:rFonts w:asciiTheme="majorHAnsi" w:eastAsiaTheme="majorEastAsia" w:hAnsiTheme="majorHAnsi" w:cstheme="majorBidi"/>
          <w:lang w:val="en-US" w:eastAsia="en-US"/>
        </w:rPr>
        <w:t>piena</w:t>
      </w:r>
      <w:proofErr w:type="spellEnd"/>
      <w:r w:rsidRPr="002F1A57">
        <w:rPr>
          <w:rFonts w:asciiTheme="majorHAnsi" w:eastAsiaTheme="majorEastAsia" w:hAnsiTheme="majorHAnsi" w:cstheme="majorBidi"/>
          <w:lang w:val="en-US" w:eastAsia="en-US"/>
        </w:rPr>
        <w:t xml:space="preserve"> </w:t>
      </w:r>
      <w:proofErr w:type="spellStart"/>
      <w:r w:rsidRPr="002F1A57">
        <w:rPr>
          <w:rFonts w:asciiTheme="majorHAnsi" w:eastAsiaTheme="majorEastAsia" w:hAnsiTheme="majorHAnsi" w:cstheme="majorBidi"/>
          <w:lang w:val="en-US" w:eastAsia="en-US"/>
        </w:rPr>
        <w:t>accessibilità</w:t>
      </w:r>
      <w:proofErr w:type="spellEnd"/>
      <w:r w:rsidRPr="002F1A57">
        <w:rPr>
          <w:rFonts w:asciiTheme="majorHAnsi" w:eastAsiaTheme="majorEastAsia" w:hAnsiTheme="majorHAnsi" w:cstheme="majorBidi"/>
          <w:lang w:val="en-US" w:eastAsia="en-US"/>
        </w:rPr>
        <w:t xml:space="preserve"> ai </w:t>
      </w:r>
      <w:proofErr w:type="spellStart"/>
      <w:r w:rsidRPr="002F1A57">
        <w:rPr>
          <w:rFonts w:asciiTheme="majorHAnsi" w:eastAsiaTheme="majorEastAsia" w:hAnsiTheme="majorHAnsi" w:cstheme="majorBidi"/>
          <w:lang w:val="en-US" w:eastAsia="en-US"/>
        </w:rPr>
        <w:t>servizi</w:t>
      </w:r>
      <w:proofErr w:type="spellEnd"/>
      <w:r w:rsidRPr="002F1A57">
        <w:rPr>
          <w:rFonts w:asciiTheme="majorHAnsi" w:eastAsiaTheme="majorEastAsia" w:hAnsiTheme="majorHAnsi" w:cstheme="majorBidi"/>
          <w:lang w:val="en-US" w:eastAsia="en-US"/>
        </w:rPr>
        <w:t xml:space="preserve"> e alle </w:t>
      </w:r>
      <w:proofErr w:type="spellStart"/>
      <w:r w:rsidRPr="002F1A57">
        <w:rPr>
          <w:rFonts w:asciiTheme="majorHAnsi" w:eastAsiaTheme="majorEastAsia" w:hAnsiTheme="majorHAnsi" w:cstheme="majorBidi"/>
          <w:lang w:val="en-US" w:eastAsia="en-US"/>
        </w:rPr>
        <w:t>attività</w:t>
      </w:r>
      <w:proofErr w:type="spellEnd"/>
      <w:r w:rsidRPr="002F1A57">
        <w:rPr>
          <w:rFonts w:asciiTheme="majorHAnsi" w:eastAsiaTheme="majorEastAsia" w:hAnsiTheme="majorHAnsi" w:cstheme="majorBidi"/>
          <w:lang w:val="en-US" w:eastAsia="en-US"/>
        </w:rPr>
        <w:t xml:space="preserve"> </w:t>
      </w:r>
      <w:proofErr w:type="spellStart"/>
      <w:r w:rsidRPr="002F1A57">
        <w:rPr>
          <w:rFonts w:asciiTheme="majorHAnsi" w:eastAsiaTheme="majorEastAsia" w:hAnsiTheme="majorHAnsi" w:cstheme="majorBidi"/>
          <w:lang w:val="en-US" w:eastAsia="en-US"/>
        </w:rPr>
        <w:t>proposte</w:t>
      </w:r>
      <w:proofErr w:type="spellEnd"/>
      <w:r w:rsidRPr="002F1A57">
        <w:rPr>
          <w:rFonts w:asciiTheme="majorHAnsi" w:eastAsiaTheme="majorEastAsia" w:hAnsiTheme="majorHAnsi" w:cstheme="majorBidi"/>
          <w:lang w:val="en-US" w:eastAsia="en-US"/>
        </w:rPr>
        <w:t xml:space="preserve"> </w:t>
      </w:r>
      <w:proofErr w:type="spellStart"/>
      <w:r w:rsidRPr="002F1A57">
        <w:rPr>
          <w:rFonts w:asciiTheme="majorHAnsi" w:eastAsiaTheme="majorEastAsia" w:hAnsiTheme="majorHAnsi" w:cstheme="majorBidi"/>
          <w:lang w:val="en-US" w:eastAsia="en-US"/>
        </w:rPr>
        <w:t>dall'associazione</w:t>
      </w:r>
      <w:proofErr w:type="spellEnd"/>
      <w:r w:rsidRPr="002F1A57">
        <w:rPr>
          <w:rFonts w:asciiTheme="majorHAnsi" w:eastAsiaTheme="majorEastAsia" w:hAnsiTheme="majorHAnsi" w:cstheme="majorBidi"/>
          <w:lang w:val="en-US" w:eastAsia="en-US"/>
        </w:rPr>
        <w:t xml:space="preserve"> </w:t>
      </w:r>
      <w:proofErr w:type="spellStart"/>
      <w:r w:rsidRPr="002F1A57">
        <w:rPr>
          <w:rFonts w:asciiTheme="majorHAnsi" w:eastAsiaTheme="majorEastAsia" w:hAnsiTheme="majorHAnsi" w:cstheme="majorBidi"/>
          <w:lang w:val="en-US" w:eastAsia="en-US"/>
        </w:rPr>
        <w:t>anche</w:t>
      </w:r>
      <w:proofErr w:type="spellEnd"/>
      <w:r w:rsidRPr="002F1A57">
        <w:rPr>
          <w:rFonts w:asciiTheme="majorHAnsi" w:eastAsiaTheme="majorEastAsia" w:hAnsiTheme="majorHAnsi" w:cstheme="majorBidi"/>
          <w:lang w:val="en-US" w:eastAsia="en-US"/>
        </w:rPr>
        <w:t xml:space="preserve"> </w:t>
      </w:r>
      <w:proofErr w:type="spellStart"/>
      <w:r w:rsidRPr="002F1A57">
        <w:rPr>
          <w:rFonts w:asciiTheme="majorHAnsi" w:eastAsiaTheme="majorEastAsia" w:hAnsiTheme="majorHAnsi" w:cstheme="majorBidi"/>
          <w:lang w:val="en-US" w:eastAsia="en-US"/>
        </w:rPr>
        <w:t>agli</w:t>
      </w:r>
      <w:proofErr w:type="spellEnd"/>
      <w:r w:rsidRPr="002F1A57">
        <w:rPr>
          <w:rFonts w:asciiTheme="majorHAnsi" w:eastAsiaTheme="majorEastAsia" w:hAnsiTheme="majorHAnsi" w:cstheme="majorBidi"/>
          <w:lang w:val="en-US" w:eastAsia="en-US"/>
        </w:rPr>
        <w:t xml:space="preserve"> </w:t>
      </w:r>
      <w:proofErr w:type="spellStart"/>
      <w:r w:rsidRPr="002F1A57">
        <w:rPr>
          <w:rFonts w:asciiTheme="majorHAnsi" w:eastAsiaTheme="majorEastAsia" w:hAnsiTheme="majorHAnsi" w:cstheme="majorBidi"/>
          <w:lang w:val="en-US" w:eastAsia="en-US"/>
        </w:rPr>
        <w:t>utenti</w:t>
      </w:r>
      <w:proofErr w:type="spellEnd"/>
      <w:r w:rsidRPr="002F1A57">
        <w:rPr>
          <w:rFonts w:asciiTheme="majorHAnsi" w:eastAsiaTheme="majorEastAsia" w:hAnsiTheme="majorHAnsi" w:cstheme="majorBidi"/>
          <w:lang w:val="en-US" w:eastAsia="en-US"/>
        </w:rPr>
        <w:t xml:space="preserve"> </w:t>
      </w:r>
      <w:proofErr w:type="spellStart"/>
      <w:r w:rsidRPr="002F1A57">
        <w:rPr>
          <w:rFonts w:asciiTheme="majorHAnsi" w:eastAsiaTheme="majorEastAsia" w:hAnsiTheme="majorHAnsi" w:cstheme="majorBidi"/>
          <w:lang w:val="en-US" w:eastAsia="en-US"/>
        </w:rPr>
        <w:t>che</w:t>
      </w:r>
      <w:proofErr w:type="spellEnd"/>
      <w:r w:rsidRPr="002F1A57">
        <w:rPr>
          <w:rFonts w:asciiTheme="majorHAnsi" w:eastAsiaTheme="majorEastAsia" w:hAnsiTheme="majorHAnsi" w:cstheme="majorBidi"/>
          <w:lang w:val="en-US" w:eastAsia="en-US"/>
        </w:rPr>
        <w:t xml:space="preserve">, per </w:t>
      </w:r>
      <w:proofErr w:type="spellStart"/>
      <w:r w:rsidRPr="002F1A57">
        <w:rPr>
          <w:rFonts w:asciiTheme="majorHAnsi" w:eastAsiaTheme="majorEastAsia" w:hAnsiTheme="majorHAnsi" w:cstheme="majorBidi"/>
          <w:lang w:val="en-US" w:eastAsia="en-US"/>
        </w:rPr>
        <w:t>motivi</w:t>
      </w:r>
      <w:proofErr w:type="spellEnd"/>
      <w:r w:rsidRPr="002F1A57">
        <w:rPr>
          <w:rFonts w:asciiTheme="majorHAnsi" w:eastAsiaTheme="majorEastAsia" w:hAnsiTheme="majorHAnsi" w:cstheme="majorBidi"/>
          <w:lang w:val="en-US" w:eastAsia="en-US"/>
        </w:rPr>
        <w:t xml:space="preserve"> di salute, </w:t>
      </w:r>
      <w:proofErr w:type="spellStart"/>
      <w:r w:rsidRPr="002F1A57">
        <w:rPr>
          <w:rFonts w:asciiTheme="majorHAnsi" w:eastAsiaTheme="majorEastAsia" w:hAnsiTheme="majorHAnsi" w:cstheme="majorBidi"/>
          <w:lang w:val="en-US" w:eastAsia="en-US"/>
        </w:rPr>
        <w:t>mobilità</w:t>
      </w:r>
      <w:proofErr w:type="spellEnd"/>
      <w:r w:rsidRPr="002F1A57">
        <w:rPr>
          <w:rFonts w:asciiTheme="majorHAnsi" w:eastAsiaTheme="majorEastAsia" w:hAnsiTheme="majorHAnsi" w:cstheme="majorBidi"/>
          <w:lang w:val="en-US" w:eastAsia="en-US"/>
        </w:rPr>
        <w:t xml:space="preserve"> </w:t>
      </w:r>
      <w:proofErr w:type="spellStart"/>
      <w:r w:rsidRPr="002F1A57">
        <w:rPr>
          <w:rFonts w:asciiTheme="majorHAnsi" w:eastAsiaTheme="majorEastAsia" w:hAnsiTheme="majorHAnsi" w:cstheme="majorBidi"/>
          <w:lang w:val="en-US" w:eastAsia="en-US"/>
        </w:rPr>
        <w:t>ridotta</w:t>
      </w:r>
      <w:proofErr w:type="spellEnd"/>
      <w:r w:rsidRPr="002F1A57">
        <w:rPr>
          <w:rFonts w:asciiTheme="majorHAnsi" w:eastAsiaTheme="majorEastAsia" w:hAnsiTheme="majorHAnsi" w:cstheme="majorBidi"/>
          <w:lang w:val="en-US" w:eastAsia="en-US"/>
        </w:rPr>
        <w:t xml:space="preserve"> o </w:t>
      </w:r>
      <w:proofErr w:type="spellStart"/>
      <w:r w:rsidRPr="002F1A57">
        <w:rPr>
          <w:rFonts w:asciiTheme="majorHAnsi" w:eastAsiaTheme="majorEastAsia" w:hAnsiTheme="majorHAnsi" w:cstheme="majorBidi"/>
          <w:lang w:val="en-US" w:eastAsia="en-US"/>
        </w:rPr>
        <w:t>altre</w:t>
      </w:r>
      <w:proofErr w:type="spellEnd"/>
      <w:r w:rsidRPr="002F1A57">
        <w:rPr>
          <w:rFonts w:asciiTheme="majorHAnsi" w:eastAsiaTheme="majorEastAsia" w:hAnsiTheme="majorHAnsi" w:cstheme="majorBidi"/>
          <w:lang w:val="en-US" w:eastAsia="en-US"/>
        </w:rPr>
        <w:t xml:space="preserve"> </w:t>
      </w:r>
      <w:proofErr w:type="spellStart"/>
      <w:r w:rsidRPr="002F1A57">
        <w:rPr>
          <w:rFonts w:asciiTheme="majorHAnsi" w:eastAsiaTheme="majorEastAsia" w:hAnsiTheme="majorHAnsi" w:cstheme="majorBidi"/>
          <w:lang w:val="en-US" w:eastAsia="en-US"/>
        </w:rPr>
        <w:t>difficoltà</w:t>
      </w:r>
      <w:proofErr w:type="spellEnd"/>
      <w:r w:rsidRPr="002F1A57">
        <w:rPr>
          <w:rFonts w:asciiTheme="majorHAnsi" w:eastAsiaTheme="majorEastAsia" w:hAnsiTheme="majorHAnsi" w:cstheme="majorBidi"/>
          <w:lang w:val="en-US" w:eastAsia="en-US"/>
        </w:rPr>
        <w:t xml:space="preserve">, non </w:t>
      </w:r>
      <w:proofErr w:type="spellStart"/>
      <w:r w:rsidRPr="002F1A57">
        <w:rPr>
          <w:rFonts w:asciiTheme="majorHAnsi" w:eastAsiaTheme="majorEastAsia" w:hAnsiTheme="majorHAnsi" w:cstheme="majorBidi"/>
          <w:lang w:val="en-US" w:eastAsia="en-US"/>
        </w:rPr>
        <w:t>possono</w:t>
      </w:r>
      <w:proofErr w:type="spellEnd"/>
      <w:r w:rsidRPr="002F1A57">
        <w:rPr>
          <w:rFonts w:asciiTheme="majorHAnsi" w:eastAsiaTheme="majorEastAsia" w:hAnsiTheme="majorHAnsi" w:cstheme="majorBidi"/>
          <w:lang w:val="en-US" w:eastAsia="en-US"/>
        </w:rPr>
        <w:t xml:space="preserve"> </w:t>
      </w:r>
      <w:proofErr w:type="spellStart"/>
      <w:r w:rsidRPr="002F1A57">
        <w:rPr>
          <w:rFonts w:asciiTheme="majorHAnsi" w:eastAsiaTheme="majorEastAsia" w:hAnsiTheme="majorHAnsi" w:cstheme="majorBidi"/>
          <w:lang w:val="en-US" w:eastAsia="en-US"/>
        </w:rPr>
        <w:t>raggiungere</w:t>
      </w:r>
      <w:proofErr w:type="spellEnd"/>
      <w:r w:rsidRPr="002F1A57">
        <w:rPr>
          <w:rFonts w:asciiTheme="majorHAnsi" w:eastAsiaTheme="majorEastAsia" w:hAnsiTheme="majorHAnsi" w:cstheme="majorBidi"/>
          <w:lang w:val="en-US" w:eastAsia="en-US"/>
        </w:rPr>
        <w:t xml:space="preserve"> </w:t>
      </w:r>
      <w:proofErr w:type="spellStart"/>
      <w:r w:rsidRPr="002F1A57">
        <w:rPr>
          <w:rFonts w:asciiTheme="majorHAnsi" w:eastAsiaTheme="majorEastAsia" w:hAnsiTheme="majorHAnsi" w:cstheme="majorBidi"/>
          <w:lang w:val="en-US" w:eastAsia="en-US"/>
        </w:rPr>
        <w:t>autonomamente</w:t>
      </w:r>
      <w:proofErr w:type="spellEnd"/>
      <w:r w:rsidRPr="002F1A57">
        <w:rPr>
          <w:rFonts w:asciiTheme="majorHAnsi" w:eastAsiaTheme="majorEastAsia" w:hAnsiTheme="majorHAnsi" w:cstheme="majorBidi"/>
          <w:lang w:val="en-US" w:eastAsia="en-US"/>
        </w:rPr>
        <w:t xml:space="preserve"> </w:t>
      </w:r>
      <w:proofErr w:type="spellStart"/>
      <w:r w:rsidRPr="002F1A57">
        <w:rPr>
          <w:rFonts w:asciiTheme="majorHAnsi" w:eastAsiaTheme="majorEastAsia" w:hAnsiTheme="majorHAnsi" w:cstheme="majorBidi"/>
          <w:lang w:val="en-US" w:eastAsia="en-US"/>
        </w:rPr>
        <w:t>i</w:t>
      </w:r>
      <w:proofErr w:type="spellEnd"/>
      <w:r w:rsidRPr="002F1A57">
        <w:rPr>
          <w:rFonts w:asciiTheme="majorHAnsi" w:eastAsiaTheme="majorEastAsia" w:hAnsiTheme="majorHAnsi" w:cstheme="majorBidi"/>
          <w:lang w:val="en-US" w:eastAsia="en-US"/>
        </w:rPr>
        <w:t xml:space="preserve"> </w:t>
      </w:r>
      <w:proofErr w:type="spellStart"/>
      <w:r w:rsidRPr="002F1A57">
        <w:rPr>
          <w:rFonts w:asciiTheme="majorHAnsi" w:eastAsiaTheme="majorEastAsia" w:hAnsiTheme="majorHAnsi" w:cstheme="majorBidi"/>
          <w:lang w:val="en-US" w:eastAsia="en-US"/>
        </w:rPr>
        <w:t>nostri</w:t>
      </w:r>
      <w:proofErr w:type="spellEnd"/>
      <w:r w:rsidRPr="002F1A57">
        <w:rPr>
          <w:rFonts w:asciiTheme="majorHAnsi" w:eastAsiaTheme="majorEastAsia" w:hAnsiTheme="majorHAnsi" w:cstheme="majorBidi"/>
          <w:lang w:val="en-US" w:eastAsia="en-US"/>
        </w:rPr>
        <w:t xml:space="preserve"> </w:t>
      </w:r>
      <w:proofErr w:type="spellStart"/>
      <w:r w:rsidRPr="002F1A57">
        <w:rPr>
          <w:rFonts w:asciiTheme="majorHAnsi" w:eastAsiaTheme="majorEastAsia" w:hAnsiTheme="majorHAnsi" w:cstheme="majorBidi"/>
          <w:lang w:val="en-US" w:eastAsia="en-US"/>
        </w:rPr>
        <w:t>centri</w:t>
      </w:r>
      <w:proofErr w:type="spellEnd"/>
      <w:r w:rsidRPr="002F1A57">
        <w:rPr>
          <w:rFonts w:asciiTheme="majorHAnsi" w:eastAsiaTheme="majorEastAsia" w:hAnsiTheme="majorHAnsi" w:cstheme="majorBidi"/>
          <w:lang w:val="en-US" w:eastAsia="en-US"/>
        </w:rPr>
        <w:t>.</w:t>
      </w:r>
    </w:p>
    <w:p w14:paraId="14155907" w14:textId="77777777" w:rsidR="00586590" w:rsidRPr="002F1A57" w:rsidRDefault="00D04BA0" w:rsidP="00586590">
      <w:pPr>
        <w:pStyle w:val="NormaleWeb"/>
        <w:spacing w:before="0" w:beforeAutospacing="0" w:after="0" w:afterAutospacing="0"/>
        <w:jc w:val="both"/>
        <w:rPr>
          <w:rFonts w:asciiTheme="majorHAnsi" w:eastAsiaTheme="majorEastAsia" w:hAnsiTheme="majorHAnsi" w:cstheme="majorBidi"/>
          <w:lang w:val="en-US" w:eastAsia="en-US"/>
        </w:rPr>
      </w:pPr>
      <w:proofErr w:type="spellStart"/>
      <w:r w:rsidRPr="002F1A57">
        <w:rPr>
          <w:rFonts w:asciiTheme="majorHAnsi" w:eastAsiaTheme="majorEastAsia" w:hAnsiTheme="majorHAnsi" w:cstheme="majorBidi"/>
          <w:lang w:val="en-US" w:eastAsia="en-US"/>
        </w:rPr>
        <w:t>Attraverso</w:t>
      </w:r>
      <w:proofErr w:type="spellEnd"/>
      <w:r w:rsidRPr="002F1A57">
        <w:rPr>
          <w:rFonts w:asciiTheme="majorHAnsi" w:eastAsiaTheme="majorEastAsia" w:hAnsiTheme="majorHAnsi" w:cstheme="majorBidi"/>
          <w:lang w:val="en-US" w:eastAsia="en-US"/>
        </w:rPr>
        <w:t xml:space="preserve"> la </w:t>
      </w:r>
      <w:proofErr w:type="spellStart"/>
      <w:r w:rsidRPr="002F1A57">
        <w:rPr>
          <w:rFonts w:asciiTheme="majorHAnsi" w:eastAsiaTheme="majorEastAsia" w:hAnsiTheme="majorHAnsi" w:cstheme="majorBidi"/>
          <w:lang w:val="en-US" w:eastAsia="en-US"/>
        </w:rPr>
        <w:t>collaborazione</w:t>
      </w:r>
      <w:proofErr w:type="spellEnd"/>
      <w:r w:rsidRPr="002F1A57">
        <w:rPr>
          <w:rFonts w:asciiTheme="majorHAnsi" w:eastAsiaTheme="majorEastAsia" w:hAnsiTheme="majorHAnsi" w:cstheme="majorBidi"/>
          <w:lang w:val="en-US" w:eastAsia="en-US"/>
        </w:rPr>
        <w:t xml:space="preserve"> di </w:t>
      </w:r>
      <w:proofErr w:type="spellStart"/>
      <w:r w:rsidRPr="002F1A57">
        <w:rPr>
          <w:rFonts w:asciiTheme="majorHAnsi" w:eastAsiaTheme="majorEastAsia" w:hAnsiTheme="majorHAnsi" w:cstheme="majorBidi"/>
          <w:lang w:val="en-US" w:eastAsia="en-US"/>
        </w:rPr>
        <w:t>volontari</w:t>
      </w:r>
      <w:proofErr w:type="spellEnd"/>
      <w:r w:rsidRPr="002F1A57">
        <w:rPr>
          <w:rFonts w:asciiTheme="majorHAnsi" w:eastAsiaTheme="majorEastAsia" w:hAnsiTheme="majorHAnsi" w:cstheme="majorBidi"/>
          <w:lang w:val="en-US" w:eastAsia="en-US"/>
        </w:rPr>
        <w:t xml:space="preserve"> </w:t>
      </w:r>
      <w:proofErr w:type="spellStart"/>
      <w:r w:rsidRPr="002F1A57">
        <w:rPr>
          <w:rFonts w:asciiTheme="majorHAnsi" w:eastAsiaTheme="majorEastAsia" w:hAnsiTheme="majorHAnsi" w:cstheme="majorBidi"/>
          <w:lang w:val="en-US" w:eastAsia="en-US"/>
        </w:rPr>
        <w:t>formati</w:t>
      </w:r>
      <w:proofErr w:type="spellEnd"/>
      <w:r w:rsidRPr="002F1A57">
        <w:rPr>
          <w:rFonts w:asciiTheme="majorHAnsi" w:eastAsiaTheme="majorEastAsia" w:hAnsiTheme="majorHAnsi" w:cstheme="majorBidi"/>
          <w:lang w:val="en-US" w:eastAsia="en-US"/>
        </w:rPr>
        <w:t xml:space="preserve"> e </w:t>
      </w:r>
      <w:proofErr w:type="spellStart"/>
      <w:r w:rsidRPr="002F1A57">
        <w:rPr>
          <w:rFonts w:asciiTheme="majorHAnsi" w:eastAsiaTheme="majorEastAsia" w:hAnsiTheme="majorHAnsi" w:cstheme="majorBidi"/>
          <w:lang w:val="en-US" w:eastAsia="en-US"/>
        </w:rPr>
        <w:t>disponibili</w:t>
      </w:r>
      <w:proofErr w:type="spellEnd"/>
      <w:r w:rsidRPr="002F1A57">
        <w:rPr>
          <w:rFonts w:asciiTheme="majorHAnsi" w:eastAsiaTheme="majorEastAsia" w:hAnsiTheme="majorHAnsi" w:cstheme="majorBidi"/>
          <w:lang w:val="en-US" w:eastAsia="en-US"/>
        </w:rPr>
        <w:t xml:space="preserve">, </w:t>
      </w:r>
      <w:proofErr w:type="spellStart"/>
      <w:r w:rsidRPr="002F1A57">
        <w:rPr>
          <w:rFonts w:asciiTheme="majorHAnsi" w:eastAsiaTheme="majorEastAsia" w:hAnsiTheme="majorHAnsi" w:cstheme="majorBidi"/>
          <w:lang w:val="en-US" w:eastAsia="en-US"/>
        </w:rPr>
        <w:t>verrà</w:t>
      </w:r>
      <w:proofErr w:type="spellEnd"/>
      <w:r w:rsidRPr="002F1A57">
        <w:rPr>
          <w:rFonts w:asciiTheme="majorHAnsi" w:eastAsiaTheme="majorEastAsia" w:hAnsiTheme="majorHAnsi" w:cstheme="majorBidi"/>
          <w:lang w:val="en-US" w:eastAsia="en-US"/>
        </w:rPr>
        <w:t xml:space="preserve"> </w:t>
      </w:r>
      <w:proofErr w:type="spellStart"/>
      <w:r w:rsidRPr="002F1A57">
        <w:rPr>
          <w:rFonts w:asciiTheme="majorHAnsi" w:eastAsiaTheme="majorEastAsia" w:hAnsiTheme="majorHAnsi" w:cstheme="majorBidi"/>
          <w:lang w:val="en-US" w:eastAsia="en-US"/>
        </w:rPr>
        <w:t>attivato</w:t>
      </w:r>
      <w:proofErr w:type="spellEnd"/>
      <w:r w:rsidRPr="002F1A57">
        <w:rPr>
          <w:rFonts w:asciiTheme="majorHAnsi" w:eastAsiaTheme="majorEastAsia" w:hAnsiTheme="majorHAnsi" w:cstheme="majorBidi"/>
          <w:lang w:val="en-US" w:eastAsia="en-US"/>
        </w:rPr>
        <w:t xml:space="preserve"> un </w:t>
      </w:r>
      <w:proofErr w:type="spellStart"/>
      <w:r w:rsidRPr="002F1A57">
        <w:rPr>
          <w:rFonts w:asciiTheme="majorHAnsi" w:eastAsiaTheme="majorEastAsia" w:hAnsiTheme="majorHAnsi" w:cstheme="majorBidi"/>
          <w:lang w:val="en-US" w:eastAsia="en-US"/>
        </w:rPr>
        <w:t>servizio</w:t>
      </w:r>
      <w:proofErr w:type="spellEnd"/>
      <w:r w:rsidRPr="002F1A57">
        <w:rPr>
          <w:rFonts w:asciiTheme="majorHAnsi" w:eastAsiaTheme="majorEastAsia" w:hAnsiTheme="majorHAnsi" w:cstheme="majorBidi"/>
          <w:lang w:val="en-US" w:eastAsia="en-US"/>
        </w:rPr>
        <w:t xml:space="preserve"> di </w:t>
      </w:r>
      <w:proofErr w:type="spellStart"/>
      <w:r w:rsidRPr="002F1A57">
        <w:rPr>
          <w:rFonts w:asciiTheme="majorHAnsi" w:eastAsiaTheme="majorEastAsia" w:hAnsiTheme="majorHAnsi" w:cstheme="majorBidi"/>
          <w:lang w:val="en-US" w:eastAsia="en-US"/>
        </w:rPr>
        <w:t>trasporto</w:t>
      </w:r>
      <w:proofErr w:type="spellEnd"/>
      <w:r w:rsidRPr="002F1A57">
        <w:rPr>
          <w:rFonts w:asciiTheme="majorHAnsi" w:eastAsiaTheme="majorEastAsia" w:hAnsiTheme="majorHAnsi" w:cstheme="majorBidi"/>
          <w:lang w:val="en-US" w:eastAsia="en-US"/>
        </w:rPr>
        <w:t xml:space="preserve"> </w:t>
      </w:r>
      <w:proofErr w:type="spellStart"/>
      <w:r w:rsidRPr="002F1A57">
        <w:rPr>
          <w:rFonts w:asciiTheme="majorHAnsi" w:eastAsiaTheme="majorEastAsia" w:hAnsiTheme="majorHAnsi" w:cstheme="majorBidi"/>
          <w:lang w:val="en-US" w:eastAsia="en-US"/>
        </w:rPr>
        <w:t>dedicato</w:t>
      </w:r>
      <w:proofErr w:type="spellEnd"/>
      <w:r w:rsidRPr="002F1A57">
        <w:rPr>
          <w:rFonts w:asciiTheme="majorHAnsi" w:eastAsiaTheme="majorEastAsia" w:hAnsiTheme="majorHAnsi" w:cstheme="majorBidi"/>
          <w:lang w:val="en-US" w:eastAsia="en-US"/>
        </w:rPr>
        <w:t xml:space="preserve"> </w:t>
      </w:r>
      <w:proofErr w:type="spellStart"/>
      <w:r w:rsidRPr="002F1A57">
        <w:rPr>
          <w:rFonts w:asciiTheme="majorHAnsi" w:eastAsiaTheme="majorEastAsia" w:hAnsiTheme="majorHAnsi" w:cstheme="majorBidi"/>
          <w:lang w:val="en-US" w:eastAsia="en-US"/>
        </w:rPr>
        <w:t>che</w:t>
      </w:r>
      <w:proofErr w:type="spellEnd"/>
      <w:r w:rsidRPr="002F1A57">
        <w:rPr>
          <w:rFonts w:asciiTheme="majorHAnsi" w:eastAsiaTheme="majorEastAsia" w:hAnsiTheme="majorHAnsi" w:cstheme="majorBidi"/>
          <w:lang w:val="en-US" w:eastAsia="en-US"/>
        </w:rPr>
        <w:t xml:space="preserve"> </w:t>
      </w:r>
      <w:proofErr w:type="spellStart"/>
      <w:r w:rsidRPr="002F1A57">
        <w:rPr>
          <w:rFonts w:asciiTheme="majorHAnsi" w:eastAsiaTheme="majorEastAsia" w:hAnsiTheme="majorHAnsi" w:cstheme="majorBidi"/>
          <w:lang w:val="en-US" w:eastAsia="en-US"/>
        </w:rPr>
        <w:t>accompagnerà</w:t>
      </w:r>
      <w:proofErr w:type="spellEnd"/>
      <w:r w:rsidRPr="002F1A57">
        <w:rPr>
          <w:rFonts w:asciiTheme="majorHAnsi" w:eastAsiaTheme="majorEastAsia" w:hAnsiTheme="majorHAnsi" w:cstheme="majorBidi"/>
          <w:lang w:val="en-US" w:eastAsia="en-US"/>
        </w:rPr>
        <w:t xml:space="preserve"> </w:t>
      </w:r>
      <w:proofErr w:type="spellStart"/>
      <w:r w:rsidRPr="002F1A57">
        <w:rPr>
          <w:rFonts w:asciiTheme="majorHAnsi" w:eastAsiaTheme="majorEastAsia" w:hAnsiTheme="majorHAnsi" w:cstheme="majorBidi"/>
          <w:lang w:val="en-US" w:eastAsia="en-US"/>
        </w:rPr>
        <w:t>gli</w:t>
      </w:r>
      <w:proofErr w:type="spellEnd"/>
      <w:r w:rsidRPr="002F1A57">
        <w:rPr>
          <w:rFonts w:asciiTheme="majorHAnsi" w:eastAsiaTheme="majorEastAsia" w:hAnsiTheme="majorHAnsi" w:cstheme="majorBidi"/>
          <w:lang w:val="en-US" w:eastAsia="en-US"/>
        </w:rPr>
        <w:t xml:space="preserve"> </w:t>
      </w:r>
      <w:proofErr w:type="spellStart"/>
      <w:r w:rsidRPr="002F1A57">
        <w:rPr>
          <w:rFonts w:asciiTheme="majorHAnsi" w:eastAsiaTheme="majorEastAsia" w:hAnsiTheme="majorHAnsi" w:cstheme="majorBidi"/>
          <w:lang w:val="en-US" w:eastAsia="en-US"/>
        </w:rPr>
        <w:t>utenti</w:t>
      </w:r>
      <w:proofErr w:type="spellEnd"/>
      <w:r w:rsidRPr="002F1A57">
        <w:rPr>
          <w:rFonts w:asciiTheme="majorHAnsi" w:eastAsiaTheme="majorEastAsia" w:hAnsiTheme="majorHAnsi" w:cstheme="majorBidi"/>
          <w:lang w:val="en-US" w:eastAsia="en-US"/>
        </w:rPr>
        <w:t xml:space="preserve"> </w:t>
      </w:r>
      <w:proofErr w:type="spellStart"/>
      <w:r w:rsidRPr="002F1A57">
        <w:rPr>
          <w:rFonts w:asciiTheme="majorHAnsi" w:eastAsiaTheme="majorEastAsia" w:hAnsiTheme="majorHAnsi" w:cstheme="majorBidi"/>
          <w:lang w:val="en-US" w:eastAsia="en-US"/>
        </w:rPr>
        <w:t>interessati</w:t>
      </w:r>
      <w:proofErr w:type="spellEnd"/>
      <w:r w:rsidRPr="002F1A57">
        <w:rPr>
          <w:rFonts w:asciiTheme="majorHAnsi" w:eastAsiaTheme="majorEastAsia" w:hAnsiTheme="majorHAnsi" w:cstheme="majorBidi"/>
          <w:lang w:val="en-US" w:eastAsia="en-US"/>
        </w:rPr>
        <w:t xml:space="preserve">, per </w:t>
      </w:r>
      <w:proofErr w:type="spellStart"/>
      <w:r w:rsidRPr="002F1A57">
        <w:rPr>
          <w:rFonts w:asciiTheme="majorHAnsi" w:eastAsiaTheme="majorEastAsia" w:hAnsiTheme="majorHAnsi" w:cstheme="majorBidi"/>
          <w:lang w:val="en-US" w:eastAsia="en-US"/>
        </w:rPr>
        <w:t>portarli</w:t>
      </w:r>
      <w:proofErr w:type="spellEnd"/>
      <w:r w:rsidRPr="002F1A57">
        <w:rPr>
          <w:rFonts w:asciiTheme="majorHAnsi" w:eastAsiaTheme="majorEastAsia" w:hAnsiTheme="majorHAnsi" w:cstheme="majorBidi"/>
          <w:lang w:val="en-US" w:eastAsia="en-US"/>
        </w:rPr>
        <w:t xml:space="preserve"> in </w:t>
      </w:r>
      <w:proofErr w:type="spellStart"/>
      <w:r w:rsidRPr="002F1A57">
        <w:rPr>
          <w:rFonts w:asciiTheme="majorHAnsi" w:eastAsiaTheme="majorEastAsia" w:hAnsiTheme="majorHAnsi" w:cstheme="majorBidi"/>
          <w:lang w:val="en-US" w:eastAsia="en-US"/>
        </w:rPr>
        <w:t>sicurezza</w:t>
      </w:r>
      <w:proofErr w:type="spellEnd"/>
      <w:r w:rsidRPr="002F1A57">
        <w:rPr>
          <w:rFonts w:asciiTheme="majorHAnsi" w:eastAsiaTheme="majorEastAsia" w:hAnsiTheme="majorHAnsi" w:cstheme="majorBidi"/>
          <w:lang w:val="en-US" w:eastAsia="en-US"/>
        </w:rPr>
        <w:t xml:space="preserve"> ai </w:t>
      </w:r>
      <w:proofErr w:type="spellStart"/>
      <w:r w:rsidRPr="002F1A57">
        <w:rPr>
          <w:rFonts w:asciiTheme="majorHAnsi" w:eastAsiaTheme="majorEastAsia" w:hAnsiTheme="majorHAnsi" w:cstheme="majorBidi"/>
          <w:lang w:val="en-US" w:eastAsia="en-US"/>
        </w:rPr>
        <w:t>nostri</w:t>
      </w:r>
      <w:proofErr w:type="spellEnd"/>
      <w:r w:rsidRPr="002F1A57">
        <w:rPr>
          <w:rFonts w:asciiTheme="majorHAnsi" w:eastAsiaTheme="majorEastAsia" w:hAnsiTheme="majorHAnsi" w:cstheme="majorBidi"/>
          <w:lang w:val="en-US" w:eastAsia="en-US"/>
        </w:rPr>
        <w:t xml:space="preserve"> </w:t>
      </w:r>
      <w:proofErr w:type="spellStart"/>
      <w:r w:rsidRPr="002F1A57">
        <w:rPr>
          <w:rFonts w:asciiTheme="majorHAnsi" w:eastAsiaTheme="majorEastAsia" w:hAnsiTheme="majorHAnsi" w:cstheme="majorBidi"/>
          <w:lang w:val="en-US" w:eastAsia="en-US"/>
        </w:rPr>
        <w:t>punti</w:t>
      </w:r>
      <w:proofErr w:type="spellEnd"/>
      <w:r w:rsidRPr="002F1A57">
        <w:rPr>
          <w:rFonts w:asciiTheme="majorHAnsi" w:eastAsiaTheme="majorEastAsia" w:hAnsiTheme="majorHAnsi" w:cstheme="majorBidi"/>
          <w:lang w:val="en-US" w:eastAsia="en-US"/>
        </w:rPr>
        <w:t xml:space="preserve"> di </w:t>
      </w:r>
      <w:proofErr w:type="spellStart"/>
      <w:r w:rsidRPr="002F1A57">
        <w:rPr>
          <w:rFonts w:asciiTheme="majorHAnsi" w:eastAsiaTheme="majorEastAsia" w:hAnsiTheme="majorHAnsi" w:cstheme="majorBidi"/>
          <w:lang w:val="en-US" w:eastAsia="en-US"/>
        </w:rPr>
        <w:t>incontro</w:t>
      </w:r>
      <w:proofErr w:type="spellEnd"/>
      <w:r w:rsidRPr="002F1A57">
        <w:rPr>
          <w:rFonts w:asciiTheme="majorHAnsi" w:eastAsiaTheme="majorEastAsia" w:hAnsiTheme="majorHAnsi" w:cstheme="majorBidi"/>
          <w:lang w:val="en-US" w:eastAsia="en-US"/>
        </w:rPr>
        <w:t xml:space="preserve"> e alle </w:t>
      </w:r>
      <w:proofErr w:type="spellStart"/>
      <w:r w:rsidRPr="002F1A57">
        <w:rPr>
          <w:rFonts w:asciiTheme="majorHAnsi" w:eastAsiaTheme="majorEastAsia" w:hAnsiTheme="majorHAnsi" w:cstheme="majorBidi"/>
          <w:lang w:val="en-US" w:eastAsia="en-US"/>
        </w:rPr>
        <w:t>iniziative</w:t>
      </w:r>
      <w:proofErr w:type="spellEnd"/>
      <w:r w:rsidRPr="002F1A57">
        <w:rPr>
          <w:rFonts w:asciiTheme="majorHAnsi" w:eastAsiaTheme="majorEastAsia" w:hAnsiTheme="majorHAnsi" w:cstheme="majorBidi"/>
          <w:lang w:val="en-US" w:eastAsia="en-US"/>
        </w:rPr>
        <w:t xml:space="preserve"> </w:t>
      </w:r>
      <w:proofErr w:type="spellStart"/>
      <w:r w:rsidRPr="002F1A57">
        <w:rPr>
          <w:rFonts w:asciiTheme="majorHAnsi" w:eastAsiaTheme="majorEastAsia" w:hAnsiTheme="majorHAnsi" w:cstheme="majorBidi"/>
          <w:lang w:val="en-US" w:eastAsia="en-US"/>
        </w:rPr>
        <w:t>organizzate</w:t>
      </w:r>
      <w:proofErr w:type="spellEnd"/>
      <w:r w:rsidRPr="002F1A57">
        <w:rPr>
          <w:rFonts w:asciiTheme="majorHAnsi" w:eastAsiaTheme="majorEastAsia" w:hAnsiTheme="majorHAnsi" w:cstheme="majorBidi"/>
          <w:lang w:val="en-US" w:eastAsia="en-US"/>
        </w:rPr>
        <w:t>.</w:t>
      </w:r>
    </w:p>
    <w:p w14:paraId="120513F9" w14:textId="77777777" w:rsidR="00023209" w:rsidRDefault="00D04BA0" w:rsidP="00586590">
      <w:pPr>
        <w:pStyle w:val="NormaleWeb"/>
        <w:spacing w:before="0" w:beforeAutospacing="0" w:after="0" w:afterAutospacing="0"/>
        <w:jc w:val="both"/>
        <w:rPr>
          <w:rFonts w:asciiTheme="majorHAnsi" w:eastAsiaTheme="majorEastAsia" w:hAnsiTheme="majorHAnsi" w:cstheme="majorBidi"/>
          <w:lang w:val="en-US" w:eastAsia="en-US"/>
        </w:rPr>
      </w:pPr>
      <w:proofErr w:type="spellStart"/>
      <w:r w:rsidRPr="002F1A57">
        <w:rPr>
          <w:rFonts w:asciiTheme="majorHAnsi" w:eastAsiaTheme="majorEastAsia" w:hAnsiTheme="majorHAnsi" w:cstheme="majorBidi"/>
          <w:lang w:val="en-US" w:eastAsia="en-US"/>
        </w:rPr>
        <w:t>Questo</w:t>
      </w:r>
      <w:proofErr w:type="spellEnd"/>
      <w:r w:rsidRPr="002F1A57">
        <w:rPr>
          <w:rFonts w:asciiTheme="majorHAnsi" w:eastAsiaTheme="majorEastAsia" w:hAnsiTheme="majorHAnsi" w:cstheme="majorBidi"/>
          <w:lang w:val="en-US" w:eastAsia="en-US"/>
        </w:rPr>
        <w:t xml:space="preserve"> </w:t>
      </w:r>
      <w:proofErr w:type="spellStart"/>
      <w:r w:rsidRPr="002F1A57">
        <w:rPr>
          <w:rFonts w:asciiTheme="majorHAnsi" w:eastAsiaTheme="majorEastAsia" w:hAnsiTheme="majorHAnsi" w:cstheme="majorBidi"/>
          <w:lang w:val="en-US" w:eastAsia="en-US"/>
        </w:rPr>
        <w:t>servizio</w:t>
      </w:r>
      <w:proofErr w:type="spellEnd"/>
      <w:r w:rsidRPr="002F1A57">
        <w:rPr>
          <w:rFonts w:asciiTheme="majorHAnsi" w:eastAsiaTheme="majorEastAsia" w:hAnsiTheme="majorHAnsi" w:cstheme="majorBidi"/>
          <w:lang w:val="en-US" w:eastAsia="en-US"/>
        </w:rPr>
        <w:t xml:space="preserve"> </w:t>
      </w:r>
      <w:proofErr w:type="spellStart"/>
      <w:r w:rsidRPr="002F1A57">
        <w:rPr>
          <w:rFonts w:asciiTheme="majorHAnsi" w:eastAsiaTheme="majorEastAsia" w:hAnsiTheme="majorHAnsi" w:cstheme="majorBidi"/>
          <w:lang w:val="en-US" w:eastAsia="en-US"/>
        </w:rPr>
        <w:t>mira</w:t>
      </w:r>
      <w:proofErr w:type="spellEnd"/>
      <w:r w:rsidRPr="002F1A57">
        <w:rPr>
          <w:rFonts w:asciiTheme="majorHAnsi" w:eastAsiaTheme="majorEastAsia" w:hAnsiTheme="majorHAnsi" w:cstheme="majorBidi"/>
          <w:lang w:val="en-US" w:eastAsia="en-US"/>
        </w:rPr>
        <w:t xml:space="preserve"> a </w:t>
      </w:r>
      <w:proofErr w:type="spellStart"/>
      <w:r w:rsidRPr="002F1A57">
        <w:rPr>
          <w:rFonts w:asciiTheme="majorHAnsi" w:eastAsiaTheme="majorEastAsia" w:hAnsiTheme="majorHAnsi" w:cstheme="majorBidi"/>
          <w:lang w:val="en-US" w:eastAsia="en-US"/>
        </w:rPr>
        <w:t>superare</w:t>
      </w:r>
      <w:proofErr w:type="spellEnd"/>
      <w:r w:rsidRPr="002F1A57">
        <w:rPr>
          <w:rFonts w:asciiTheme="majorHAnsi" w:eastAsiaTheme="majorEastAsia" w:hAnsiTheme="majorHAnsi" w:cstheme="majorBidi"/>
          <w:lang w:val="en-US" w:eastAsia="en-US"/>
        </w:rPr>
        <w:t xml:space="preserve"> le </w:t>
      </w:r>
      <w:proofErr w:type="spellStart"/>
      <w:r w:rsidRPr="002F1A57">
        <w:rPr>
          <w:rFonts w:asciiTheme="majorHAnsi" w:eastAsiaTheme="majorEastAsia" w:hAnsiTheme="majorHAnsi" w:cstheme="majorBidi"/>
          <w:lang w:val="en-US" w:eastAsia="en-US"/>
        </w:rPr>
        <w:t>barriere</w:t>
      </w:r>
      <w:proofErr w:type="spellEnd"/>
      <w:r w:rsidRPr="002F1A57">
        <w:rPr>
          <w:rFonts w:asciiTheme="majorHAnsi" w:eastAsiaTheme="majorEastAsia" w:hAnsiTheme="majorHAnsi" w:cstheme="majorBidi"/>
          <w:lang w:val="en-US" w:eastAsia="en-US"/>
        </w:rPr>
        <w:t xml:space="preserve"> </w:t>
      </w:r>
      <w:proofErr w:type="spellStart"/>
      <w:r w:rsidRPr="002F1A57">
        <w:rPr>
          <w:rFonts w:asciiTheme="majorHAnsi" w:eastAsiaTheme="majorEastAsia" w:hAnsiTheme="majorHAnsi" w:cstheme="majorBidi"/>
          <w:lang w:val="en-US" w:eastAsia="en-US"/>
        </w:rPr>
        <w:t>fisiche</w:t>
      </w:r>
      <w:proofErr w:type="spellEnd"/>
      <w:r w:rsidRPr="002F1A57">
        <w:rPr>
          <w:rFonts w:asciiTheme="majorHAnsi" w:eastAsiaTheme="majorEastAsia" w:hAnsiTheme="majorHAnsi" w:cstheme="majorBidi"/>
          <w:lang w:val="en-US" w:eastAsia="en-US"/>
        </w:rPr>
        <w:t xml:space="preserve"> e </w:t>
      </w:r>
      <w:proofErr w:type="spellStart"/>
      <w:r w:rsidRPr="002F1A57">
        <w:rPr>
          <w:rFonts w:asciiTheme="majorHAnsi" w:eastAsiaTheme="majorEastAsia" w:hAnsiTheme="majorHAnsi" w:cstheme="majorBidi"/>
          <w:lang w:val="en-US" w:eastAsia="en-US"/>
        </w:rPr>
        <w:t>sociali</w:t>
      </w:r>
      <w:proofErr w:type="spellEnd"/>
      <w:r w:rsidRPr="002F1A57">
        <w:rPr>
          <w:rFonts w:asciiTheme="majorHAnsi" w:eastAsiaTheme="majorEastAsia" w:hAnsiTheme="majorHAnsi" w:cstheme="majorBidi"/>
          <w:lang w:val="en-US" w:eastAsia="en-US"/>
        </w:rPr>
        <w:t xml:space="preserve">, </w:t>
      </w:r>
      <w:proofErr w:type="spellStart"/>
      <w:r w:rsidRPr="002F1A57">
        <w:rPr>
          <w:rFonts w:asciiTheme="majorHAnsi" w:eastAsiaTheme="majorEastAsia" w:hAnsiTheme="majorHAnsi" w:cstheme="majorBidi"/>
          <w:lang w:val="en-US" w:eastAsia="en-US"/>
        </w:rPr>
        <w:t>favorendo</w:t>
      </w:r>
      <w:proofErr w:type="spellEnd"/>
      <w:r w:rsidRPr="002F1A57">
        <w:rPr>
          <w:rFonts w:asciiTheme="majorHAnsi" w:eastAsiaTheme="majorEastAsia" w:hAnsiTheme="majorHAnsi" w:cstheme="majorBidi"/>
          <w:lang w:val="en-US" w:eastAsia="en-US"/>
        </w:rPr>
        <w:t xml:space="preserve"> </w:t>
      </w:r>
      <w:proofErr w:type="spellStart"/>
      <w:r w:rsidRPr="002F1A57">
        <w:rPr>
          <w:rFonts w:asciiTheme="majorHAnsi" w:eastAsiaTheme="majorEastAsia" w:hAnsiTheme="majorHAnsi" w:cstheme="majorBidi"/>
          <w:lang w:val="en-US" w:eastAsia="en-US"/>
        </w:rPr>
        <w:t>l'inclusione</w:t>
      </w:r>
      <w:proofErr w:type="spellEnd"/>
      <w:r w:rsidRPr="002F1A57">
        <w:rPr>
          <w:rFonts w:asciiTheme="majorHAnsi" w:eastAsiaTheme="majorEastAsia" w:hAnsiTheme="majorHAnsi" w:cstheme="majorBidi"/>
          <w:lang w:val="en-US" w:eastAsia="en-US"/>
        </w:rPr>
        <w:t xml:space="preserve"> e la </w:t>
      </w:r>
      <w:proofErr w:type="spellStart"/>
      <w:r w:rsidRPr="002F1A57">
        <w:rPr>
          <w:rFonts w:asciiTheme="majorHAnsi" w:eastAsiaTheme="majorEastAsia" w:hAnsiTheme="majorHAnsi" w:cstheme="majorBidi"/>
          <w:lang w:val="en-US" w:eastAsia="en-US"/>
        </w:rPr>
        <w:t>partecipazione</w:t>
      </w:r>
      <w:proofErr w:type="spellEnd"/>
      <w:r w:rsidRPr="002F1A57">
        <w:rPr>
          <w:rFonts w:asciiTheme="majorHAnsi" w:eastAsiaTheme="majorEastAsia" w:hAnsiTheme="majorHAnsi" w:cstheme="majorBidi"/>
          <w:lang w:val="en-US" w:eastAsia="en-US"/>
        </w:rPr>
        <w:t xml:space="preserve"> </w:t>
      </w:r>
      <w:proofErr w:type="spellStart"/>
      <w:r w:rsidRPr="002F1A57">
        <w:rPr>
          <w:rFonts w:asciiTheme="majorHAnsi" w:eastAsiaTheme="majorEastAsia" w:hAnsiTheme="majorHAnsi" w:cstheme="majorBidi"/>
          <w:lang w:val="en-US" w:eastAsia="en-US"/>
        </w:rPr>
        <w:t>attiva</w:t>
      </w:r>
      <w:proofErr w:type="spellEnd"/>
      <w:r w:rsidRPr="002F1A57">
        <w:rPr>
          <w:rFonts w:asciiTheme="majorHAnsi" w:eastAsiaTheme="majorEastAsia" w:hAnsiTheme="majorHAnsi" w:cstheme="majorBidi"/>
          <w:lang w:val="en-US" w:eastAsia="en-US"/>
        </w:rPr>
        <w:t xml:space="preserve"> di tutte le </w:t>
      </w:r>
      <w:proofErr w:type="spellStart"/>
      <w:r w:rsidRPr="002F1A57">
        <w:rPr>
          <w:rFonts w:asciiTheme="majorHAnsi" w:eastAsiaTheme="majorEastAsia" w:hAnsiTheme="majorHAnsi" w:cstheme="majorBidi"/>
          <w:lang w:val="en-US" w:eastAsia="en-US"/>
        </w:rPr>
        <w:t>persone</w:t>
      </w:r>
      <w:proofErr w:type="spellEnd"/>
      <w:r w:rsidRPr="002F1A57">
        <w:rPr>
          <w:rFonts w:asciiTheme="majorHAnsi" w:eastAsiaTheme="majorEastAsia" w:hAnsiTheme="majorHAnsi" w:cstheme="majorBidi"/>
          <w:lang w:val="en-US" w:eastAsia="en-US"/>
        </w:rPr>
        <w:t xml:space="preserve">, con </w:t>
      </w:r>
      <w:proofErr w:type="spellStart"/>
      <w:r w:rsidRPr="002F1A57">
        <w:rPr>
          <w:rFonts w:asciiTheme="majorHAnsi" w:eastAsiaTheme="majorEastAsia" w:hAnsiTheme="majorHAnsi" w:cstheme="majorBidi"/>
          <w:lang w:val="en-US" w:eastAsia="en-US"/>
        </w:rPr>
        <w:t>particolare</w:t>
      </w:r>
      <w:proofErr w:type="spellEnd"/>
      <w:r w:rsidRPr="002F1A57">
        <w:rPr>
          <w:rFonts w:asciiTheme="majorHAnsi" w:eastAsiaTheme="majorEastAsia" w:hAnsiTheme="majorHAnsi" w:cstheme="majorBidi"/>
          <w:lang w:val="en-US" w:eastAsia="en-US"/>
        </w:rPr>
        <w:t xml:space="preserve"> </w:t>
      </w:r>
      <w:proofErr w:type="spellStart"/>
      <w:r w:rsidRPr="002F1A57">
        <w:rPr>
          <w:rFonts w:asciiTheme="majorHAnsi" w:eastAsiaTheme="majorEastAsia" w:hAnsiTheme="majorHAnsi" w:cstheme="majorBidi"/>
          <w:lang w:val="en-US" w:eastAsia="en-US"/>
        </w:rPr>
        <w:t>attenzione</w:t>
      </w:r>
      <w:proofErr w:type="spellEnd"/>
      <w:r w:rsidRPr="002F1A57">
        <w:rPr>
          <w:rFonts w:asciiTheme="majorHAnsi" w:eastAsiaTheme="majorEastAsia" w:hAnsiTheme="majorHAnsi" w:cstheme="majorBidi"/>
          <w:lang w:val="en-US" w:eastAsia="en-US"/>
        </w:rPr>
        <w:t xml:space="preserve"> </w:t>
      </w:r>
      <w:proofErr w:type="spellStart"/>
      <w:r w:rsidRPr="002F1A57">
        <w:rPr>
          <w:rFonts w:asciiTheme="majorHAnsi" w:eastAsiaTheme="majorEastAsia" w:hAnsiTheme="majorHAnsi" w:cstheme="majorBidi"/>
          <w:lang w:val="en-US" w:eastAsia="en-US"/>
        </w:rPr>
        <w:t>agli</w:t>
      </w:r>
      <w:proofErr w:type="spellEnd"/>
      <w:r w:rsidRPr="002F1A57">
        <w:rPr>
          <w:rFonts w:asciiTheme="majorHAnsi" w:eastAsiaTheme="majorEastAsia" w:hAnsiTheme="majorHAnsi" w:cstheme="majorBidi"/>
          <w:lang w:val="en-US" w:eastAsia="en-US"/>
        </w:rPr>
        <w:t xml:space="preserve"> anziani e a chi </w:t>
      </w:r>
      <w:proofErr w:type="spellStart"/>
      <w:r w:rsidRPr="002F1A57">
        <w:rPr>
          <w:rFonts w:asciiTheme="majorHAnsi" w:eastAsiaTheme="majorEastAsia" w:hAnsiTheme="majorHAnsi" w:cstheme="majorBidi"/>
          <w:lang w:val="en-US" w:eastAsia="en-US"/>
        </w:rPr>
        <w:t>vive</w:t>
      </w:r>
      <w:proofErr w:type="spellEnd"/>
      <w:r w:rsidRPr="002F1A57">
        <w:rPr>
          <w:rFonts w:asciiTheme="majorHAnsi" w:eastAsiaTheme="majorEastAsia" w:hAnsiTheme="majorHAnsi" w:cstheme="majorBidi"/>
          <w:lang w:val="en-US" w:eastAsia="en-US"/>
        </w:rPr>
        <w:t xml:space="preserve"> </w:t>
      </w:r>
      <w:proofErr w:type="spellStart"/>
      <w:r w:rsidRPr="002F1A57">
        <w:rPr>
          <w:rFonts w:asciiTheme="majorHAnsi" w:eastAsiaTheme="majorEastAsia" w:hAnsiTheme="majorHAnsi" w:cstheme="majorBidi"/>
          <w:lang w:val="en-US" w:eastAsia="en-US"/>
        </w:rPr>
        <w:t>situazioni</w:t>
      </w:r>
      <w:proofErr w:type="spellEnd"/>
      <w:r w:rsidRPr="002F1A57">
        <w:rPr>
          <w:rFonts w:asciiTheme="majorHAnsi" w:eastAsiaTheme="majorEastAsia" w:hAnsiTheme="majorHAnsi" w:cstheme="majorBidi"/>
          <w:lang w:val="en-US" w:eastAsia="en-US"/>
        </w:rPr>
        <w:t xml:space="preserve"> di </w:t>
      </w:r>
      <w:proofErr w:type="spellStart"/>
      <w:r w:rsidRPr="002F1A57">
        <w:rPr>
          <w:rFonts w:asciiTheme="majorHAnsi" w:eastAsiaTheme="majorEastAsia" w:hAnsiTheme="majorHAnsi" w:cstheme="majorBidi"/>
          <w:lang w:val="en-US" w:eastAsia="en-US"/>
        </w:rPr>
        <w:t>fragilità</w:t>
      </w:r>
      <w:proofErr w:type="spellEnd"/>
      <w:r w:rsidRPr="002F1A57">
        <w:rPr>
          <w:rFonts w:asciiTheme="majorHAnsi" w:eastAsiaTheme="majorEastAsia" w:hAnsiTheme="majorHAnsi" w:cstheme="majorBidi"/>
          <w:lang w:val="en-US" w:eastAsia="en-US"/>
        </w:rPr>
        <w:t>.</w:t>
      </w:r>
    </w:p>
    <w:p w14:paraId="67DBF44C" w14:textId="77777777" w:rsidR="001D1313" w:rsidRDefault="001D1313" w:rsidP="00586590">
      <w:pPr>
        <w:pStyle w:val="NormaleWeb"/>
        <w:spacing w:before="0" w:beforeAutospacing="0" w:after="0" w:afterAutospacing="0"/>
        <w:jc w:val="both"/>
        <w:rPr>
          <w:rFonts w:asciiTheme="majorHAnsi" w:eastAsiaTheme="majorEastAsia" w:hAnsiTheme="majorHAnsi" w:cstheme="majorBidi"/>
          <w:lang w:val="en-US" w:eastAsia="en-US"/>
        </w:rPr>
      </w:pPr>
    </w:p>
    <w:p w14:paraId="7C37F454" w14:textId="77777777" w:rsidR="001D1313" w:rsidRPr="002F1A57" w:rsidRDefault="001D1313" w:rsidP="00586590">
      <w:pPr>
        <w:pStyle w:val="NormaleWeb"/>
        <w:spacing w:before="0" w:beforeAutospacing="0" w:after="0" w:afterAutospacing="0"/>
        <w:jc w:val="both"/>
        <w:rPr>
          <w:rFonts w:asciiTheme="majorHAnsi" w:eastAsiaTheme="majorEastAsia" w:hAnsiTheme="majorHAnsi" w:cstheme="majorBidi"/>
          <w:lang w:val="en-US" w:eastAsia="en-US"/>
        </w:rPr>
      </w:pPr>
    </w:p>
    <w:sectPr w:rsidR="001D1313" w:rsidRPr="002F1A57" w:rsidSect="00034616">
      <w:pgSz w:w="12240" w:h="15840"/>
      <w:pgMar w:top="720" w:right="1080" w:bottom="72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Numeroelenco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Numeroelenco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Puntoelenco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Puntoelenco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Numeroelenco"/>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Puntoelenco"/>
      <w:lvlText w:val=""/>
      <w:lvlJc w:val="left"/>
      <w:pPr>
        <w:tabs>
          <w:tab w:val="num" w:pos="360"/>
        </w:tabs>
        <w:ind w:left="360" w:hanging="360"/>
      </w:pPr>
      <w:rPr>
        <w:rFonts w:ascii="Symbol" w:hAnsi="Symbol" w:hint="default"/>
      </w:rPr>
    </w:lvl>
  </w:abstractNum>
  <w:abstractNum w:abstractNumId="9" w15:restartNumberingAfterBreak="0">
    <w:nsid w:val="5BD9690A"/>
    <w:multiLevelType w:val="hybridMultilevel"/>
    <w:tmpl w:val="A4CE1E3A"/>
    <w:lvl w:ilvl="0" w:tplc="632C0BF8">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6F112CE1"/>
    <w:multiLevelType w:val="multilevel"/>
    <w:tmpl w:val="BA4A4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8393134">
    <w:abstractNumId w:val="8"/>
  </w:num>
  <w:num w:numId="2" w16cid:durableId="640575102">
    <w:abstractNumId w:val="6"/>
  </w:num>
  <w:num w:numId="3" w16cid:durableId="127361501">
    <w:abstractNumId w:val="5"/>
  </w:num>
  <w:num w:numId="4" w16cid:durableId="2556425">
    <w:abstractNumId w:val="4"/>
  </w:num>
  <w:num w:numId="5" w16cid:durableId="110563136">
    <w:abstractNumId w:val="7"/>
  </w:num>
  <w:num w:numId="6" w16cid:durableId="2093160536">
    <w:abstractNumId w:val="3"/>
  </w:num>
  <w:num w:numId="7" w16cid:durableId="1097095334">
    <w:abstractNumId w:val="2"/>
  </w:num>
  <w:num w:numId="8" w16cid:durableId="1134526240">
    <w:abstractNumId w:val="1"/>
  </w:num>
  <w:num w:numId="9" w16cid:durableId="1502085590">
    <w:abstractNumId w:val="0"/>
  </w:num>
  <w:num w:numId="10" w16cid:durableId="666053220">
    <w:abstractNumId w:val="10"/>
  </w:num>
  <w:num w:numId="11" w16cid:durableId="24222199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283"/>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14271"/>
    <w:rsid w:val="00023209"/>
    <w:rsid w:val="00034616"/>
    <w:rsid w:val="00042266"/>
    <w:rsid w:val="0006063C"/>
    <w:rsid w:val="00074CEB"/>
    <w:rsid w:val="000A182F"/>
    <w:rsid w:val="000A5DE7"/>
    <w:rsid w:val="000C23B9"/>
    <w:rsid w:val="000C2680"/>
    <w:rsid w:val="000E2044"/>
    <w:rsid w:val="0012298A"/>
    <w:rsid w:val="0015074B"/>
    <w:rsid w:val="001B3A90"/>
    <w:rsid w:val="001C056F"/>
    <w:rsid w:val="001C18D1"/>
    <w:rsid w:val="001D1313"/>
    <w:rsid w:val="001D6981"/>
    <w:rsid w:val="001E6DEB"/>
    <w:rsid w:val="001E70EC"/>
    <w:rsid w:val="002141CD"/>
    <w:rsid w:val="00217AEF"/>
    <w:rsid w:val="002202D9"/>
    <w:rsid w:val="00233921"/>
    <w:rsid w:val="00250081"/>
    <w:rsid w:val="00281BBB"/>
    <w:rsid w:val="002866A5"/>
    <w:rsid w:val="0029639D"/>
    <w:rsid w:val="002B3963"/>
    <w:rsid w:val="002C3CD7"/>
    <w:rsid w:val="002E496E"/>
    <w:rsid w:val="002F1A57"/>
    <w:rsid w:val="00321D4B"/>
    <w:rsid w:val="00326F90"/>
    <w:rsid w:val="00344DBE"/>
    <w:rsid w:val="003513C4"/>
    <w:rsid w:val="00370B94"/>
    <w:rsid w:val="0037151B"/>
    <w:rsid w:val="003C447B"/>
    <w:rsid w:val="003D1843"/>
    <w:rsid w:val="00422FB9"/>
    <w:rsid w:val="00431DD9"/>
    <w:rsid w:val="00445735"/>
    <w:rsid w:val="00453224"/>
    <w:rsid w:val="0045548E"/>
    <w:rsid w:val="00466792"/>
    <w:rsid w:val="00480D78"/>
    <w:rsid w:val="004847A4"/>
    <w:rsid w:val="004921BF"/>
    <w:rsid w:val="004A6DC7"/>
    <w:rsid w:val="004C1C04"/>
    <w:rsid w:val="004C7227"/>
    <w:rsid w:val="005113B7"/>
    <w:rsid w:val="00512C82"/>
    <w:rsid w:val="0052786C"/>
    <w:rsid w:val="005653B3"/>
    <w:rsid w:val="00565CE3"/>
    <w:rsid w:val="00586590"/>
    <w:rsid w:val="005918F2"/>
    <w:rsid w:val="005F7E65"/>
    <w:rsid w:val="00605A3C"/>
    <w:rsid w:val="00626072"/>
    <w:rsid w:val="0065534B"/>
    <w:rsid w:val="00663D19"/>
    <w:rsid w:val="00672EEE"/>
    <w:rsid w:val="00680EA0"/>
    <w:rsid w:val="00684416"/>
    <w:rsid w:val="00685A46"/>
    <w:rsid w:val="006914C5"/>
    <w:rsid w:val="00701D2F"/>
    <w:rsid w:val="0072467F"/>
    <w:rsid w:val="00725E60"/>
    <w:rsid w:val="00752AAD"/>
    <w:rsid w:val="00756032"/>
    <w:rsid w:val="00757688"/>
    <w:rsid w:val="007642BF"/>
    <w:rsid w:val="0077424C"/>
    <w:rsid w:val="007B473C"/>
    <w:rsid w:val="007C0F14"/>
    <w:rsid w:val="007E2A85"/>
    <w:rsid w:val="007F3846"/>
    <w:rsid w:val="00814019"/>
    <w:rsid w:val="00873DAC"/>
    <w:rsid w:val="00894719"/>
    <w:rsid w:val="008A2055"/>
    <w:rsid w:val="008B6421"/>
    <w:rsid w:val="008C08F5"/>
    <w:rsid w:val="008C3B0A"/>
    <w:rsid w:val="008D1632"/>
    <w:rsid w:val="008D57F5"/>
    <w:rsid w:val="008E73C3"/>
    <w:rsid w:val="00911ADD"/>
    <w:rsid w:val="00925753"/>
    <w:rsid w:val="00945E9E"/>
    <w:rsid w:val="00991072"/>
    <w:rsid w:val="009C573E"/>
    <w:rsid w:val="00A045EF"/>
    <w:rsid w:val="00A209D1"/>
    <w:rsid w:val="00A31F67"/>
    <w:rsid w:val="00A8727C"/>
    <w:rsid w:val="00A9206E"/>
    <w:rsid w:val="00AA1D8D"/>
    <w:rsid w:val="00AC5D4B"/>
    <w:rsid w:val="00AD1E72"/>
    <w:rsid w:val="00AD3EB2"/>
    <w:rsid w:val="00B36C44"/>
    <w:rsid w:val="00B47730"/>
    <w:rsid w:val="00B5604D"/>
    <w:rsid w:val="00B657AB"/>
    <w:rsid w:val="00B70B7A"/>
    <w:rsid w:val="00B7432B"/>
    <w:rsid w:val="00B83FDE"/>
    <w:rsid w:val="00BB160A"/>
    <w:rsid w:val="00BB1DCE"/>
    <w:rsid w:val="00BC7052"/>
    <w:rsid w:val="00BE2FA5"/>
    <w:rsid w:val="00BF6E3D"/>
    <w:rsid w:val="00CA49C1"/>
    <w:rsid w:val="00CB0664"/>
    <w:rsid w:val="00CC3F10"/>
    <w:rsid w:val="00CD6FB9"/>
    <w:rsid w:val="00D04BA0"/>
    <w:rsid w:val="00D05239"/>
    <w:rsid w:val="00D16B56"/>
    <w:rsid w:val="00D21598"/>
    <w:rsid w:val="00D7261E"/>
    <w:rsid w:val="00DA5DAC"/>
    <w:rsid w:val="00DF697D"/>
    <w:rsid w:val="00E01F43"/>
    <w:rsid w:val="00E4447B"/>
    <w:rsid w:val="00E54B21"/>
    <w:rsid w:val="00E6367B"/>
    <w:rsid w:val="00E73192"/>
    <w:rsid w:val="00E904A4"/>
    <w:rsid w:val="00EB208D"/>
    <w:rsid w:val="00EE1619"/>
    <w:rsid w:val="00EF1AC2"/>
    <w:rsid w:val="00F05C83"/>
    <w:rsid w:val="00F11E34"/>
    <w:rsid w:val="00F813F5"/>
    <w:rsid w:val="00FA3DE0"/>
    <w:rsid w:val="00FC693F"/>
    <w:rsid w:val="00FE272D"/>
    <w:rsid w:val="00FE5AF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6F1537A"/>
  <w14:defaultImageDpi w14:val="300"/>
  <w15:docId w15:val="{8EEB2FD3-ABE6-4F5C-AA38-8D2F00B0C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FC693F"/>
  </w:style>
  <w:style w:type="paragraph" w:styleId="Titolo1">
    <w:name w:val="heading 1"/>
    <w:basedOn w:val="Normale"/>
    <w:next w:val="Normale"/>
    <w:link w:val="Titolo1Carattere"/>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olo2">
    <w:name w:val="heading 2"/>
    <w:basedOn w:val="Normale"/>
    <w:next w:val="Normale"/>
    <w:link w:val="Titolo2Carattere"/>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olo3">
    <w:name w:val="heading 3"/>
    <w:basedOn w:val="Normale"/>
    <w:next w:val="Normale"/>
    <w:link w:val="Titolo3Carattere"/>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itolo4">
    <w:name w:val="heading 4"/>
    <w:basedOn w:val="Normale"/>
    <w:next w:val="Normale"/>
    <w:link w:val="Titolo4Carattere"/>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itolo5">
    <w:name w:val="heading 5"/>
    <w:basedOn w:val="Normale"/>
    <w:next w:val="Normale"/>
    <w:link w:val="Titolo5Carattere"/>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itolo6">
    <w:name w:val="heading 6"/>
    <w:basedOn w:val="Normale"/>
    <w:next w:val="Normale"/>
    <w:link w:val="Titolo6Carattere"/>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itolo7">
    <w:name w:val="heading 7"/>
    <w:basedOn w:val="Normale"/>
    <w:next w:val="Normale"/>
    <w:link w:val="Titolo7Carattere"/>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itolo8">
    <w:name w:val="heading 8"/>
    <w:basedOn w:val="Normale"/>
    <w:next w:val="Normale"/>
    <w:link w:val="Titolo8Carattere"/>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itolo9">
    <w:name w:val="heading 9"/>
    <w:basedOn w:val="Normale"/>
    <w:next w:val="Normale"/>
    <w:link w:val="Titolo9Carattere"/>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E618BF"/>
    <w:pPr>
      <w:tabs>
        <w:tab w:val="center" w:pos="4680"/>
        <w:tab w:val="right" w:pos="9360"/>
      </w:tabs>
      <w:spacing w:after="0" w:line="240" w:lineRule="auto"/>
    </w:pPr>
  </w:style>
  <w:style w:type="character" w:customStyle="1" w:styleId="IntestazioneCarattere">
    <w:name w:val="Intestazione Carattere"/>
    <w:basedOn w:val="Carpredefinitoparagrafo"/>
    <w:link w:val="Intestazione"/>
    <w:uiPriority w:val="99"/>
    <w:rsid w:val="00E618BF"/>
  </w:style>
  <w:style w:type="paragraph" w:styleId="Pidipagina">
    <w:name w:val="footer"/>
    <w:basedOn w:val="Normale"/>
    <w:link w:val="PidipaginaCarattere"/>
    <w:uiPriority w:val="99"/>
    <w:unhideWhenUsed/>
    <w:rsid w:val="00E618BF"/>
    <w:pPr>
      <w:tabs>
        <w:tab w:val="center" w:pos="4680"/>
        <w:tab w:val="right" w:pos="9360"/>
      </w:tabs>
      <w:spacing w:after="0" w:line="240" w:lineRule="auto"/>
    </w:pPr>
  </w:style>
  <w:style w:type="character" w:customStyle="1" w:styleId="PidipaginaCarattere">
    <w:name w:val="Piè di pagina Carattere"/>
    <w:basedOn w:val="Carpredefinitoparagrafo"/>
    <w:link w:val="Pidipagina"/>
    <w:uiPriority w:val="99"/>
    <w:rsid w:val="00E618BF"/>
  </w:style>
  <w:style w:type="paragraph" w:styleId="Nessunaspaziatura">
    <w:name w:val="No Spacing"/>
    <w:uiPriority w:val="1"/>
    <w:qFormat/>
    <w:rsid w:val="00FC693F"/>
    <w:pPr>
      <w:spacing w:after="0" w:line="240" w:lineRule="auto"/>
    </w:pPr>
  </w:style>
  <w:style w:type="character" w:customStyle="1" w:styleId="Titolo1Carattere">
    <w:name w:val="Titolo 1 Carattere"/>
    <w:basedOn w:val="Carpredefinitoparagrafo"/>
    <w:link w:val="Tito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itolo2Carattere">
    <w:name w:val="Titolo 2 Carattere"/>
    <w:basedOn w:val="Carpredefinitoparagrafo"/>
    <w:link w:val="Titolo2"/>
    <w:uiPriority w:val="9"/>
    <w:rsid w:val="00FC693F"/>
    <w:rPr>
      <w:rFonts w:asciiTheme="majorHAnsi" w:eastAsiaTheme="majorEastAsia" w:hAnsiTheme="majorHAnsi" w:cstheme="majorBidi"/>
      <w:b/>
      <w:bCs/>
      <w:color w:val="4F81BD" w:themeColor="accent1"/>
      <w:sz w:val="26"/>
      <w:szCs w:val="26"/>
    </w:rPr>
  </w:style>
  <w:style w:type="character" w:customStyle="1" w:styleId="Titolo3Carattere">
    <w:name w:val="Titolo 3 Carattere"/>
    <w:basedOn w:val="Carpredefinitoparagrafo"/>
    <w:link w:val="Titolo3"/>
    <w:uiPriority w:val="9"/>
    <w:rsid w:val="00FC693F"/>
    <w:rPr>
      <w:rFonts w:asciiTheme="majorHAnsi" w:eastAsiaTheme="majorEastAsia" w:hAnsiTheme="majorHAnsi" w:cstheme="majorBidi"/>
      <w:b/>
      <w:bCs/>
      <w:color w:val="4F81BD" w:themeColor="accent1"/>
    </w:rPr>
  </w:style>
  <w:style w:type="paragraph" w:styleId="Titolo">
    <w:name w:val="Title"/>
    <w:basedOn w:val="Normale"/>
    <w:next w:val="Normale"/>
    <w:link w:val="TitoloCarattere"/>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oloCarattere">
    <w:name w:val="Titolo Carattere"/>
    <w:basedOn w:val="Carpredefinitoparagrafo"/>
    <w:link w:val="Tito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ottotitolo">
    <w:name w:val="Subtitle"/>
    <w:basedOn w:val="Normale"/>
    <w:next w:val="Normale"/>
    <w:link w:val="SottotitoloCarattere"/>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ottotitoloCarattere">
    <w:name w:val="Sottotitolo Carattere"/>
    <w:basedOn w:val="Carpredefinitoparagrafo"/>
    <w:link w:val="Sottotitolo"/>
    <w:uiPriority w:val="11"/>
    <w:rsid w:val="00FC693F"/>
    <w:rPr>
      <w:rFonts w:asciiTheme="majorHAnsi" w:eastAsiaTheme="majorEastAsia" w:hAnsiTheme="majorHAnsi" w:cstheme="majorBidi"/>
      <w:i/>
      <w:iCs/>
      <w:color w:val="4F81BD" w:themeColor="accent1"/>
      <w:spacing w:val="15"/>
      <w:sz w:val="24"/>
      <w:szCs w:val="24"/>
    </w:rPr>
  </w:style>
  <w:style w:type="paragraph" w:styleId="Paragrafoelenco">
    <w:name w:val="List Paragraph"/>
    <w:basedOn w:val="Normale"/>
    <w:uiPriority w:val="34"/>
    <w:qFormat/>
    <w:rsid w:val="00FC693F"/>
    <w:pPr>
      <w:ind w:left="720"/>
      <w:contextualSpacing/>
    </w:pPr>
  </w:style>
  <w:style w:type="paragraph" w:styleId="Corpotesto">
    <w:name w:val="Body Text"/>
    <w:basedOn w:val="Normale"/>
    <w:link w:val="CorpotestoCarattere"/>
    <w:uiPriority w:val="99"/>
    <w:unhideWhenUsed/>
    <w:rsid w:val="00AA1D8D"/>
    <w:pPr>
      <w:spacing w:after="120"/>
    </w:pPr>
  </w:style>
  <w:style w:type="character" w:customStyle="1" w:styleId="CorpotestoCarattere">
    <w:name w:val="Corpo testo Carattere"/>
    <w:basedOn w:val="Carpredefinitoparagrafo"/>
    <w:link w:val="Corpotesto"/>
    <w:uiPriority w:val="99"/>
    <w:rsid w:val="00AA1D8D"/>
  </w:style>
  <w:style w:type="paragraph" w:styleId="Corpodeltesto2">
    <w:name w:val="Body Text 2"/>
    <w:basedOn w:val="Normale"/>
    <w:link w:val="Corpodeltesto2Carattere"/>
    <w:uiPriority w:val="99"/>
    <w:unhideWhenUsed/>
    <w:rsid w:val="00AA1D8D"/>
    <w:pPr>
      <w:spacing w:after="120" w:line="480" w:lineRule="auto"/>
    </w:pPr>
  </w:style>
  <w:style w:type="character" w:customStyle="1" w:styleId="Corpodeltesto2Carattere">
    <w:name w:val="Corpo del testo 2 Carattere"/>
    <w:basedOn w:val="Carpredefinitoparagrafo"/>
    <w:link w:val="Corpodeltesto2"/>
    <w:uiPriority w:val="99"/>
    <w:rsid w:val="00AA1D8D"/>
  </w:style>
  <w:style w:type="paragraph" w:styleId="Corpodeltesto3">
    <w:name w:val="Body Text 3"/>
    <w:basedOn w:val="Normale"/>
    <w:link w:val="Corpodeltesto3Carattere"/>
    <w:uiPriority w:val="99"/>
    <w:unhideWhenUsed/>
    <w:rsid w:val="00AA1D8D"/>
    <w:pPr>
      <w:spacing w:after="120"/>
    </w:pPr>
    <w:rPr>
      <w:sz w:val="16"/>
      <w:szCs w:val="16"/>
    </w:rPr>
  </w:style>
  <w:style w:type="character" w:customStyle="1" w:styleId="Corpodeltesto3Carattere">
    <w:name w:val="Corpo del testo 3 Carattere"/>
    <w:basedOn w:val="Carpredefinitoparagrafo"/>
    <w:link w:val="Corpodeltesto3"/>
    <w:uiPriority w:val="99"/>
    <w:rsid w:val="00AA1D8D"/>
    <w:rPr>
      <w:sz w:val="16"/>
      <w:szCs w:val="16"/>
    </w:rPr>
  </w:style>
  <w:style w:type="paragraph" w:styleId="Elenco">
    <w:name w:val="List"/>
    <w:basedOn w:val="Normale"/>
    <w:uiPriority w:val="99"/>
    <w:unhideWhenUsed/>
    <w:rsid w:val="00AA1D8D"/>
    <w:pPr>
      <w:ind w:left="360" w:hanging="360"/>
      <w:contextualSpacing/>
    </w:pPr>
  </w:style>
  <w:style w:type="paragraph" w:styleId="Elenco2">
    <w:name w:val="List 2"/>
    <w:basedOn w:val="Normale"/>
    <w:uiPriority w:val="99"/>
    <w:unhideWhenUsed/>
    <w:rsid w:val="00326F90"/>
    <w:pPr>
      <w:ind w:left="720" w:hanging="360"/>
      <w:contextualSpacing/>
    </w:pPr>
  </w:style>
  <w:style w:type="paragraph" w:styleId="Elenco3">
    <w:name w:val="List 3"/>
    <w:basedOn w:val="Normale"/>
    <w:uiPriority w:val="99"/>
    <w:unhideWhenUsed/>
    <w:rsid w:val="00326F90"/>
    <w:pPr>
      <w:ind w:left="1080" w:hanging="360"/>
      <w:contextualSpacing/>
    </w:pPr>
  </w:style>
  <w:style w:type="paragraph" w:styleId="Puntoelenco">
    <w:name w:val="List Bullet"/>
    <w:basedOn w:val="Normale"/>
    <w:uiPriority w:val="99"/>
    <w:unhideWhenUsed/>
    <w:rsid w:val="00326F90"/>
    <w:pPr>
      <w:numPr>
        <w:numId w:val="1"/>
      </w:numPr>
      <w:contextualSpacing/>
    </w:pPr>
  </w:style>
  <w:style w:type="paragraph" w:styleId="Puntoelenco2">
    <w:name w:val="List Bullet 2"/>
    <w:basedOn w:val="Normale"/>
    <w:uiPriority w:val="99"/>
    <w:unhideWhenUsed/>
    <w:rsid w:val="00326F90"/>
    <w:pPr>
      <w:numPr>
        <w:numId w:val="2"/>
      </w:numPr>
      <w:contextualSpacing/>
    </w:pPr>
  </w:style>
  <w:style w:type="paragraph" w:styleId="Puntoelenco3">
    <w:name w:val="List Bullet 3"/>
    <w:basedOn w:val="Normale"/>
    <w:uiPriority w:val="99"/>
    <w:unhideWhenUsed/>
    <w:rsid w:val="00326F90"/>
    <w:pPr>
      <w:numPr>
        <w:numId w:val="3"/>
      </w:numPr>
      <w:contextualSpacing/>
    </w:pPr>
  </w:style>
  <w:style w:type="paragraph" w:styleId="Numeroelenco">
    <w:name w:val="List Number"/>
    <w:basedOn w:val="Normale"/>
    <w:uiPriority w:val="99"/>
    <w:unhideWhenUsed/>
    <w:rsid w:val="00326F90"/>
    <w:pPr>
      <w:numPr>
        <w:numId w:val="5"/>
      </w:numPr>
      <w:contextualSpacing/>
    </w:pPr>
  </w:style>
  <w:style w:type="paragraph" w:styleId="Numeroelenco2">
    <w:name w:val="List Number 2"/>
    <w:basedOn w:val="Normale"/>
    <w:uiPriority w:val="99"/>
    <w:unhideWhenUsed/>
    <w:rsid w:val="0029639D"/>
    <w:pPr>
      <w:numPr>
        <w:numId w:val="6"/>
      </w:numPr>
      <w:contextualSpacing/>
    </w:pPr>
  </w:style>
  <w:style w:type="paragraph" w:styleId="Numeroelenco3">
    <w:name w:val="List Number 3"/>
    <w:basedOn w:val="Normale"/>
    <w:uiPriority w:val="99"/>
    <w:unhideWhenUsed/>
    <w:rsid w:val="0029639D"/>
    <w:pPr>
      <w:numPr>
        <w:numId w:val="7"/>
      </w:numPr>
      <w:contextualSpacing/>
    </w:pPr>
  </w:style>
  <w:style w:type="paragraph" w:styleId="Elencocontinua">
    <w:name w:val="List Continue"/>
    <w:basedOn w:val="Normale"/>
    <w:uiPriority w:val="99"/>
    <w:unhideWhenUsed/>
    <w:rsid w:val="0029639D"/>
    <w:pPr>
      <w:spacing w:after="120"/>
      <w:ind w:left="360"/>
      <w:contextualSpacing/>
    </w:pPr>
  </w:style>
  <w:style w:type="paragraph" w:styleId="Elencocontinua2">
    <w:name w:val="List Continue 2"/>
    <w:basedOn w:val="Normale"/>
    <w:uiPriority w:val="99"/>
    <w:unhideWhenUsed/>
    <w:rsid w:val="0029639D"/>
    <w:pPr>
      <w:spacing w:after="120"/>
      <w:ind w:left="720"/>
      <w:contextualSpacing/>
    </w:pPr>
  </w:style>
  <w:style w:type="paragraph" w:styleId="Elencocontinua3">
    <w:name w:val="List Continue 3"/>
    <w:basedOn w:val="Normale"/>
    <w:uiPriority w:val="99"/>
    <w:unhideWhenUsed/>
    <w:rsid w:val="0029639D"/>
    <w:pPr>
      <w:spacing w:after="120"/>
      <w:ind w:left="1080"/>
      <w:contextualSpacing/>
    </w:pPr>
  </w:style>
  <w:style w:type="paragraph" w:styleId="Testomacro">
    <w:name w:val="macro"/>
    <w:link w:val="TestomacroCarattere"/>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stomacroCarattere">
    <w:name w:val="Testo macro Carattere"/>
    <w:basedOn w:val="Carpredefinitoparagrafo"/>
    <w:link w:val="Testomacro"/>
    <w:uiPriority w:val="99"/>
    <w:rsid w:val="0029639D"/>
    <w:rPr>
      <w:rFonts w:ascii="Courier" w:hAnsi="Courier"/>
      <w:sz w:val="20"/>
      <w:szCs w:val="20"/>
    </w:rPr>
  </w:style>
  <w:style w:type="paragraph" w:styleId="Citazione">
    <w:name w:val="Quote"/>
    <w:basedOn w:val="Normale"/>
    <w:next w:val="Normale"/>
    <w:link w:val="CitazioneCarattere"/>
    <w:uiPriority w:val="29"/>
    <w:qFormat/>
    <w:rsid w:val="00FC693F"/>
    <w:rPr>
      <w:i/>
      <w:iCs/>
      <w:color w:val="000000" w:themeColor="text1"/>
    </w:rPr>
  </w:style>
  <w:style w:type="character" w:customStyle="1" w:styleId="CitazioneCarattere">
    <w:name w:val="Citazione Carattere"/>
    <w:basedOn w:val="Carpredefinitoparagrafo"/>
    <w:link w:val="Citazione"/>
    <w:uiPriority w:val="29"/>
    <w:rsid w:val="00FC693F"/>
    <w:rPr>
      <w:i/>
      <w:iCs/>
      <w:color w:val="000000" w:themeColor="text1"/>
    </w:rPr>
  </w:style>
  <w:style w:type="character" w:customStyle="1" w:styleId="Titolo4Carattere">
    <w:name w:val="Titolo 4 Carattere"/>
    <w:basedOn w:val="Carpredefinitoparagrafo"/>
    <w:link w:val="Titolo4"/>
    <w:uiPriority w:val="9"/>
    <w:semiHidden/>
    <w:rsid w:val="00FC693F"/>
    <w:rPr>
      <w:rFonts w:asciiTheme="majorHAnsi" w:eastAsiaTheme="majorEastAsia" w:hAnsiTheme="majorHAnsi" w:cstheme="majorBidi"/>
      <w:b/>
      <w:bCs/>
      <w:i/>
      <w:iCs/>
      <w:color w:val="4F81BD" w:themeColor="accent1"/>
    </w:rPr>
  </w:style>
  <w:style w:type="character" w:customStyle="1" w:styleId="Titolo5Carattere">
    <w:name w:val="Titolo 5 Carattere"/>
    <w:basedOn w:val="Carpredefinitoparagrafo"/>
    <w:link w:val="Titolo5"/>
    <w:uiPriority w:val="9"/>
    <w:semiHidden/>
    <w:rsid w:val="00FC693F"/>
    <w:rPr>
      <w:rFonts w:asciiTheme="majorHAnsi" w:eastAsiaTheme="majorEastAsia" w:hAnsiTheme="majorHAnsi" w:cstheme="majorBidi"/>
      <w:color w:val="243F60" w:themeColor="accent1" w:themeShade="7F"/>
    </w:rPr>
  </w:style>
  <w:style w:type="character" w:customStyle="1" w:styleId="Titolo6Carattere">
    <w:name w:val="Titolo 6 Carattere"/>
    <w:basedOn w:val="Carpredefinitoparagrafo"/>
    <w:link w:val="Titolo6"/>
    <w:uiPriority w:val="9"/>
    <w:semiHidden/>
    <w:rsid w:val="00FC693F"/>
    <w:rPr>
      <w:rFonts w:asciiTheme="majorHAnsi" w:eastAsiaTheme="majorEastAsia" w:hAnsiTheme="majorHAnsi" w:cstheme="majorBidi"/>
      <w:i/>
      <w:iCs/>
      <w:color w:val="243F60" w:themeColor="accent1" w:themeShade="7F"/>
    </w:rPr>
  </w:style>
  <w:style w:type="character" w:customStyle="1" w:styleId="Titolo7Carattere">
    <w:name w:val="Titolo 7 Carattere"/>
    <w:basedOn w:val="Carpredefinitoparagrafo"/>
    <w:link w:val="Titolo7"/>
    <w:uiPriority w:val="9"/>
    <w:semiHidden/>
    <w:rsid w:val="00FC693F"/>
    <w:rPr>
      <w:rFonts w:asciiTheme="majorHAnsi" w:eastAsiaTheme="majorEastAsia" w:hAnsiTheme="majorHAnsi" w:cstheme="majorBidi"/>
      <w:i/>
      <w:iCs/>
      <w:color w:val="404040" w:themeColor="text1" w:themeTint="BF"/>
    </w:rPr>
  </w:style>
  <w:style w:type="character" w:customStyle="1" w:styleId="Titolo8Carattere">
    <w:name w:val="Titolo 8 Carattere"/>
    <w:basedOn w:val="Carpredefinitoparagrafo"/>
    <w:link w:val="Titolo8"/>
    <w:uiPriority w:val="9"/>
    <w:semiHidden/>
    <w:rsid w:val="00FC693F"/>
    <w:rPr>
      <w:rFonts w:asciiTheme="majorHAnsi" w:eastAsiaTheme="majorEastAsia" w:hAnsiTheme="majorHAnsi" w:cstheme="majorBidi"/>
      <w:color w:val="4F81BD" w:themeColor="accent1"/>
      <w:sz w:val="20"/>
      <w:szCs w:val="20"/>
    </w:rPr>
  </w:style>
  <w:style w:type="character" w:customStyle="1" w:styleId="Titolo9Carattere">
    <w:name w:val="Titolo 9 Carattere"/>
    <w:basedOn w:val="Carpredefinitoparagrafo"/>
    <w:link w:val="Titolo9"/>
    <w:uiPriority w:val="9"/>
    <w:semiHidden/>
    <w:rsid w:val="00FC693F"/>
    <w:rPr>
      <w:rFonts w:asciiTheme="majorHAnsi" w:eastAsiaTheme="majorEastAsia" w:hAnsiTheme="majorHAnsi" w:cstheme="majorBidi"/>
      <w:i/>
      <w:iCs/>
      <w:color w:val="404040" w:themeColor="text1" w:themeTint="BF"/>
      <w:sz w:val="20"/>
      <w:szCs w:val="20"/>
    </w:rPr>
  </w:style>
  <w:style w:type="paragraph" w:styleId="Didascalia">
    <w:name w:val="caption"/>
    <w:basedOn w:val="Normale"/>
    <w:next w:val="Normale"/>
    <w:uiPriority w:val="35"/>
    <w:semiHidden/>
    <w:unhideWhenUsed/>
    <w:qFormat/>
    <w:rsid w:val="00FC693F"/>
    <w:pPr>
      <w:spacing w:line="240" w:lineRule="auto"/>
    </w:pPr>
    <w:rPr>
      <w:b/>
      <w:bCs/>
      <w:color w:val="4F81BD" w:themeColor="accent1"/>
      <w:sz w:val="18"/>
      <w:szCs w:val="18"/>
    </w:rPr>
  </w:style>
  <w:style w:type="character" w:styleId="Enfasigrassetto">
    <w:name w:val="Strong"/>
    <w:basedOn w:val="Carpredefinitoparagrafo"/>
    <w:uiPriority w:val="22"/>
    <w:qFormat/>
    <w:rsid w:val="00FC693F"/>
    <w:rPr>
      <w:b/>
      <w:bCs/>
    </w:rPr>
  </w:style>
  <w:style w:type="character" w:styleId="Enfasicorsivo">
    <w:name w:val="Emphasis"/>
    <w:basedOn w:val="Carpredefinitoparagrafo"/>
    <w:uiPriority w:val="20"/>
    <w:qFormat/>
    <w:rsid w:val="00FC693F"/>
    <w:rPr>
      <w:i/>
      <w:iCs/>
    </w:rPr>
  </w:style>
  <w:style w:type="paragraph" w:styleId="Citazioneintensa">
    <w:name w:val="Intense Quote"/>
    <w:basedOn w:val="Normale"/>
    <w:next w:val="Normale"/>
    <w:link w:val="CitazioneintensaCarattere"/>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zioneintensaCarattere">
    <w:name w:val="Citazione intensa Carattere"/>
    <w:basedOn w:val="Carpredefinitoparagrafo"/>
    <w:link w:val="Citazioneintensa"/>
    <w:uiPriority w:val="30"/>
    <w:rsid w:val="00FC693F"/>
    <w:rPr>
      <w:b/>
      <w:bCs/>
      <w:i/>
      <w:iCs/>
      <w:color w:val="4F81BD" w:themeColor="accent1"/>
    </w:rPr>
  </w:style>
  <w:style w:type="character" w:styleId="Enfasidelicata">
    <w:name w:val="Subtle Emphasis"/>
    <w:basedOn w:val="Carpredefinitoparagrafo"/>
    <w:uiPriority w:val="19"/>
    <w:qFormat/>
    <w:rsid w:val="00FC693F"/>
    <w:rPr>
      <w:i/>
      <w:iCs/>
      <w:color w:val="808080" w:themeColor="text1" w:themeTint="7F"/>
    </w:rPr>
  </w:style>
  <w:style w:type="character" w:styleId="Enfasiintensa">
    <w:name w:val="Intense Emphasis"/>
    <w:basedOn w:val="Carpredefinitoparagrafo"/>
    <w:uiPriority w:val="21"/>
    <w:qFormat/>
    <w:rsid w:val="00FC693F"/>
    <w:rPr>
      <w:b/>
      <w:bCs/>
      <w:i/>
      <w:iCs/>
      <w:color w:val="4F81BD" w:themeColor="accent1"/>
    </w:rPr>
  </w:style>
  <w:style w:type="character" w:styleId="Riferimentodelicato">
    <w:name w:val="Subtle Reference"/>
    <w:basedOn w:val="Carpredefinitoparagrafo"/>
    <w:uiPriority w:val="31"/>
    <w:qFormat/>
    <w:rsid w:val="00FC693F"/>
    <w:rPr>
      <w:smallCaps/>
      <w:color w:val="C0504D" w:themeColor="accent2"/>
      <w:u w:val="single"/>
    </w:rPr>
  </w:style>
  <w:style w:type="character" w:styleId="Riferimentointenso">
    <w:name w:val="Intense Reference"/>
    <w:basedOn w:val="Carpredefinitoparagrafo"/>
    <w:uiPriority w:val="32"/>
    <w:qFormat/>
    <w:rsid w:val="00FC693F"/>
    <w:rPr>
      <w:b/>
      <w:bCs/>
      <w:smallCaps/>
      <w:color w:val="C0504D" w:themeColor="accent2"/>
      <w:spacing w:val="5"/>
      <w:u w:val="single"/>
    </w:rPr>
  </w:style>
  <w:style w:type="character" w:styleId="Titolodellibro">
    <w:name w:val="Book Title"/>
    <w:basedOn w:val="Carpredefinitoparagrafo"/>
    <w:uiPriority w:val="33"/>
    <w:qFormat/>
    <w:rsid w:val="00FC693F"/>
    <w:rPr>
      <w:b/>
      <w:bCs/>
      <w:smallCaps/>
      <w:spacing w:val="5"/>
    </w:rPr>
  </w:style>
  <w:style w:type="paragraph" w:styleId="Titolosommario">
    <w:name w:val="TOC Heading"/>
    <w:basedOn w:val="Titolo1"/>
    <w:next w:val="Normale"/>
    <w:uiPriority w:val="39"/>
    <w:semiHidden/>
    <w:unhideWhenUsed/>
    <w:qFormat/>
    <w:rsid w:val="00FC693F"/>
    <w:pPr>
      <w:outlineLvl w:val="9"/>
    </w:pPr>
  </w:style>
  <w:style w:type="table" w:styleId="Grigliatabella">
    <w:name w:val="Table Grid"/>
    <w:basedOn w:val="Tabellanormale"/>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fondochiaro">
    <w:name w:val="Light Shading"/>
    <w:basedOn w:val="Tabellanormale"/>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fondochiaro-Colore1">
    <w:name w:val="Light Shading Accent 1"/>
    <w:basedOn w:val="Tabellanormale"/>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fondochiaro-Colore2">
    <w:name w:val="Light Shading Accent 2"/>
    <w:basedOn w:val="Tabellanormale"/>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fondochiaro-Colore3">
    <w:name w:val="Light Shading Accent 3"/>
    <w:basedOn w:val="Tabellanormale"/>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fondochiaro-Colore4">
    <w:name w:val="Light Shading Accent 4"/>
    <w:basedOn w:val="Tabellanormale"/>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fondochiaro-Colore5">
    <w:name w:val="Light Shading Accent 5"/>
    <w:basedOn w:val="Tabellanormale"/>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fondochiaro-Colore6">
    <w:name w:val="Light Shading Accent 6"/>
    <w:basedOn w:val="Tabellanormale"/>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Elencochiaro">
    <w:name w:val="Light List"/>
    <w:basedOn w:val="Tabellanormale"/>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Elencochiaro-Colore1">
    <w:name w:val="Light List Accent 1"/>
    <w:basedOn w:val="Tabellanormale"/>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Elencochiaro-Colore2">
    <w:name w:val="Light List Accent 2"/>
    <w:basedOn w:val="Tabellanormale"/>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Elencochiaro-Colore3">
    <w:name w:val="Light List Accent 3"/>
    <w:basedOn w:val="Tabellanormale"/>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Elencochiaro-Colore4">
    <w:name w:val="Light List Accent 4"/>
    <w:basedOn w:val="Tabellanormale"/>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Elencochiaro-Colore5">
    <w:name w:val="Light List Accent 5"/>
    <w:basedOn w:val="Tabellanormale"/>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Elencochiaro-Colore6">
    <w:name w:val="Light List Accent 6"/>
    <w:basedOn w:val="Tabellanormale"/>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Grigliachiara">
    <w:name w:val="Light Grid"/>
    <w:basedOn w:val="Tabellanormale"/>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Grigliachiara-Colore1">
    <w:name w:val="Light Grid Accent 1"/>
    <w:basedOn w:val="Tabellanormale"/>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Grigliachiara-Colore2">
    <w:name w:val="Light Grid Accent 2"/>
    <w:basedOn w:val="Tabellanormale"/>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Grigliachiara-Colore3">
    <w:name w:val="Light Grid Accent 3"/>
    <w:basedOn w:val="Tabellanormale"/>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Grigliachiara-Colore4">
    <w:name w:val="Light Grid Accent 4"/>
    <w:basedOn w:val="Tabellanormale"/>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Grigliachiara-Colore5">
    <w:name w:val="Light Grid Accent 5"/>
    <w:basedOn w:val="Tabellanormale"/>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Grigliachiara-Colore6">
    <w:name w:val="Light Grid Accent 6"/>
    <w:basedOn w:val="Tabellanormale"/>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fondomedio1">
    <w:name w:val="Medium Shading 1"/>
    <w:basedOn w:val="Tabellanormale"/>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fondomedio1-Colore1">
    <w:name w:val="Medium Shading 1 Accent 1"/>
    <w:basedOn w:val="Tabellanormale"/>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fondomedio1-Colore2">
    <w:name w:val="Medium Shading 1 Accent 2"/>
    <w:basedOn w:val="Tabellanormale"/>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fondomedio1-Colore3">
    <w:name w:val="Medium Shading 1 Accent 3"/>
    <w:basedOn w:val="Tabellanormale"/>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fondomedio1-Colore4">
    <w:name w:val="Medium Shading 1 Accent 4"/>
    <w:basedOn w:val="Tabellanormale"/>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fondomedio1-Colore5">
    <w:name w:val="Medium Shading 1 Accent 5"/>
    <w:basedOn w:val="Tabellanormale"/>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fondomedio1-Colore6">
    <w:name w:val="Medium Shading 1 Accent 6"/>
    <w:basedOn w:val="Tabellanormale"/>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fondomedio2">
    <w:name w:val="Medium Shading 2"/>
    <w:basedOn w:val="Tabellanorma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fondomedio2-Colore1">
    <w:name w:val="Medium Shading 2 Accent 1"/>
    <w:basedOn w:val="Tabellanorma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fondomedio2-Colore2">
    <w:name w:val="Medium Shading 2 Accent 2"/>
    <w:basedOn w:val="Tabellanorma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fondomedio2-Colore3">
    <w:name w:val="Medium Shading 2 Accent 3"/>
    <w:basedOn w:val="Tabellanorma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fondomedio2-Colore4">
    <w:name w:val="Medium Shading 2 Accent 4"/>
    <w:basedOn w:val="Tabellanorma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fondomedio2-Colore5">
    <w:name w:val="Medium Shading 2 Accent 5"/>
    <w:basedOn w:val="Tabellanorma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fondomedio2-Colore6">
    <w:name w:val="Medium Shading 2 Accent 6"/>
    <w:basedOn w:val="Tabellanorma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Elencomedio1">
    <w:name w:val="Medium List 1"/>
    <w:basedOn w:val="Tabellanormale"/>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Elencomedio1-Colore1">
    <w:name w:val="Medium List 1 Accent 1"/>
    <w:basedOn w:val="Tabellanormale"/>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Elencomedio1-Colore2">
    <w:name w:val="Medium List 1 Accent 2"/>
    <w:basedOn w:val="Tabellanormale"/>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Elencomedio1-Colore3">
    <w:name w:val="Medium List 1 Accent 3"/>
    <w:basedOn w:val="Tabellanormale"/>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Elencomedio1-Colore4">
    <w:name w:val="Medium List 1 Accent 4"/>
    <w:basedOn w:val="Tabellanormale"/>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Elencomedio1-Colore5">
    <w:name w:val="Medium List 1 Accent 5"/>
    <w:basedOn w:val="Tabellanormale"/>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Elencomedio1-Colore6">
    <w:name w:val="Medium List 1 Accent 6"/>
    <w:basedOn w:val="Tabellanormale"/>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Elencomedio2">
    <w:name w:val="Medium List 2"/>
    <w:basedOn w:val="Tabellanorma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Elencomedio2-Colore1">
    <w:name w:val="Medium List 2 Accent 1"/>
    <w:basedOn w:val="Tabellanorma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Elencomedio2-Colore2">
    <w:name w:val="Medium List 2 Accent 2"/>
    <w:basedOn w:val="Tabellanorma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Elencomedio2-Colore3">
    <w:name w:val="Medium List 2 Accent 3"/>
    <w:basedOn w:val="Tabellanorma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Elencomedio2-Colore4">
    <w:name w:val="Medium List 2 Accent 4"/>
    <w:basedOn w:val="Tabellanorma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Elencomedio2-Colore5">
    <w:name w:val="Medium List 2 Accent 5"/>
    <w:basedOn w:val="Tabellanorma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Elencomedio2-Colore6">
    <w:name w:val="Medium List 2 Accent 6"/>
    <w:basedOn w:val="Tabellanorma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Grigliamedia1">
    <w:name w:val="Medium Grid 1"/>
    <w:basedOn w:val="Tabellanormale"/>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gliamedia1-Colore1">
    <w:name w:val="Medium Grid 1 Accent 1"/>
    <w:basedOn w:val="Tabellanormale"/>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igliamedia1-Colore2">
    <w:name w:val="Medium Grid 1 Accent 2"/>
    <w:basedOn w:val="Tabellanormale"/>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igliamedia1-Colore3">
    <w:name w:val="Medium Grid 1 Accent 3"/>
    <w:basedOn w:val="Tabellanormale"/>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igliamedia1-Colore4">
    <w:name w:val="Medium Grid 1 Accent 4"/>
    <w:basedOn w:val="Tabellanormale"/>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igliamedia1-Colore5">
    <w:name w:val="Medium Grid 1 Accent 5"/>
    <w:basedOn w:val="Tabellanormale"/>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igliamedia1-Colore6">
    <w:name w:val="Medium Grid 1 Accent 6"/>
    <w:basedOn w:val="Tabellanormale"/>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Grigliamedia2">
    <w:name w:val="Medium Grid 2"/>
    <w:basedOn w:val="Tabellanorma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rigliamedia2-Colore1">
    <w:name w:val="Medium Grid 2 Accent 1"/>
    <w:basedOn w:val="Tabellanorma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Grigliamedia2-Colore2">
    <w:name w:val="Medium Grid 2 Accent 2"/>
    <w:basedOn w:val="Tabellanorma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Grigliamedia2-Colore3">
    <w:name w:val="Medium Grid 2 Accent 3"/>
    <w:basedOn w:val="Tabellanorma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Grigliamedia2-Colore4">
    <w:name w:val="Medium Grid 2 Accent 4"/>
    <w:basedOn w:val="Tabellanorma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Grigliamedia2-Colore5">
    <w:name w:val="Medium Grid 2 Accent 5"/>
    <w:basedOn w:val="Tabellanorma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Grigliamedia2-Colore6">
    <w:name w:val="Medium Grid 2 Accent 6"/>
    <w:basedOn w:val="Tabellanorma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Grigliamedia3">
    <w:name w:val="Medium Grid 3"/>
    <w:basedOn w:val="Tabellanorma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rigliamedia3-Colore1">
    <w:name w:val="Medium Grid 3 Accent 1"/>
    <w:basedOn w:val="Tabellanorma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Grigliamedia3-Colore2">
    <w:name w:val="Medium Grid 3 Accent 2"/>
    <w:basedOn w:val="Tabellanorma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Grigliamedia3-Colore3">
    <w:name w:val="Medium Grid 3 Accent 3"/>
    <w:basedOn w:val="Tabellanorma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Grigliamedia3-Colore4">
    <w:name w:val="Medium Grid 3 Accent 4"/>
    <w:basedOn w:val="Tabellanorma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Grigliamedia3-Colore5">
    <w:name w:val="Medium Grid 3 Accent 5"/>
    <w:basedOn w:val="Tabellanorma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Grigliamedia3-Colore6">
    <w:name w:val="Medium Grid 3 Accent 6"/>
    <w:basedOn w:val="Tabellanorma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Elencoscuro">
    <w:name w:val="Dark List"/>
    <w:basedOn w:val="Tabellanormale"/>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Elencoscuro-Colore1">
    <w:name w:val="Dark List Accent 1"/>
    <w:basedOn w:val="Tabellanormale"/>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Elencoscuro-Colore2">
    <w:name w:val="Dark List Accent 2"/>
    <w:basedOn w:val="Tabellanormale"/>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Elencoscuro-Colore3">
    <w:name w:val="Dark List Accent 3"/>
    <w:basedOn w:val="Tabellanormale"/>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Elencoscuro-Colore4">
    <w:name w:val="Dark List Accent 4"/>
    <w:basedOn w:val="Tabellanormale"/>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Elencoscuro-Colore5">
    <w:name w:val="Dark List Accent 5"/>
    <w:basedOn w:val="Tabellanormale"/>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Elencoscuro-Colore6">
    <w:name w:val="Dark List Accent 6"/>
    <w:basedOn w:val="Tabellanormale"/>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fondoacolori">
    <w:name w:val="Colorful Shading"/>
    <w:basedOn w:val="Tabellanormale"/>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fondoacolori-Colore1">
    <w:name w:val="Colorful Shading Accent 1"/>
    <w:basedOn w:val="Tabellanormale"/>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fondoacolori-Colore2">
    <w:name w:val="Colorful Shading Accent 2"/>
    <w:basedOn w:val="Tabellanormale"/>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fondoacolori-Colore3">
    <w:name w:val="Colorful Shading Accent 3"/>
    <w:basedOn w:val="Tabellanormale"/>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fondoacolori-Colore4">
    <w:name w:val="Colorful Shading Accent 4"/>
    <w:basedOn w:val="Tabellanormale"/>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fondoacolori-Colore5">
    <w:name w:val="Colorful Shading Accent 5"/>
    <w:basedOn w:val="Tabellanormale"/>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fondoacolori-Colore6">
    <w:name w:val="Colorful Shading Accent 6"/>
    <w:basedOn w:val="Tabellanormale"/>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Elencoacolori">
    <w:name w:val="Colorful List"/>
    <w:basedOn w:val="Tabellanormale"/>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Elencoacolori-Colore1">
    <w:name w:val="Colorful List Accent 1"/>
    <w:basedOn w:val="Tabellanormale"/>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Elencoacolori-Colore2">
    <w:name w:val="Colorful List Accent 2"/>
    <w:basedOn w:val="Tabellanormale"/>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Elencoacolori-Colore3">
    <w:name w:val="Colorful List Accent 3"/>
    <w:basedOn w:val="Tabellanormale"/>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Elencoacolori-Colore4">
    <w:name w:val="Colorful List Accent 4"/>
    <w:basedOn w:val="Tabellanormale"/>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Elencoacolori-Colore5">
    <w:name w:val="Colorful List Accent 5"/>
    <w:basedOn w:val="Tabellanormale"/>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Elencoacolori-Colore6">
    <w:name w:val="Colorful List Accent 6"/>
    <w:basedOn w:val="Tabellanormale"/>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Grigliaacolori">
    <w:name w:val="Colorful Grid"/>
    <w:basedOn w:val="Tabellanorma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gliaacolori-Colore1">
    <w:name w:val="Colorful Grid Accent 1"/>
    <w:basedOn w:val="Tabellanorma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igliaacolori-Colore2">
    <w:name w:val="Colorful Grid Accent 2"/>
    <w:basedOn w:val="Tabellanorma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igliaacolori-Colore3">
    <w:name w:val="Colorful Grid Accent 3"/>
    <w:basedOn w:val="Tabellanorma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igliaacolori-Colore4">
    <w:name w:val="Colorful Grid Accent 4"/>
    <w:basedOn w:val="Tabellanorma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igliaacolori-Colore5">
    <w:name w:val="Colorful Grid Accent 5"/>
    <w:basedOn w:val="Tabellanorma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igliaacolori-Colore6">
    <w:name w:val="Colorful Grid Accent 6"/>
    <w:basedOn w:val="Tabellanorma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NormaleWeb">
    <w:name w:val="Normal (Web)"/>
    <w:basedOn w:val="Normale"/>
    <w:uiPriority w:val="99"/>
    <w:unhideWhenUsed/>
    <w:rsid w:val="00894719"/>
    <w:pPr>
      <w:spacing w:before="100" w:beforeAutospacing="1" w:after="100" w:afterAutospacing="1" w:line="240" w:lineRule="auto"/>
    </w:pPr>
    <w:rPr>
      <w:rFonts w:ascii="Times New Roman" w:eastAsia="Times New Roman" w:hAnsi="Times New Roman" w:cs="Times New Roman"/>
      <w:sz w:val="24"/>
      <w:szCs w:val="24"/>
      <w:lang w:val="it-IT" w:eastAsia="it-IT"/>
    </w:rPr>
  </w:style>
  <w:style w:type="paragraph" w:customStyle="1" w:styleId="FirstParagraph">
    <w:name w:val="First Paragraph"/>
    <w:basedOn w:val="Corpotesto"/>
    <w:next w:val="Corpotesto"/>
    <w:qFormat/>
    <w:rsid w:val="001C18D1"/>
    <w:pPr>
      <w:spacing w:before="180" w:after="180" w:line="240" w:lineRule="auto"/>
    </w:pPr>
    <w:rPr>
      <w:rFonts w:eastAsiaTheme="minorHAnsi"/>
      <w:sz w:val="24"/>
      <w:szCs w:val="24"/>
    </w:rPr>
  </w:style>
  <w:style w:type="paragraph" w:customStyle="1" w:styleId="Compact">
    <w:name w:val="Compact"/>
    <w:basedOn w:val="Corpotesto"/>
    <w:qFormat/>
    <w:rsid w:val="001C18D1"/>
    <w:pPr>
      <w:spacing w:before="36" w:after="36" w:line="240" w:lineRule="auto"/>
    </w:pPr>
    <w:rPr>
      <w:rFonts w:eastAsiaTheme="minorHAnsi"/>
      <w:sz w:val="24"/>
      <w:szCs w:val="24"/>
    </w:rPr>
  </w:style>
  <w:style w:type="table" w:customStyle="1" w:styleId="Table">
    <w:name w:val="Table"/>
    <w:semiHidden/>
    <w:unhideWhenUsed/>
    <w:qFormat/>
    <w:rsid w:val="001C18D1"/>
    <w:pPr>
      <w:spacing w:line="240" w:lineRule="auto"/>
    </w:pPr>
    <w:rPr>
      <w:rFonts w:eastAsiaTheme="minorHAnsi"/>
      <w:sz w:val="24"/>
      <w:szCs w:val="24"/>
      <w:lang w:val="it-IT" w:eastAsia="it-IT"/>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222719">
      <w:bodyDiv w:val="1"/>
      <w:marLeft w:val="0"/>
      <w:marRight w:val="0"/>
      <w:marTop w:val="0"/>
      <w:marBottom w:val="0"/>
      <w:divBdr>
        <w:top w:val="none" w:sz="0" w:space="0" w:color="auto"/>
        <w:left w:val="none" w:sz="0" w:space="0" w:color="auto"/>
        <w:bottom w:val="none" w:sz="0" w:space="0" w:color="auto"/>
        <w:right w:val="none" w:sz="0" w:space="0" w:color="auto"/>
      </w:divBdr>
    </w:div>
    <w:div w:id="314799065">
      <w:bodyDiv w:val="1"/>
      <w:marLeft w:val="0"/>
      <w:marRight w:val="0"/>
      <w:marTop w:val="0"/>
      <w:marBottom w:val="0"/>
      <w:divBdr>
        <w:top w:val="none" w:sz="0" w:space="0" w:color="auto"/>
        <w:left w:val="none" w:sz="0" w:space="0" w:color="auto"/>
        <w:bottom w:val="none" w:sz="0" w:space="0" w:color="auto"/>
        <w:right w:val="none" w:sz="0" w:space="0" w:color="auto"/>
      </w:divBdr>
    </w:div>
    <w:div w:id="982194607">
      <w:bodyDiv w:val="1"/>
      <w:marLeft w:val="0"/>
      <w:marRight w:val="0"/>
      <w:marTop w:val="0"/>
      <w:marBottom w:val="0"/>
      <w:divBdr>
        <w:top w:val="none" w:sz="0" w:space="0" w:color="auto"/>
        <w:left w:val="none" w:sz="0" w:space="0" w:color="auto"/>
        <w:bottom w:val="none" w:sz="0" w:space="0" w:color="auto"/>
        <w:right w:val="none" w:sz="0" w:space="0" w:color="auto"/>
      </w:divBdr>
      <w:divsChild>
        <w:div w:id="116028879">
          <w:marLeft w:val="0"/>
          <w:marRight w:val="0"/>
          <w:marTop w:val="0"/>
          <w:marBottom w:val="0"/>
          <w:divBdr>
            <w:top w:val="none" w:sz="0" w:space="0" w:color="auto"/>
            <w:left w:val="none" w:sz="0" w:space="0" w:color="auto"/>
            <w:bottom w:val="none" w:sz="0" w:space="0" w:color="auto"/>
            <w:right w:val="none" w:sz="0" w:space="0" w:color="auto"/>
          </w:divBdr>
          <w:divsChild>
            <w:div w:id="2134246344">
              <w:marLeft w:val="0"/>
              <w:marRight w:val="0"/>
              <w:marTop w:val="0"/>
              <w:marBottom w:val="0"/>
              <w:divBdr>
                <w:top w:val="none" w:sz="0" w:space="0" w:color="auto"/>
                <w:left w:val="none" w:sz="0" w:space="0" w:color="auto"/>
                <w:bottom w:val="none" w:sz="0" w:space="0" w:color="auto"/>
                <w:right w:val="none" w:sz="0" w:space="0" w:color="auto"/>
              </w:divBdr>
              <w:divsChild>
                <w:div w:id="2095585912">
                  <w:marLeft w:val="0"/>
                  <w:marRight w:val="0"/>
                  <w:marTop w:val="0"/>
                  <w:marBottom w:val="0"/>
                  <w:divBdr>
                    <w:top w:val="none" w:sz="0" w:space="0" w:color="auto"/>
                    <w:left w:val="none" w:sz="0" w:space="0" w:color="auto"/>
                    <w:bottom w:val="none" w:sz="0" w:space="0" w:color="auto"/>
                    <w:right w:val="none" w:sz="0" w:space="0" w:color="auto"/>
                  </w:divBdr>
                  <w:divsChild>
                    <w:div w:id="1860004821">
                      <w:marLeft w:val="0"/>
                      <w:marRight w:val="0"/>
                      <w:marTop w:val="0"/>
                      <w:marBottom w:val="0"/>
                      <w:divBdr>
                        <w:top w:val="none" w:sz="0" w:space="0" w:color="auto"/>
                        <w:left w:val="none" w:sz="0" w:space="0" w:color="auto"/>
                        <w:bottom w:val="none" w:sz="0" w:space="0" w:color="auto"/>
                        <w:right w:val="none" w:sz="0" w:space="0" w:color="auto"/>
                      </w:divBdr>
                      <w:divsChild>
                        <w:div w:id="2103842827">
                          <w:marLeft w:val="0"/>
                          <w:marRight w:val="0"/>
                          <w:marTop w:val="0"/>
                          <w:marBottom w:val="0"/>
                          <w:divBdr>
                            <w:top w:val="none" w:sz="0" w:space="0" w:color="auto"/>
                            <w:left w:val="none" w:sz="0" w:space="0" w:color="auto"/>
                            <w:bottom w:val="none" w:sz="0" w:space="0" w:color="auto"/>
                            <w:right w:val="none" w:sz="0" w:space="0" w:color="auto"/>
                          </w:divBdr>
                          <w:divsChild>
                            <w:div w:id="1503543367">
                              <w:marLeft w:val="0"/>
                              <w:marRight w:val="0"/>
                              <w:marTop w:val="0"/>
                              <w:marBottom w:val="0"/>
                              <w:divBdr>
                                <w:top w:val="none" w:sz="0" w:space="0" w:color="auto"/>
                                <w:left w:val="none" w:sz="0" w:space="0" w:color="auto"/>
                                <w:bottom w:val="none" w:sz="0" w:space="0" w:color="auto"/>
                                <w:right w:val="none" w:sz="0" w:space="0" w:color="auto"/>
                              </w:divBdr>
                              <w:divsChild>
                                <w:div w:id="1667783922">
                                  <w:marLeft w:val="0"/>
                                  <w:marRight w:val="0"/>
                                  <w:marTop w:val="0"/>
                                  <w:marBottom w:val="0"/>
                                  <w:divBdr>
                                    <w:top w:val="none" w:sz="0" w:space="0" w:color="auto"/>
                                    <w:left w:val="none" w:sz="0" w:space="0" w:color="auto"/>
                                    <w:bottom w:val="none" w:sz="0" w:space="0" w:color="auto"/>
                                    <w:right w:val="none" w:sz="0" w:space="0" w:color="auto"/>
                                  </w:divBdr>
                                  <w:divsChild>
                                    <w:div w:id="35134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5711383">
                      <w:marLeft w:val="0"/>
                      <w:marRight w:val="0"/>
                      <w:marTop w:val="0"/>
                      <w:marBottom w:val="0"/>
                      <w:divBdr>
                        <w:top w:val="none" w:sz="0" w:space="0" w:color="auto"/>
                        <w:left w:val="none" w:sz="0" w:space="0" w:color="auto"/>
                        <w:bottom w:val="none" w:sz="0" w:space="0" w:color="auto"/>
                        <w:right w:val="none" w:sz="0" w:space="0" w:color="auto"/>
                      </w:divBdr>
                      <w:divsChild>
                        <w:div w:id="1740860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35471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2382</Words>
  <Characters>13582</Characters>
  <Application>Microsoft Office Word</Application>
  <DocSecurity>0</DocSecurity>
  <Lines>113</Lines>
  <Paragraphs>31</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15933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VINCENZO CIRAOLO</cp:lastModifiedBy>
  <cp:revision>88</cp:revision>
  <cp:lastPrinted>2025-08-02T13:03:00Z</cp:lastPrinted>
  <dcterms:created xsi:type="dcterms:W3CDTF">2013-12-23T23:15:00Z</dcterms:created>
  <dcterms:modified xsi:type="dcterms:W3CDTF">2025-09-18T19:19:00Z</dcterms:modified>
  <cp:category/>
</cp:coreProperties>
</file>